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AF2891" w14:textId="77777777" w:rsidR="00292B2B" w:rsidRDefault="00757BA4">
      <w:pPr>
        <w:spacing w:after="40" w:line="276" w:lineRule="auto"/>
        <w:jc w:val="center"/>
      </w:pPr>
      <w:r>
        <w:rPr>
          <w:b/>
          <w:sz w:val="32"/>
        </w:rPr>
        <w:t>Julien Clinton Sprott</w:t>
      </w:r>
    </w:p>
    <w:p w14:paraId="41B41014" w14:textId="77777777" w:rsidR="00292B2B" w:rsidRDefault="00757BA4" w:rsidP="00757BA4">
      <w:pPr>
        <w:jc w:val="center"/>
      </w:pPr>
      <w:r>
        <w:t>Birth date: September 16, 1942, Memphis, Tennessee</w:t>
      </w:r>
    </w:p>
    <w:p w14:paraId="33D99B18" w14:textId="77777777" w:rsidR="00292B2B" w:rsidRDefault="00757BA4">
      <w:pPr>
        <w:spacing w:after="40" w:line="276" w:lineRule="auto"/>
        <w:jc w:val="center"/>
      </w:pPr>
      <w:r>
        <w:rPr>
          <w:i/>
          <w:sz w:val="24"/>
        </w:rPr>
        <w:t>Curriculum Vitae</w:t>
      </w:r>
    </w:p>
    <w:p w14:paraId="3E1FBAAA" w14:textId="77777777" w:rsidR="00292B2B" w:rsidRDefault="00292B2B">
      <w:pPr>
        <w:pBdr>
          <w:bottom w:val="single" w:sz="12" w:space="1" w:color="2F5496"/>
        </w:pBdr>
      </w:pPr>
    </w:p>
    <w:p w14:paraId="6248E884" w14:textId="77777777" w:rsidR="00292B2B" w:rsidRDefault="00757BA4">
      <w:pPr>
        <w:pStyle w:val="Heading1"/>
      </w:pPr>
      <w:r>
        <w:rPr>
          <w:rFonts w:ascii="Times New Roman" w:eastAsia="Times New Roman" w:hAnsi="Times New Roman"/>
        </w:rPr>
        <w:t>Education</w:t>
      </w:r>
    </w:p>
    <w:p w14:paraId="220D0B36" w14:textId="77777777" w:rsidR="00292B2B" w:rsidRDefault="00757BA4">
      <w:pPr>
        <w:spacing w:after="40" w:line="276" w:lineRule="auto"/>
        <w:ind w:left="216"/>
      </w:pPr>
      <w:r>
        <w:t>• B.S. Physics, MIT, 1964</w:t>
      </w:r>
    </w:p>
    <w:p w14:paraId="6973E8BD" w14:textId="77777777" w:rsidR="00292B2B" w:rsidRDefault="00757BA4">
      <w:pPr>
        <w:spacing w:after="40" w:line="276" w:lineRule="auto"/>
        <w:ind w:left="216"/>
      </w:pPr>
      <w:r>
        <w:t>• M.S. Physics, UW-Madison, 1966</w:t>
      </w:r>
    </w:p>
    <w:p w14:paraId="1EB47780" w14:textId="77777777" w:rsidR="00292B2B" w:rsidRDefault="00757BA4">
      <w:pPr>
        <w:spacing w:after="40" w:line="276" w:lineRule="auto"/>
        <w:ind w:left="216"/>
      </w:pPr>
      <w:r>
        <w:t>• Ph.D. Physics, UW-Madison, 1969</w:t>
      </w:r>
    </w:p>
    <w:p w14:paraId="0C591F01" w14:textId="77777777" w:rsidR="00292B2B" w:rsidRDefault="00757BA4">
      <w:pPr>
        <w:pStyle w:val="Heading1"/>
      </w:pPr>
      <w:r>
        <w:rPr>
          <w:rFonts w:ascii="Times New Roman" w:eastAsia="Times New Roman" w:hAnsi="Times New Roman"/>
        </w:rPr>
        <w:t>Experience</w:t>
      </w:r>
    </w:p>
    <w:p w14:paraId="52071100" w14:textId="77777777" w:rsidR="00292B2B" w:rsidRDefault="00757BA4">
      <w:pPr>
        <w:spacing w:after="40" w:line="276" w:lineRule="auto"/>
        <w:ind w:left="216"/>
      </w:pPr>
      <w:r>
        <w:t>• Laboratory Technician, MIT, Summer, 1964</w:t>
      </w:r>
    </w:p>
    <w:p w14:paraId="74240A35" w14:textId="77777777" w:rsidR="00292B2B" w:rsidRDefault="00757BA4">
      <w:pPr>
        <w:spacing w:after="40" w:line="276" w:lineRule="auto"/>
        <w:ind w:left="216"/>
      </w:pPr>
      <w:r>
        <w:t>• Research Assistant, UW-Madison, 1964-1969</w:t>
      </w:r>
    </w:p>
    <w:p w14:paraId="25A891F6" w14:textId="77777777" w:rsidR="00292B2B" w:rsidRDefault="00757BA4">
      <w:pPr>
        <w:spacing w:after="40" w:line="276" w:lineRule="auto"/>
        <w:ind w:left="216"/>
      </w:pPr>
      <w:r>
        <w:t>• Lecturer, UW-Madison EE, 1969-1970</w:t>
      </w:r>
    </w:p>
    <w:p w14:paraId="4EF443D6" w14:textId="77777777" w:rsidR="00292B2B" w:rsidRDefault="00757BA4">
      <w:pPr>
        <w:spacing w:after="40" w:line="276" w:lineRule="auto"/>
        <w:ind w:left="216"/>
      </w:pPr>
      <w:r>
        <w:t>• Project Associate, UW-Madison Physics, 1969-1970</w:t>
      </w:r>
    </w:p>
    <w:p w14:paraId="0BDB4ECC" w14:textId="77777777" w:rsidR="00292B2B" w:rsidRDefault="00757BA4">
      <w:pPr>
        <w:spacing w:after="40" w:line="276" w:lineRule="auto"/>
        <w:ind w:left="216"/>
      </w:pPr>
      <w:r>
        <w:t>• Research Physicist, Oak Ridge National Lab, 1970-1972</w:t>
      </w:r>
    </w:p>
    <w:p w14:paraId="776AAAB8" w14:textId="77777777" w:rsidR="00292B2B" w:rsidRDefault="00757BA4">
      <w:pPr>
        <w:spacing w:after="40" w:line="276" w:lineRule="auto"/>
        <w:ind w:left="216"/>
      </w:pPr>
      <w:r>
        <w:t>• Visiting Assistant Professor, UW-Madison, 1972-1973</w:t>
      </w:r>
    </w:p>
    <w:p w14:paraId="5224410A" w14:textId="77777777" w:rsidR="00292B2B" w:rsidRDefault="00757BA4">
      <w:pPr>
        <w:spacing w:after="40" w:line="276" w:lineRule="auto"/>
        <w:ind w:left="216"/>
      </w:pPr>
      <w:r>
        <w:t>• Assistant Professor, UW-Madison, 1973-1977</w:t>
      </w:r>
    </w:p>
    <w:p w14:paraId="53E0018F" w14:textId="77777777" w:rsidR="00292B2B" w:rsidRDefault="00757BA4">
      <w:pPr>
        <w:spacing w:after="40" w:line="276" w:lineRule="auto"/>
        <w:ind w:left="216"/>
      </w:pPr>
      <w:r>
        <w:t>• Associate Professor, UW-Madison, 1977-1979</w:t>
      </w:r>
    </w:p>
    <w:p w14:paraId="53A8BE7D" w14:textId="77777777" w:rsidR="00292B2B" w:rsidRDefault="00757BA4">
      <w:pPr>
        <w:spacing w:after="40" w:line="276" w:lineRule="auto"/>
        <w:ind w:left="216"/>
      </w:pPr>
      <w:r>
        <w:t>• Professor, UW-Madison, 1979-2008</w:t>
      </w:r>
    </w:p>
    <w:p w14:paraId="0BA09EB3" w14:textId="77777777" w:rsidR="00292B2B" w:rsidRDefault="00757BA4">
      <w:pPr>
        <w:spacing w:after="40" w:line="276" w:lineRule="auto"/>
        <w:ind w:left="216"/>
      </w:pPr>
      <w:r>
        <w:t>• Professor Emeritus, UW-Madison, 2008-present</w:t>
      </w:r>
    </w:p>
    <w:p w14:paraId="2BF4F1F9" w14:textId="77777777" w:rsidR="00292B2B" w:rsidRDefault="00757BA4">
      <w:pPr>
        <w:pStyle w:val="Heading1"/>
      </w:pPr>
      <w:r>
        <w:rPr>
          <w:rFonts w:ascii="Times New Roman" w:eastAsia="Times New Roman" w:hAnsi="Times New Roman"/>
        </w:rPr>
        <w:t>Consulting</w:t>
      </w:r>
    </w:p>
    <w:p w14:paraId="6EF3B917" w14:textId="77777777" w:rsidR="00292B2B" w:rsidRDefault="00757BA4">
      <w:pPr>
        <w:spacing w:after="40" w:line="276" w:lineRule="auto"/>
        <w:ind w:left="216"/>
      </w:pPr>
      <w:r>
        <w:t>• Oak Ridge National Laboratory (Bumpy torus), 1972</w:t>
      </w:r>
    </w:p>
    <w:p w14:paraId="1710AD2E" w14:textId="77777777" w:rsidR="00292B2B" w:rsidRDefault="00757BA4">
      <w:pPr>
        <w:spacing w:after="40" w:line="276" w:lineRule="auto"/>
        <w:ind w:left="216"/>
      </w:pPr>
      <w:r>
        <w:t>• McDonnell Douglas Corporation (Bumpy torus), 1977-1980</w:t>
      </w:r>
    </w:p>
    <w:p w14:paraId="75D08112" w14:textId="77777777" w:rsidR="00292B2B" w:rsidRDefault="00757BA4">
      <w:pPr>
        <w:spacing w:after="40" w:line="276" w:lineRule="auto"/>
        <w:ind w:left="216"/>
      </w:pPr>
      <w:r>
        <w:t>• Electric Power Research Institute (Self-colliding orbits), 1978</w:t>
      </w:r>
    </w:p>
    <w:p w14:paraId="5AF474B1" w14:textId="77777777" w:rsidR="00292B2B" w:rsidRDefault="00757BA4">
      <w:pPr>
        <w:spacing w:after="40" w:line="276" w:lineRule="auto"/>
        <w:ind w:left="216"/>
      </w:pPr>
      <w:r>
        <w:t>• TRW (Advanced fuel multipoles and ion cyclotron heating), 1979</w:t>
      </w:r>
    </w:p>
    <w:p w14:paraId="6F2D8C87" w14:textId="77777777" w:rsidR="00292B2B" w:rsidRDefault="00757BA4">
      <w:pPr>
        <w:spacing w:after="40" w:line="276" w:lineRule="auto"/>
        <w:ind w:left="216"/>
      </w:pPr>
      <w:r>
        <w:t>• Argonne National Laboratory (Tokamaks), 1979-1980</w:t>
      </w:r>
    </w:p>
    <w:p w14:paraId="41751C44" w14:textId="77777777" w:rsidR="00292B2B" w:rsidRDefault="00757BA4">
      <w:pPr>
        <w:spacing w:after="40" w:line="276" w:lineRule="auto"/>
        <w:ind w:left="216"/>
      </w:pPr>
      <w:r>
        <w:t>• Honeywell (Plasma diagnostics), 1981</w:t>
      </w:r>
    </w:p>
    <w:p w14:paraId="44CA350B" w14:textId="77777777" w:rsidR="00292B2B" w:rsidRDefault="00757BA4">
      <w:pPr>
        <w:spacing w:after="40" w:line="276" w:lineRule="auto"/>
        <w:ind w:left="216"/>
      </w:pPr>
      <w:r>
        <w:t>• Dr. Kenneth Kensey (Levitation System), 1986</w:t>
      </w:r>
    </w:p>
    <w:p w14:paraId="1C61C6C2" w14:textId="77777777" w:rsidR="00292B2B" w:rsidRDefault="00757BA4">
      <w:pPr>
        <w:spacing w:after="40" w:line="276" w:lineRule="auto"/>
        <w:ind w:left="216"/>
      </w:pPr>
      <w:r>
        <w:t>• West Publishing (Physics Textbooks), 1990</w:t>
      </w:r>
    </w:p>
    <w:p w14:paraId="6E12B932" w14:textId="77777777" w:rsidR="00292B2B" w:rsidRDefault="00757BA4">
      <w:pPr>
        <w:spacing w:after="40" w:line="276" w:lineRule="auto"/>
        <w:ind w:left="216"/>
      </w:pPr>
      <w:r>
        <w:t>• Saunders College Publishing (Video production), 1991-1992</w:t>
      </w:r>
    </w:p>
    <w:p w14:paraId="5F57A042" w14:textId="77777777" w:rsidR="00292B2B" w:rsidRDefault="00757BA4">
      <w:pPr>
        <w:spacing w:after="40" w:line="276" w:lineRule="auto"/>
        <w:ind w:left="216"/>
      </w:pPr>
      <w:r>
        <w:t>• Society of Actuaries (Video production), 1992</w:t>
      </w:r>
    </w:p>
    <w:p w14:paraId="3FABEFCC" w14:textId="77777777" w:rsidR="00292B2B" w:rsidRDefault="00757BA4">
      <w:pPr>
        <w:spacing w:after="40" w:line="276" w:lineRule="auto"/>
        <w:ind w:left="216"/>
      </w:pPr>
      <w:r>
        <w:t>• Praxair, Inc. (Pulsed power), 2003</w:t>
      </w:r>
    </w:p>
    <w:p w14:paraId="421B4D8F" w14:textId="77777777" w:rsidR="00292B2B" w:rsidRDefault="00757BA4">
      <w:pPr>
        <w:spacing w:after="40" w:line="276" w:lineRule="auto"/>
        <w:ind w:left="216"/>
      </w:pPr>
      <w:r>
        <w:t>• Chicago Museum of Science and Industry (Science Storms), 2006</w:t>
      </w:r>
    </w:p>
    <w:p w14:paraId="2C7B48BB" w14:textId="77777777" w:rsidR="00292B2B" w:rsidRDefault="00757BA4">
      <w:pPr>
        <w:pStyle w:val="Heading1"/>
      </w:pPr>
      <w:r>
        <w:rPr>
          <w:rFonts w:ascii="Times New Roman" w:eastAsia="Times New Roman" w:hAnsi="Times New Roman"/>
        </w:rPr>
        <w:t>Memberships</w:t>
      </w:r>
    </w:p>
    <w:p w14:paraId="10A20959" w14:textId="77777777" w:rsidR="00292B2B" w:rsidRDefault="00757BA4">
      <w:pPr>
        <w:spacing w:after="40" w:line="276" w:lineRule="auto"/>
        <w:ind w:left="216"/>
      </w:pPr>
      <w:r>
        <w:t>• American Physical Society Fellow (Division of Plasma Physics)</w:t>
      </w:r>
    </w:p>
    <w:p w14:paraId="334D65E3" w14:textId="77777777" w:rsidR="00292B2B" w:rsidRDefault="00757BA4">
      <w:pPr>
        <w:spacing w:after="40" w:line="276" w:lineRule="auto"/>
        <w:ind w:left="216"/>
      </w:pPr>
      <w:r>
        <w:t>• University Fusion Association</w:t>
      </w:r>
    </w:p>
    <w:p w14:paraId="3B4A850A" w14:textId="77777777" w:rsidR="00292B2B" w:rsidRDefault="00757BA4">
      <w:pPr>
        <w:spacing w:after="40" w:line="276" w:lineRule="auto"/>
        <w:ind w:left="216"/>
      </w:pPr>
      <w:r>
        <w:lastRenderedPageBreak/>
        <w:t>• American Association of Physics Teachers</w:t>
      </w:r>
    </w:p>
    <w:p w14:paraId="34DEA6BA" w14:textId="77777777" w:rsidR="00292B2B" w:rsidRDefault="00757BA4">
      <w:pPr>
        <w:spacing w:after="40" w:line="276" w:lineRule="auto"/>
        <w:ind w:left="216"/>
      </w:pPr>
      <w:r>
        <w:t>• Sigma Xi</w:t>
      </w:r>
    </w:p>
    <w:p w14:paraId="5CAEFC18" w14:textId="77777777" w:rsidR="00292B2B" w:rsidRDefault="00757BA4">
      <w:pPr>
        <w:spacing w:after="40" w:line="276" w:lineRule="auto"/>
        <w:ind w:left="216"/>
      </w:pPr>
      <w:r>
        <w:t>• Society for Chaos Theory in Psychology and Life Sciences</w:t>
      </w:r>
    </w:p>
    <w:p w14:paraId="400A0C58" w14:textId="77777777" w:rsidR="00292B2B" w:rsidRDefault="00757BA4">
      <w:pPr>
        <w:spacing w:after="40" w:line="276" w:lineRule="auto"/>
        <w:ind w:left="216"/>
      </w:pPr>
      <w:r>
        <w:t>• New England Complex Systems Institute</w:t>
      </w:r>
    </w:p>
    <w:p w14:paraId="5C886DD3" w14:textId="77777777" w:rsidR="00292B2B" w:rsidRDefault="00757BA4">
      <w:pPr>
        <w:spacing w:after="40" w:line="276" w:lineRule="auto"/>
        <w:ind w:left="216"/>
      </w:pPr>
      <w:r>
        <w:t>• Italian Society for Chaos and Complexity</w:t>
      </w:r>
    </w:p>
    <w:p w14:paraId="78EA1A08" w14:textId="77777777" w:rsidR="00292B2B" w:rsidRDefault="00757BA4">
      <w:pPr>
        <w:pStyle w:val="Heading1"/>
      </w:pPr>
      <w:r>
        <w:rPr>
          <w:rFonts w:ascii="Times New Roman" w:eastAsia="Times New Roman" w:hAnsi="Times New Roman"/>
        </w:rPr>
        <w:t>Specialty Area</w:t>
      </w:r>
    </w:p>
    <w:p w14:paraId="47F591B4" w14:textId="77777777" w:rsidR="00292B2B" w:rsidRDefault="00757BA4">
      <w:pPr>
        <w:spacing w:after="120" w:line="276" w:lineRule="auto"/>
      </w:pPr>
      <w:r>
        <w:t>Heating and confinement of plasmas, especially electron and ion cyclotron resonance heating in magnetic mirrors and toroidal devices, extraterrestrial plasmas and cosmic rays. Nonlinear dynamics and chaos.</w:t>
      </w:r>
    </w:p>
    <w:p w14:paraId="32E37657" w14:textId="77777777" w:rsidR="00292B2B" w:rsidRDefault="00757BA4">
      <w:pPr>
        <w:pStyle w:val="Heading1"/>
      </w:pPr>
      <w:r>
        <w:rPr>
          <w:rFonts w:ascii="Times New Roman" w:eastAsia="Times New Roman" w:hAnsi="Times New Roman"/>
        </w:rPr>
        <w:t>Publications</w:t>
      </w:r>
    </w:p>
    <w:p w14:paraId="5B3FBA2D" w14:textId="77777777" w:rsidR="00292B2B" w:rsidRDefault="00757BA4">
      <w:pPr>
        <w:spacing w:after="60" w:line="276" w:lineRule="auto"/>
        <w:ind w:left="648" w:hanging="648"/>
      </w:pPr>
      <w:r>
        <w:rPr>
          <w:sz w:val="20"/>
        </w:rPr>
        <w:t>1. Wide Band Electrostatic Probes for Use in Tenuous Plasmas, Rev. of Sci. Instr. 37, 897 (1966).</w:t>
      </w:r>
    </w:p>
    <w:p w14:paraId="36D630A2" w14:textId="77777777" w:rsidR="00292B2B" w:rsidRDefault="00757BA4">
      <w:pPr>
        <w:spacing w:after="60" w:line="276" w:lineRule="auto"/>
        <w:ind w:left="648" w:hanging="648"/>
      </w:pPr>
      <w:r>
        <w:rPr>
          <w:sz w:val="20"/>
        </w:rPr>
        <w:t>2. Equipotential Surfaces of a Plasma Moving in A Toroidal Octupole Magnetic Field, A. Filimonov, D.E. Lencioni, J.C. Sprott, and R.L. Willig, Jr., Bull. Am. Phys. Soc. 11, 452 (1966).</w:t>
      </w:r>
    </w:p>
    <w:p w14:paraId="521479FD" w14:textId="77777777" w:rsidR="00292B2B" w:rsidRDefault="00757BA4">
      <w:pPr>
        <w:spacing w:after="60" w:line="276" w:lineRule="auto"/>
        <w:ind w:left="648" w:hanging="648"/>
      </w:pPr>
      <w:r>
        <w:rPr>
          <w:sz w:val="20"/>
        </w:rPr>
        <w:t>3. The Influence of Bθ on Density Distribution in a Toroidal Octupole, D.E. Lencioni and J.C. Sprott, Bull. Am. Phys. Soc. 12, 790 (1967).</w:t>
      </w:r>
    </w:p>
    <w:p w14:paraId="7698AF28" w14:textId="77777777" w:rsidR="00292B2B" w:rsidRDefault="00757BA4">
      <w:pPr>
        <w:spacing w:after="60" w:line="276" w:lineRule="auto"/>
        <w:ind w:left="648" w:hanging="648"/>
      </w:pPr>
      <w:r>
        <w:rPr>
          <w:sz w:val="20"/>
        </w:rPr>
        <w:t>4. The Influence of Bθ on Injection and Transport in a Toroidal Octupole Magnetic Field, J.C. Sprott, Bull. Am. Phys. Soc. 12, 789 (1967).</w:t>
      </w:r>
    </w:p>
    <w:p w14:paraId="5A847FF9" w14:textId="77777777" w:rsidR="00292B2B" w:rsidRDefault="00757BA4">
      <w:pPr>
        <w:spacing w:after="60" w:line="276" w:lineRule="auto"/>
        <w:ind w:left="648" w:hanging="648"/>
      </w:pPr>
      <w:r>
        <w:rPr>
          <w:sz w:val="20"/>
        </w:rPr>
        <w:t>5. Behavior of a Cold Ion Plasma in a Toroidal Octupole, J.C. Sprott, Bull. Am. Phys. Soc. 12, 694 (1967). Post deadline paper.)</w:t>
      </w:r>
    </w:p>
    <w:p w14:paraId="282E69C5" w14:textId="77777777" w:rsidR="00292B2B" w:rsidRDefault="00757BA4">
      <w:pPr>
        <w:spacing w:after="60" w:line="276" w:lineRule="auto"/>
        <w:ind w:left="648" w:hanging="648"/>
      </w:pPr>
      <w:r>
        <w:rPr>
          <w:sz w:val="20"/>
        </w:rPr>
        <w:t>6. Characteristics of Microwave Plasma in a Toroidal Octupole, J.C. Sprott, Bull. Am. Phys. Soc. 13, 266 (1968).</w:t>
      </w:r>
    </w:p>
    <w:p w14:paraId="179C7D24" w14:textId="77777777" w:rsidR="00292B2B" w:rsidRDefault="00757BA4">
      <w:pPr>
        <w:spacing w:after="60" w:line="276" w:lineRule="auto"/>
        <w:ind w:left="648" w:hanging="648"/>
      </w:pPr>
      <w:r>
        <w:rPr>
          <w:sz w:val="20"/>
        </w:rPr>
        <w:t>7. Magnetic Guarding of Octupole Conductor Supports, H.K. Forsen, A.W. Molvik, and J.C. Sprott, Bull. Am. Phys. Soc. 13, 266 (1968).</w:t>
      </w:r>
    </w:p>
    <w:p w14:paraId="697987FF" w14:textId="77777777" w:rsidR="00292B2B" w:rsidRDefault="00757BA4">
      <w:pPr>
        <w:spacing w:after="60" w:line="276" w:lineRule="auto"/>
        <w:ind w:left="648" w:hanging="648"/>
      </w:pPr>
      <w:r>
        <w:rPr>
          <w:sz w:val="20"/>
        </w:rPr>
        <w:t>8. Influence of a Toroidal Field on Plasma Confined in a Toroidal Octupole, D.E. Lencioni, J.A. Schmidt, J.C. Sprott, and C.W. Erickson, Phys., Fluids 11, 1115 (1968).</w:t>
      </w:r>
    </w:p>
    <w:p w14:paraId="76632B22" w14:textId="77777777" w:rsidR="00292B2B" w:rsidRDefault="00757BA4">
      <w:pPr>
        <w:spacing w:after="60" w:line="276" w:lineRule="auto"/>
        <w:ind w:left="648" w:hanging="648"/>
      </w:pPr>
      <w:r>
        <w:rPr>
          <w:sz w:val="20"/>
        </w:rPr>
        <w:t>9. Plasma Confinement in a Toroidal Octupole Magnetic Field, H.K. Forsen, D.W. Kerst, D.E. Lencioni, D.M. Meade, F.E. Mills, A.W. Molvik, J.A. Schmidt, J.C. Sprott, and K.R. Symon, Proceedings of the Third International Conference on Plasma Physics and Controlled Nuclear Fusion Research, Movosibirsk, U.S.S.R., 1-7 August 1968, paper CN 24/C-1 (IAEA, Vienna, 1969), Vol. I, p. 313.</w:t>
      </w:r>
    </w:p>
    <w:p w14:paraId="557AADF6" w14:textId="77777777" w:rsidR="00292B2B" w:rsidRDefault="00757BA4">
      <w:pPr>
        <w:spacing w:after="60" w:line="276" w:lineRule="auto"/>
        <w:ind w:left="648" w:hanging="648"/>
      </w:pPr>
      <w:r>
        <w:rPr>
          <w:sz w:val="20"/>
        </w:rPr>
        <w:t>10. Admittance Probe Method of Measuring Time Resolved Plasma Electron Temperatures, J.C. Sprott, Rev. of Sci. Instr. 39, 1569 (1968).</w:t>
      </w:r>
    </w:p>
    <w:p w14:paraId="5E70A4E3" w14:textId="77777777" w:rsidR="00292B2B" w:rsidRDefault="00757BA4">
      <w:pPr>
        <w:spacing w:after="60" w:line="276" w:lineRule="auto"/>
        <w:ind w:left="648" w:hanging="648"/>
      </w:pPr>
      <w:r>
        <w:rPr>
          <w:sz w:val="20"/>
        </w:rPr>
        <w:t>11. Double Vortex Flows in Plasmas Axially Traversing Multipole Magnetic Fields, G.O. Barney, and J.C. Sprott, Phys. Fluids 12, 707 (1969).</w:t>
      </w:r>
    </w:p>
    <w:p w14:paraId="22726F3C" w14:textId="77777777" w:rsidR="00292B2B" w:rsidRDefault="00757BA4">
      <w:pPr>
        <w:spacing w:after="60" w:line="276" w:lineRule="auto"/>
        <w:ind w:left="648" w:hanging="648"/>
      </w:pPr>
      <w:r>
        <w:rPr>
          <w:sz w:val="20"/>
        </w:rPr>
        <w:t>12. Electron Cyclotron Heating in a Non-Uniform Magnetic Field, J.C. Sprott, Bull. Am. Phys. Soc. 13, 1508 (1968).</w:t>
      </w:r>
    </w:p>
    <w:p w14:paraId="1B221150" w14:textId="77777777" w:rsidR="00292B2B" w:rsidRDefault="00757BA4">
      <w:pPr>
        <w:spacing w:after="60" w:line="276" w:lineRule="auto"/>
        <w:ind w:left="648" w:hanging="648"/>
      </w:pPr>
      <w:r>
        <w:rPr>
          <w:sz w:val="20"/>
        </w:rPr>
        <w:t>13. Resonant Microwave Heating of a Gun Plasma in a Toroidal Octupole, J.C. Sprott and Glenn Kuswa, Bull. Am. Phys. Soc. 14, 726 (1969).</w:t>
      </w:r>
    </w:p>
    <w:p w14:paraId="04FEEC9A" w14:textId="77777777" w:rsidR="00292B2B" w:rsidRDefault="00757BA4">
      <w:pPr>
        <w:spacing w:after="60" w:line="276" w:lineRule="auto"/>
        <w:ind w:left="648" w:hanging="648"/>
      </w:pPr>
      <w:r>
        <w:rPr>
          <w:sz w:val="20"/>
        </w:rPr>
        <w:t>14. Behavior of R.F. Heated Plasmas in a Toroidal Octupole Magnetic Field, J.C. Sprott, UW, Ph.D. Thesis (1969).</w:t>
      </w:r>
    </w:p>
    <w:p w14:paraId="42C78ECF" w14:textId="77777777" w:rsidR="00292B2B" w:rsidRDefault="00757BA4">
      <w:pPr>
        <w:spacing w:after="60" w:line="276" w:lineRule="auto"/>
        <w:ind w:left="648" w:hanging="648"/>
      </w:pPr>
      <w:r>
        <w:rPr>
          <w:sz w:val="20"/>
        </w:rPr>
        <w:t>15. Studies of Plasma Confinement in a Toroidal Octupole, H.K. Forsen, H. De la Fuente, D.W. Kerst, C.W. Kuswa, D.E. Lencioni, D.M. Meade, F.E. Mills, A.W. Molvik, J.W. Rudmin, J.A. Schmidt, and J.C. Sprott, Proceedings of the International Symposium on Closed Confinement Systems, Dubna, U.S.S.R., 29 September-3 October 1969, p. 16.</w:t>
      </w:r>
    </w:p>
    <w:p w14:paraId="7CBE843F" w14:textId="77777777" w:rsidR="00292B2B" w:rsidRDefault="00757BA4">
      <w:pPr>
        <w:spacing w:after="60" w:line="276" w:lineRule="auto"/>
        <w:ind w:left="648" w:hanging="648"/>
      </w:pPr>
      <w:r>
        <w:rPr>
          <w:sz w:val="20"/>
        </w:rPr>
        <w:t>16. Attempts at Ion Cyclotron Heating in a Toroidal Octupole, J.C. Sprott, Bull. Am. Phys. Soc. 14, 1033 (1969).</w:t>
      </w:r>
    </w:p>
    <w:p w14:paraId="33E4580D" w14:textId="77777777" w:rsidR="00292B2B" w:rsidRDefault="00757BA4">
      <w:pPr>
        <w:spacing w:after="60" w:line="276" w:lineRule="auto"/>
        <w:ind w:left="648" w:hanging="648"/>
      </w:pPr>
      <w:r>
        <w:rPr>
          <w:sz w:val="20"/>
        </w:rPr>
        <w:lastRenderedPageBreak/>
        <w:t>17. Some Features and Preliminary Tests of a Levitated Octupole, D.W. Kerst, H.K. Forsen, R.A. Breun, A.J. Cavallo, and J.C. Sprott, Bull. Am. Phys. Soc. 14, 1050 (1969).</w:t>
      </w:r>
    </w:p>
    <w:p w14:paraId="5A12CB9B" w14:textId="77777777" w:rsidR="00292B2B" w:rsidRDefault="00757BA4">
      <w:pPr>
        <w:spacing w:after="60" w:line="276" w:lineRule="auto"/>
        <w:ind w:left="648" w:hanging="648"/>
      </w:pPr>
      <w:r>
        <w:rPr>
          <w:sz w:val="20"/>
        </w:rPr>
        <w:t>18. Behavior of a Cold Ion Plasma in a Toroidal Octupole, J.C. Sprott, Phys. Fluids 13, 1626 (1970).</w:t>
      </w:r>
    </w:p>
    <w:p w14:paraId="1E19CDD5" w14:textId="77777777" w:rsidR="00292B2B" w:rsidRDefault="00757BA4">
      <w:pPr>
        <w:spacing w:after="60" w:line="276" w:lineRule="auto"/>
        <w:ind w:left="648" w:hanging="648"/>
      </w:pPr>
      <w:r>
        <w:rPr>
          <w:sz w:val="20"/>
        </w:rPr>
        <w:t>19. Plasma Measurements in a Levitated Pulsed Octupole, H.K. Forsen, D.W. Kerst, R.A. Breun, A.J. Cavallo, J.R. Drake, and J.C. Sprott, in Proceedings of the Fourth International Conference on Controlled Fusion and Plasma Physics, Rome, 1970, p. 4.</w:t>
      </w:r>
    </w:p>
    <w:p w14:paraId="5EFA13A8" w14:textId="77777777" w:rsidR="00292B2B" w:rsidRDefault="00757BA4">
      <w:pPr>
        <w:spacing w:after="60" w:line="276" w:lineRule="auto"/>
        <w:ind w:left="648" w:hanging="648"/>
      </w:pPr>
      <w:r>
        <w:rPr>
          <w:sz w:val="20"/>
        </w:rPr>
        <w:t>20. Theory of Off-Resonance Heating, J.C. Sprott, Bull. Am. Phys. Soc. 15 , 1472 (1970).</w:t>
      </w:r>
    </w:p>
    <w:p w14:paraId="3AD10579" w14:textId="77777777" w:rsidR="00292B2B" w:rsidRDefault="00757BA4">
      <w:pPr>
        <w:spacing w:after="60" w:line="276" w:lineRule="auto"/>
        <w:ind w:left="648" w:hanging="648"/>
      </w:pPr>
      <w:r>
        <w:rPr>
          <w:sz w:val="20"/>
        </w:rPr>
        <w:t>21. Experiments on Off-Resonance Heating, K.A. Connor, J.C. Sprott, and J.L. Shohet, Bull. Am. Phys. Soc. 15 , 1472 (1970).</w:t>
      </w:r>
    </w:p>
    <w:p w14:paraId="7FCBCCF1" w14:textId="77777777" w:rsidR="00292B2B" w:rsidRDefault="00757BA4">
      <w:pPr>
        <w:spacing w:after="60" w:line="276" w:lineRule="auto"/>
        <w:ind w:left="648" w:hanging="648"/>
      </w:pPr>
      <w:r>
        <w:rPr>
          <w:sz w:val="20"/>
        </w:rPr>
        <w:t>22. Free-Free Bremsstrahlung from Loss Cone Distributions of Relativistic Electrons, D.G.S. Greene, J.C. Sprott, and J.L. Shohet, Bull. Am. Phys. Soc. 15, 1481 (1970).</w:t>
      </w:r>
    </w:p>
    <w:p w14:paraId="48823F86" w14:textId="77777777" w:rsidR="00292B2B" w:rsidRDefault="00757BA4">
      <w:pPr>
        <w:spacing w:after="60" w:line="276" w:lineRule="auto"/>
        <w:ind w:left="648" w:hanging="648"/>
      </w:pPr>
      <w:r>
        <w:rPr>
          <w:sz w:val="20"/>
        </w:rPr>
        <w:t>23. Microwave Heating in Toroidal Multipoles, J.C. Sprott, Bull. Am. Phys. Soc. 15, 1449 (1970).</w:t>
      </w:r>
    </w:p>
    <w:p w14:paraId="47CBC8D4" w14:textId="77777777" w:rsidR="00292B2B" w:rsidRDefault="00757BA4">
      <w:pPr>
        <w:spacing w:after="60" w:line="276" w:lineRule="auto"/>
        <w:ind w:left="648" w:hanging="648"/>
      </w:pPr>
      <w:r>
        <w:rPr>
          <w:sz w:val="20"/>
        </w:rPr>
        <w:t>24. High-Beta Relativistic Electron Plasmas in Axisymmetric and Non-Axisymmetric Mirrors, R.A. Dandl, H.O. Eason, P.H. Edmonds, A.C. England, G.E. Guest, C.L. Hedrick, J.T. Hogan, and J.C. Sprott, in Plasma Physics and Controlled Nuclear Fusion Research (International Atomic Energy Agency, Vienna, 1971), Vol. II, p. 607.</w:t>
      </w:r>
    </w:p>
    <w:p w14:paraId="6FE43BFD" w14:textId="77777777" w:rsidR="00292B2B" w:rsidRDefault="00757BA4">
      <w:pPr>
        <w:spacing w:after="60" w:line="276" w:lineRule="auto"/>
        <w:ind w:left="648" w:hanging="648"/>
      </w:pPr>
      <w:r>
        <w:rPr>
          <w:sz w:val="20"/>
        </w:rPr>
        <w:t>25. Plasma Injection, Heating, Confinement, and Losses in Multipole Structures, D.W. Kerst, H.K. Forsen, D.M. Meade, D.E. Lencioni, J.C. Sprott, H.V. De la Fuente, A.W. Molvik, R.A. Breun, A.J. Cavallo, J.R. Drake, J.R. Greenwood, T.C. Jernigan, R. Prater, and J.W. Rudmin, in Plasma Physics and Controlled Nuclear Fusion Research, Vol. I, page 3 (International Atomic Energy Agency, Vienna, 1971).</w:t>
      </w:r>
    </w:p>
    <w:p w14:paraId="21DE43FC" w14:textId="77777777" w:rsidR="00292B2B" w:rsidRDefault="00757BA4">
      <w:pPr>
        <w:spacing w:after="60" w:line="276" w:lineRule="auto"/>
        <w:ind w:left="648" w:hanging="648"/>
      </w:pPr>
      <w:r>
        <w:rPr>
          <w:sz w:val="20"/>
        </w:rPr>
        <w:t>26. Electron Cyclotron Heating in Toroidal Octupoles, J.C. Sprott, Phys. Fluids 14, 1795 (1971).</w:t>
      </w:r>
    </w:p>
    <w:p w14:paraId="66E2E3C0" w14:textId="77777777" w:rsidR="00292B2B" w:rsidRDefault="00757BA4">
      <w:pPr>
        <w:spacing w:after="60" w:line="276" w:lineRule="auto"/>
        <w:ind w:left="648" w:hanging="648"/>
      </w:pPr>
      <w:r>
        <w:rPr>
          <w:sz w:val="20"/>
        </w:rPr>
        <w:t>27. Numerical Simulation of Off-Resonance Heating, J.C. Sprott, Bull. Am. Phys. Soc. 16, 1281 (1971).</w:t>
      </w:r>
    </w:p>
    <w:p w14:paraId="29482859" w14:textId="77777777" w:rsidR="00292B2B" w:rsidRDefault="00757BA4">
      <w:pPr>
        <w:spacing w:after="60" w:line="276" w:lineRule="auto"/>
        <w:ind w:left="648" w:hanging="648"/>
      </w:pPr>
      <w:r>
        <w:rPr>
          <w:sz w:val="20"/>
        </w:rPr>
        <w:t>28. Recent High-&amp;b Canted Mirror Experiments, A.C. England, R.A. Dandl, H.O. Eason, and J.C. Sprott, Bull. Am. Phys. Soc. 16, 1281 (1971).</w:t>
      </w:r>
    </w:p>
    <w:p w14:paraId="5040B1E0" w14:textId="77777777" w:rsidR="00292B2B" w:rsidRDefault="00757BA4">
      <w:pPr>
        <w:spacing w:after="60" w:line="276" w:lineRule="auto"/>
        <w:ind w:left="648" w:hanging="648"/>
      </w:pPr>
      <w:r>
        <w:rPr>
          <w:sz w:val="20"/>
        </w:rPr>
        <w:t>29. Computer Calculations of Electron Cyclotron Heating in a Nonuniform Magnetic Field, J.C. Sprott, and P.H. Edmonds, Phys. Fluids 14, 2703 (1971).</w:t>
      </w:r>
    </w:p>
    <w:p w14:paraId="5CF4CC85" w14:textId="77777777" w:rsidR="00292B2B" w:rsidRDefault="00757BA4">
      <w:pPr>
        <w:spacing w:after="60" w:line="276" w:lineRule="auto"/>
        <w:ind w:left="648" w:hanging="648"/>
      </w:pPr>
      <w:r>
        <w:rPr>
          <w:sz w:val="20"/>
        </w:rPr>
        <w:t>30. The Use of Synchrotron Radiation to Provide Ionization of Wall Originated Impurities in a Thermonuclear Reactor, H.K. Forsen and J.C. Sprott, Nuclear Fusion 12, 126 (1972).</w:t>
      </w:r>
    </w:p>
    <w:p w14:paraId="3656E49B" w14:textId="77777777" w:rsidR="00292B2B" w:rsidRDefault="00757BA4">
      <w:pPr>
        <w:spacing w:after="60" w:line="276" w:lineRule="auto"/>
        <w:ind w:left="648" w:hanging="648"/>
      </w:pPr>
      <w:r>
        <w:rPr>
          <w:sz w:val="20"/>
        </w:rPr>
        <w:t>31. Off-Resonance Heating of Mirror Confined Plasmas, J.C. Sprott, K.A. Connor, and J.L. Shohet, Plasma Physics 14, 269 (1972).</w:t>
      </w:r>
    </w:p>
    <w:p w14:paraId="3E8CE36D" w14:textId="77777777" w:rsidR="00292B2B" w:rsidRDefault="00757BA4">
      <w:pPr>
        <w:spacing w:after="60" w:line="276" w:lineRule="auto"/>
        <w:ind w:left="648" w:hanging="648"/>
      </w:pPr>
      <w:r>
        <w:rPr>
          <w:sz w:val="20"/>
        </w:rPr>
        <w:t>32. Computer Simulation of Ion Heating by Pulsed Microwaves, J.C. Sprott, Bull. Am. Phys. Soc. 17, 774 (1972).</w:t>
      </w:r>
    </w:p>
    <w:p w14:paraId="3DFDB3A0" w14:textId="77777777" w:rsidR="00292B2B" w:rsidRDefault="00757BA4">
      <w:pPr>
        <w:spacing w:after="60" w:line="276" w:lineRule="auto"/>
        <w:ind w:left="648" w:hanging="648"/>
      </w:pPr>
      <w:r>
        <w:rPr>
          <w:sz w:val="20"/>
        </w:rPr>
        <w:t>33. MHD Stability and Hot Electron Mirror Confined Plasmas, S.N. Golvato, J.C. Sprott, and J.L. Shohet, Bull. Am. Phys. Soc. 17, 1004 (1972).</w:t>
      </w:r>
    </w:p>
    <w:p w14:paraId="48E0D199" w14:textId="77777777" w:rsidR="00292B2B" w:rsidRDefault="00757BA4">
      <w:pPr>
        <w:spacing w:after="60" w:line="276" w:lineRule="auto"/>
        <w:ind w:left="648" w:hanging="648"/>
      </w:pPr>
      <w:r>
        <w:rPr>
          <w:sz w:val="20"/>
        </w:rPr>
        <w:t>34. Ion Cyclotron Heating in a Toroidal Octupole. J.D. Barter, R.A. Breun, and J.C. Sprott, Bull. Am. Phys. Soc. 17, 1040 (1972).</w:t>
      </w:r>
    </w:p>
    <w:p w14:paraId="73D5B791" w14:textId="77777777" w:rsidR="00292B2B" w:rsidRDefault="00757BA4">
      <w:pPr>
        <w:spacing w:after="60" w:line="276" w:lineRule="auto"/>
        <w:ind w:left="648" w:hanging="648"/>
      </w:pPr>
      <w:r>
        <w:rPr>
          <w:sz w:val="20"/>
        </w:rPr>
        <w:t>35. Numerical Calculations of Steady State Microwave Plasma Parameters, J.C. Sprott, and A.C. England, Bull. Am. Phys. Soc. 17, 1058 (1972).</w:t>
      </w:r>
    </w:p>
    <w:p w14:paraId="68F01F79" w14:textId="77777777" w:rsidR="00292B2B" w:rsidRDefault="00757BA4">
      <w:pPr>
        <w:spacing w:after="60" w:line="276" w:lineRule="auto"/>
        <w:ind w:left="648" w:hanging="648"/>
      </w:pPr>
      <w:r>
        <w:rPr>
          <w:sz w:val="20"/>
        </w:rPr>
        <w:t>36. Polarization of Free-Free Bremsstrahlung from Magnetically Confined Plasmas. A.C. England, R.A. Dandl, H.O. Eason, and J.C. Sprott, Bull. Am. Phys. Soc. 17, 1066 (1972).</w:t>
      </w:r>
    </w:p>
    <w:p w14:paraId="5EF45114" w14:textId="77777777" w:rsidR="00292B2B" w:rsidRDefault="00757BA4">
      <w:pPr>
        <w:spacing w:after="60" w:line="276" w:lineRule="auto"/>
        <w:ind w:left="648" w:hanging="648"/>
      </w:pPr>
      <w:r>
        <w:rPr>
          <w:sz w:val="20"/>
        </w:rPr>
        <w:t>37. Numerical Calculations of Off-Resonance Heating, J.C. Sprott, Phys. Fluids 15, 2247 (1972).</w:t>
      </w:r>
    </w:p>
    <w:p w14:paraId="5DD74A39" w14:textId="77777777" w:rsidR="00292B2B" w:rsidRDefault="00757BA4">
      <w:pPr>
        <w:spacing w:after="60" w:line="276" w:lineRule="auto"/>
        <w:ind w:left="648" w:hanging="648"/>
      </w:pPr>
      <w:r>
        <w:rPr>
          <w:sz w:val="20"/>
        </w:rPr>
        <w:t>38. Effect of Magnetic Field Errors on Confinement in Bumpy Tori, J.C. Sprott, Phys. Fluids 16, 1157 (1973).</w:t>
      </w:r>
    </w:p>
    <w:p w14:paraId="2747645F" w14:textId="77777777" w:rsidR="00292B2B" w:rsidRDefault="00757BA4">
      <w:pPr>
        <w:spacing w:after="60" w:line="276" w:lineRule="auto"/>
        <w:ind w:left="648" w:hanging="648"/>
      </w:pPr>
      <w:r>
        <w:rPr>
          <w:sz w:val="20"/>
        </w:rPr>
        <w:t>39. Measurement of Electron Cyclotron Heating Rates, K.L. Wong, J.C. Sprott, and J.D. Barter, Bull. Am. Phys. Soc.18, 1258 (1973).</w:t>
      </w:r>
    </w:p>
    <w:p w14:paraId="78E2470E" w14:textId="77777777" w:rsidR="00292B2B" w:rsidRDefault="00757BA4">
      <w:pPr>
        <w:spacing w:after="60" w:line="276" w:lineRule="auto"/>
        <w:ind w:left="648" w:hanging="648"/>
      </w:pPr>
      <w:r>
        <w:rPr>
          <w:sz w:val="20"/>
        </w:rPr>
        <w:t>40. Ion Heating with R.F. Fields Near the Ion Cyclotron Frequency, J.D. Barter and J.C. Sprott, Bull. Am. Phys. Soc. 18, 1351 (1973)</w:t>
      </w:r>
    </w:p>
    <w:p w14:paraId="1BCCED48" w14:textId="77777777" w:rsidR="00292B2B" w:rsidRDefault="00757BA4">
      <w:pPr>
        <w:spacing w:after="60" w:line="276" w:lineRule="auto"/>
        <w:ind w:left="648" w:hanging="648"/>
      </w:pPr>
      <w:r>
        <w:rPr>
          <w:sz w:val="20"/>
        </w:rPr>
        <w:lastRenderedPageBreak/>
        <w:t>41. Electron Impact Desorption from Vacuum Surfaces, J.F. Etzweiler and J.C. Sprott, Bull. Am. Phys. Soc. 18, 1298 (1973).</w:t>
      </w:r>
    </w:p>
    <w:p w14:paraId="1FB7AD1D" w14:textId="77777777" w:rsidR="00292B2B" w:rsidRDefault="00757BA4">
      <w:pPr>
        <w:spacing w:after="60" w:line="276" w:lineRule="auto"/>
        <w:ind w:left="648" w:hanging="648"/>
      </w:pPr>
      <w:r>
        <w:rPr>
          <w:sz w:val="20"/>
        </w:rPr>
        <w:t>42. Numerical Calculations of Multipole Plasma Confinement, J.R. Patau and J.C. Sprott, Bull. Am. Phys. Soc. 18, 1352 (1973).</w:t>
      </w:r>
    </w:p>
    <w:p w14:paraId="6478EFB9" w14:textId="77777777" w:rsidR="00292B2B" w:rsidRDefault="00757BA4">
      <w:pPr>
        <w:spacing w:after="60" w:line="276" w:lineRule="auto"/>
        <w:ind w:left="648" w:hanging="648"/>
      </w:pPr>
      <w:r>
        <w:rPr>
          <w:sz w:val="20"/>
        </w:rPr>
        <w:t>43. Theory and Simulation of Cyclotron Heating in a Linear Octupole, J.C. Sprott, Proceedings of Second Topical Conference on RF Plasma Heating, Lubbock, Texas, paper E2 (1974).</w:t>
      </w:r>
    </w:p>
    <w:p w14:paraId="0E918345" w14:textId="77777777" w:rsidR="00292B2B" w:rsidRDefault="00757BA4">
      <w:pPr>
        <w:spacing w:after="60" w:line="276" w:lineRule="auto"/>
        <w:ind w:left="648" w:hanging="648"/>
      </w:pPr>
      <w:r>
        <w:rPr>
          <w:sz w:val="20"/>
        </w:rPr>
        <w:t>44. ECRH Experiments in a Toroidal Octupole, K.L. Wong and J.C. Sprott, Proceedings of the Second Topical Conference on RF Plasma Heating, Lubbock, Texas, paper E3 (1974).</w:t>
      </w:r>
    </w:p>
    <w:p w14:paraId="7F65B997" w14:textId="77777777" w:rsidR="00292B2B" w:rsidRDefault="00757BA4">
      <w:pPr>
        <w:spacing w:after="60" w:line="276" w:lineRule="auto"/>
        <w:ind w:left="648" w:hanging="648"/>
      </w:pPr>
      <w:r>
        <w:rPr>
          <w:sz w:val="20"/>
        </w:rPr>
        <w:t>45. ICRH Experiments in a Toroidal Octupole, J.D. Barter and J.C. Sprott, Proceedings of the Second Topical Conference on RF Plasma Heating, Lubbock, Texas paper E4 (1974)</w:t>
      </w:r>
    </w:p>
    <w:p w14:paraId="7C8DD9A7" w14:textId="77777777" w:rsidR="00292B2B" w:rsidRDefault="00757BA4">
      <w:pPr>
        <w:spacing w:after="60" w:line="276" w:lineRule="auto"/>
        <w:ind w:left="648" w:hanging="648"/>
      </w:pPr>
      <w:r>
        <w:rPr>
          <w:sz w:val="20"/>
        </w:rPr>
        <w:t>46. High- Plasma Behavior in a Canted Mirror, R.A. Dandl, H.O. Eason, A.C. England, and J.C. Sprott, Nuclear Fusion 13, 693 (1973).</w:t>
      </w:r>
    </w:p>
    <w:p w14:paraId="68E3C8FC" w14:textId="77777777" w:rsidR="00292B2B" w:rsidRDefault="00757BA4">
      <w:pPr>
        <w:spacing w:after="60" w:line="276" w:lineRule="auto"/>
        <w:ind w:left="648" w:hanging="648"/>
      </w:pPr>
      <w:r>
        <w:rPr>
          <w:sz w:val="20"/>
        </w:rPr>
        <w:t>47. Toroidal Ohmic Heating in the Small Wisconsin Octupole., J.F. Etzweiler and J.C. Sprott, Bull. Am. Phys. Soc. 19, 885 (1974).</w:t>
      </w:r>
    </w:p>
    <w:p w14:paraId="05A26C5A" w14:textId="77777777" w:rsidR="00292B2B" w:rsidRDefault="00757BA4">
      <w:pPr>
        <w:spacing w:after="60" w:line="276" w:lineRule="auto"/>
        <w:ind w:left="648" w:hanging="648"/>
      </w:pPr>
      <w:r>
        <w:rPr>
          <w:sz w:val="20"/>
        </w:rPr>
        <w:t>48. Ion Cyclotron Heating in a Toroidal Octupole, J.D. Barter and J.C. Sprott, Bull. Am. Phys. Soc. 19, 960 (1974).</w:t>
      </w:r>
    </w:p>
    <w:p w14:paraId="43237563" w14:textId="77777777" w:rsidR="00292B2B" w:rsidRDefault="00757BA4">
      <w:pPr>
        <w:spacing w:after="60" w:line="276" w:lineRule="auto"/>
        <w:ind w:left="648" w:hanging="648"/>
      </w:pPr>
      <w:r>
        <w:rPr>
          <w:sz w:val="20"/>
        </w:rPr>
        <w:t>49. Digital Plasma Density Determining Device, D.J. Holly, T.W. Lovell, and J.C. Sprott, Rev. Sci. Instr. 45, 947 (1974).</w:t>
      </w:r>
    </w:p>
    <w:p w14:paraId="425B35C0" w14:textId="77777777" w:rsidR="00292B2B" w:rsidRDefault="00757BA4">
      <w:pPr>
        <w:spacing w:after="60" w:line="276" w:lineRule="auto"/>
        <w:ind w:left="648" w:hanging="648"/>
      </w:pPr>
      <w:r>
        <w:rPr>
          <w:sz w:val="20"/>
        </w:rPr>
        <w:t>50. Measurements of Electron Cyclotron Heating Rates, J.D. Barter, J.C. Sprott, and K.L. Wong, Phys. Fluids 17, 810 (1974).</w:t>
      </w:r>
    </w:p>
    <w:p w14:paraId="4029D7F9" w14:textId="77777777" w:rsidR="00292B2B" w:rsidRDefault="00757BA4">
      <w:pPr>
        <w:spacing w:after="60" w:line="276" w:lineRule="auto"/>
        <w:ind w:left="648" w:hanging="648"/>
      </w:pPr>
      <w:r>
        <w:rPr>
          <w:sz w:val="20"/>
        </w:rPr>
        <w:t>51. Plasma Heating and Losses in Toroidal Multipole Fields, J.C. Armentrout, J.D. Barter, R.A. Breun, A.J. Cavallo, J. R. Drake, J.F. Etzweiler, J.R. Greenwood, W.C. Guss, D.W. Kerst, G.A. Navratil, R.S. Post, J.W. Rudmin, G.L. Schmidt, J.C. Sprott, and K.J. Wong, Plasma Physics and Controlled Nuclear Fusion Research (International Atomic Energy Agency, Vienna, 1974), Vol. 11, p. 89.</w:t>
      </w:r>
    </w:p>
    <w:p w14:paraId="204F4167" w14:textId="77777777" w:rsidR="00292B2B" w:rsidRDefault="00757BA4">
      <w:pPr>
        <w:spacing w:after="60" w:line="276" w:lineRule="auto"/>
        <w:ind w:left="648" w:hanging="648"/>
      </w:pPr>
      <w:r>
        <w:rPr>
          <w:sz w:val="20"/>
        </w:rPr>
        <w:t>52. Ion Cyclotron-Resonance Heating in a Toroidal Octupole, J.D. Barter, and J.C. Sprott, Phys. Rev. Letters 34, 1607 (1975).</w:t>
      </w:r>
    </w:p>
    <w:p w14:paraId="1B8CCD02" w14:textId="77777777" w:rsidR="00292B2B" w:rsidRDefault="00757BA4">
      <w:pPr>
        <w:spacing w:after="60" w:line="276" w:lineRule="auto"/>
        <w:ind w:left="648" w:hanging="648"/>
      </w:pPr>
      <w:r>
        <w:rPr>
          <w:sz w:val="20"/>
        </w:rPr>
        <w:t>53. ICRH at Wisconsin, J.D. Barter and J.C. Sprott, Bull. Am. Phys. Soc. 20, 1272 (1975).</w:t>
      </w:r>
    </w:p>
    <w:p w14:paraId="03A18F3C" w14:textId="77777777" w:rsidR="00292B2B" w:rsidRDefault="00757BA4">
      <w:pPr>
        <w:spacing w:after="60" w:line="276" w:lineRule="auto"/>
        <w:ind w:left="648" w:hanging="648"/>
      </w:pPr>
      <w:r>
        <w:rPr>
          <w:sz w:val="20"/>
        </w:rPr>
        <w:t>54. Effects of External Poloidal Fields on the Development of a Toroidal Discharge, J.C. Sprott and J.F. Etzweiler, Bull. Am. Phys. Soc. 20, 1256 (1975).</w:t>
      </w:r>
    </w:p>
    <w:p w14:paraId="6800AB8A" w14:textId="77777777" w:rsidR="00292B2B" w:rsidRDefault="00757BA4">
      <w:pPr>
        <w:spacing w:after="60" w:line="276" w:lineRule="auto"/>
        <w:ind w:left="648" w:hanging="648"/>
      </w:pPr>
      <w:r>
        <w:rPr>
          <w:sz w:val="20"/>
        </w:rPr>
        <w:t>55. Study of Electron Desorbed Gases in an Octupole, R.J. Groebner and J.C. Sprott, Bull. Am. Phys. Soc. 20, 1333 (1975).</w:t>
      </w:r>
    </w:p>
    <w:p w14:paraId="7CC1B68E" w14:textId="77777777" w:rsidR="00292B2B" w:rsidRDefault="00757BA4">
      <w:pPr>
        <w:spacing w:after="60" w:line="276" w:lineRule="auto"/>
        <w:ind w:left="648" w:hanging="648"/>
      </w:pPr>
      <w:r>
        <w:rPr>
          <w:sz w:val="20"/>
        </w:rPr>
        <w:t>56. Preliminary Electric Field Divertor Experiment, E.J. Strait and J.C. Sprott, Bull. Am. Phys. Soc. 20, 1334 (1975).</w:t>
      </w:r>
    </w:p>
    <w:p w14:paraId="2E85553B" w14:textId="77777777" w:rsidR="00292B2B" w:rsidRDefault="00757BA4">
      <w:pPr>
        <w:spacing w:after="60" w:line="276" w:lineRule="auto"/>
        <w:ind w:left="648" w:hanging="648"/>
      </w:pPr>
      <w:r>
        <w:rPr>
          <w:sz w:val="20"/>
        </w:rPr>
        <w:t>57. Resistivity Measurements in the Toroidal Discharge in an Octupole, J.F. Etzweiler and J.C. Sprott, Bull. Am. Phys. Soc. 20, 1384 (1975).</w:t>
      </w:r>
    </w:p>
    <w:p w14:paraId="4C2384C9" w14:textId="77777777" w:rsidR="00292B2B" w:rsidRDefault="00757BA4">
      <w:pPr>
        <w:spacing w:after="60" w:line="276" w:lineRule="auto"/>
        <w:ind w:left="648" w:hanging="648"/>
      </w:pPr>
      <w:r>
        <w:rPr>
          <w:sz w:val="20"/>
        </w:rPr>
        <w:t>58. Numerical Model of Plasma Confinement, J.C. Sprott and E.J. Strait, IEEE Transactions on Plasma Science PS-4, 6 (1976).</w:t>
      </w:r>
    </w:p>
    <w:p w14:paraId="09A9F062" w14:textId="77777777" w:rsidR="00292B2B" w:rsidRDefault="00757BA4">
      <w:pPr>
        <w:spacing w:after="60" w:line="276" w:lineRule="auto"/>
        <w:ind w:left="648" w:hanging="648"/>
      </w:pPr>
      <w:r>
        <w:rPr>
          <w:sz w:val="20"/>
        </w:rPr>
        <w:t>59. Plasma Digital Density Determining Device, J.C. Sprott, T.W. Lovell, and D.J. Holly, U.S. Patent No. 3952246 (1976)</w:t>
      </w:r>
    </w:p>
    <w:p w14:paraId="57779F84" w14:textId="77777777" w:rsidR="00292B2B" w:rsidRDefault="00757BA4">
      <w:pPr>
        <w:spacing w:after="60" w:line="276" w:lineRule="auto"/>
        <w:ind w:left="648" w:hanging="648"/>
      </w:pPr>
      <w:r>
        <w:rPr>
          <w:sz w:val="20"/>
        </w:rPr>
        <w:t>60. Ion Cyclotron Resonance Heating in a Toroidal Octupole, J.C. Sprott and J.C. Barter, Proceedings of the 3rd International Meeting on the Theoretical and Experimental Aspects of Heating of Toroidal Plasmas, p. 95, Grenoble, France (1976).</w:t>
      </w:r>
    </w:p>
    <w:p w14:paraId="232F6279" w14:textId="77777777" w:rsidR="00292B2B" w:rsidRDefault="00757BA4">
      <w:pPr>
        <w:spacing w:after="60" w:line="276" w:lineRule="auto"/>
        <w:ind w:left="648" w:hanging="648"/>
      </w:pPr>
      <w:r>
        <w:rPr>
          <w:sz w:val="20"/>
        </w:rPr>
        <w:t>61. Electric Field Divertor Experiment, E.J. Strait and J.C. Sprott, Bull. Am. Phys. Soc. 21, 1062 (1976).</w:t>
      </w:r>
    </w:p>
    <w:p w14:paraId="6BE1756D" w14:textId="77777777" w:rsidR="00292B2B" w:rsidRDefault="00757BA4">
      <w:pPr>
        <w:spacing w:after="60" w:line="276" w:lineRule="auto"/>
        <w:ind w:left="648" w:hanging="648"/>
      </w:pPr>
      <w:r>
        <w:rPr>
          <w:sz w:val="20"/>
        </w:rPr>
        <w:t>62. Ion Cyclotron Heating on the Wisconsin Supported Toroidal Octupole, J.D. Barter, A.P. Biddle, R.J. Groebner, and J.C. Sprott, Bull. Am. Phys. Soc. 21, 1773 (1976).</w:t>
      </w:r>
    </w:p>
    <w:p w14:paraId="4362BCA6" w14:textId="77777777" w:rsidR="00292B2B" w:rsidRDefault="00757BA4">
      <w:pPr>
        <w:spacing w:after="60" w:line="276" w:lineRule="auto"/>
        <w:ind w:left="648" w:hanging="648"/>
      </w:pPr>
      <w:r>
        <w:rPr>
          <w:sz w:val="20"/>
        </w:rPr>
        <w:t>63. Resistivity Profile Measurements in the Small Wisconsin Octupole, E.F. Etzweiler and J.C. Sprott, Bull. Am. Phys. Soc. 21, 1049 (1976).</w:t>
      </w:r>
    </w:p>
    <w:p w14:paraId="3DEC156E" w14:textId="77777777" w:rsidR="00292B2B" w:rsidRDefault="00757BA4">
      <w:pPr>
        <w:spacing w:after="60" w:line="276" w:lineRule="auto"/>
        <w:ind w:left="648" w:hanging="648"/>
      </w:pPr>
      <w:r>
        <w:rPr>
          <w:sz w:val="20"/>
        </w:rPr>
        <w:t>64. Gun Injection into a Toroidally Confined Plasma, E.J. Strait and J.C. Sprott, Bull. Am. Phys. Soc. 22, 1064 (1977).</w:t>
      </w:r>
    </w:p>
    <w:p w14:paraId="24FEF0BC" w14:textId="77777777" w:rsidR="00292B2B" w:rsidRDefault="00757BA4">
      <w:pPr>
        <w:spacing w:after="60" w:line="276" w:lineRule="auto"/>
        <w:ind w:left="648" w:hanging="648"/>
      </w:pPr>
      <w:r>
        <w:rPr>
          <w:sz w:val="20"/>
        </w:rPr>
        <w:t>65. The Wisconsin Tokapole, J.C. Sprott, Bull. Am. Phys. Soc. 22, 1071 (1977).</w:t>
      </w:r>
    </w:p>
    <w:p w14:paraId="6366129E" w14:textId="77777777" w:rsidR="00292B2B" w:rsidRDefault="00757BA4">
      <w:pPr>
        <w:spacing w:after="60" w:line="276" w:lineRule="auto"/>
        <w:ind w:left="648" w:hanging="648"/>
      </w:pPr>
      <w:r>
        <w:rPr>
          <w:sz w:val="20"/>
        </w:rPr>
        <w:t>66. MHD Equilibrium in Tokapole Devices, M.W. Phillips, J.C. Sprott, and A.M.M. Todd, Bull. Am. Phys. Soc. 22, 1071 (1977).</w:t>
      </w:r>
    </w:p>
    <w:p w14:paraId="5DE52BB0" w14:textId="77777777" w:rsidR="00292B2B" w:rsidRDefault="00757BA4">
      <w:pPr>
        <w:spacing w:after="60" w:line="276" w:lineRule="auto"/>
        <w:ind w:left="648" w:hanging="648"/>
      </w:pPr>
      <w:r>
        <w:rPr>
          <w:sz w:val="20"/>
        </w:rPr>
        <w:t>67. Numerical Simulation of EBT Plasmas, R.B. Campbell, G.A. Gerdin, J.C. Sprott, and D.A. Defreece, Bull. Am. Phys. Soc. 22, 1071 (1977).</w:t>
      </w:r>
    </w:p>
    <w:p w14:paraId="3BC9D52E" w14:textId="77777777" w:rsidR="00292B2B" w:rsidRDefault="00757BA4">
      <w:pPr>
        <w:spacing w:after="60" w:line="276" w:lineRule="auto"/>
        <w:ind w:left="648" w:hanging="648"/>
      </w:pPr>
      <w:r>
        <w:rPr>
          <w:sz w:val="20"/>
        </w:rPr>
        <w:t>68. Ion Cyclotron Resonance Heating in the Wisconsin Supported Toroidal Octupole, J.D. Barter and J.C. Sprott, Plasma Physics 19, 945 (1977).</w:t>
      </w:r>
    </w:p>
    <w:p w14:paraId="4904222C" w14:textId="77777777" w:rsidR="00292B2B" w:rsidRDefault="00757BA4">
      <w:pPr>
        <w:spacing w:after="60" w:line="276" w:lineRule="auto"/>
        <w:ind w:left="648" w:hanging="648"/>
      </w:pPr>
      <w:r>
        <w:rPr>
          <w:sz w:val="20"/>
        </w:rPr>
        <w:t>69. Ion Cyclotron Heating in the Wisconsin Supported Toroidal Octupole and Quadrupole, A.P. Biddle, K.J. Miler, and J.C. Sprott, Proceedings of the Third Conference on Radio Frequency Plasma Heating, Pasadena, CA, Jan. 11-13, 1978, paper D1.</w:t>
      </w:r>
    </w:p>
    <w:p w14:paraId="3E9FD15E" w14:textId="77777777" w:rsidR="00292B2B" w:rsidRDefault="00757BA4">
      <w:pPr>
        <w:spacing w:after="60" w:line="276" w:lineRule="auto"/>
        <w:ind w:left="648" w:hanging="648"/>
      </w:pPr>
      <w:r>
        <w:rPr>
          <w:sz w:val="20"/>
        </w:rPr>
        <w:t>70. RF Heating of an ELMO Bumpy Torus (EBT), J.H. Mullen and J.C. Sprott, Conference Record of the 1978 IEEE International Conference on Plasma Science, P. 53.</w:t>
      </w:r>
    </w:p>
    <w:p w14:paraId="142FE5C2" w14:textId="77777777" w:rsidR="00292B2B" w:rsidRDefault="00757BA4">
      <w:pPr>
        <w:spacing w:after="60" w:line="276" w:lineRule="auto"/>
        <w:ind w:left="648" w:hanging="648"/>
      </w:pPr>
      <w:r>
        <w:rPr>
          <w:sz w:val="20"/>
        </w:rPr>
        <w:t>71. The Tokapole II Device, Proceedings of the Small Toroidal Devices Users' Meeting, J.C. Sprott, April 1978.</w:t>
      </w:r>
    </w:p>
    <w:p w14:paraId="0C8DF874" w14:textId="77777777" w:rsidR="00292B2B" w:rsidRDefault="00757BA4">
      <w:pPr>
        <w:spacing w:after="60" w:line="276" w:lineRule="auto"/>
        <w:ind w:left="648" w:hanging="648"/>
      </w:pPr>
      <w:r>
        <w:rPr>
          <w:sz w:val="20"/>
        </w:rPr>
        <w:t>72. Experimental Study of Dee, Inverse-Dee and Square Tokamak Equilibria, B. Lipschultz, T.H. Osborne, S.C. Prager, K. Miller, and J.C. Sprott, Bull. Am. Phys. Soc. 23, 900 (1978).</w:t>
      </w:r>
    </w:p>
    <w:p w14:paraId="3D813DBA" w14:textId="77777777" w:rsidR="00292B2B" w:rsidRDefault="00757BA4">
      <w:pPr>
        <w:spacing w:after="60" w:line="276" w:lineRule="auto"/>
        <w:ind w:left="648" w:hanging="648"/>
      </w:pPr>
      <w:r>
        <w:rPr>
          <w:sz w:val="20"/>
        </w:rPr>
        <w:t>73. Tokapole II Equilibrium Measurements, M.W. Phillips, B. Lipschultz, T. Osborne, K. Miller, S.C. Prager, and J.C. Sprott, Bull. Am. Phys. Soc. 23, 900 (1978).</w:t>
      </w:r>
    </w:p>
    <w:p w14:paraId="2229DC44" w14:textId="77777777" w:rsidR="00292B2B" w:rsidRDefault="00757BA4">
      <w:pPr>
        <w:spacing w:after="60" w:line="276" w:lineRule="auto"/>
        <w:ind w:left="648" w:hanging="648"/>
      </w:pPr>
      <w:r>
        <w:rPr>
          <w:sz w:val="20"/>
        </w:rPr>
        <w:t>74. Heating in the Ion Cyclotron Range of Frequencies in the Wisconsin Tokamak and Tokapole II, A.P. Biddle and J.C. Sprott, Bull. Am. Phys. Soc. 23, 820 (1978).</w:t>
      </w:r>
    </w:p>
    <w:p w14:paraId="3AF3F26C" w14:textId="77777777" w:rsidR="00292B2B" w:rsidRDefault="00757BA4">
      <w:pPr>
        <w:spacing w:after="60" w:line="276" w:lineRule="auto"/>
        <w:ind w:left="648" w:hanging="648"/>
      </w:pPr>
      <w:r>
        <w:rPr>
          <w:sz w:val="20"/>
        </w:rPr>
        <w:t>75. ECRH Preionization in Tokapole II, D.J. Holly, D.R. Witherspoon, and J.C. Sprott, Bull. Am. Phys. Soc. 23, 878 (1978).</w:t>
      </w:r>
    </w:p>
    <w:p w14:paraId="3BA7EB48" w14:textId="77777777" w:rsidR="00292B2B" w:rsidRDefault="00757BA4">
      <w:pPr>
        <w:spacing w:after="60" w:line="276" w:lineRule="auto"/>
        <w:ind w:left="648" w:hanging="648"/>
      </w:pPr>
      <w:r>
        <w:rPr>
          <w:sz w:val="20"/>
        </w:rPr>
        <w:t>76. The Effect of Toroidal Field Modifications Due to Canted Coils on the Charged Particle Drift Orbits in a Bumpy Torus, R.E. Juhala and J.C. Sprott, Bull. Am. Phys. Soc. 23 (1978).</w:t>
      </w:r>
    </w:p>
    <w:p w14:paraId="33F9FF06" w14:textId="77777777" w:rsidR="00292B2B" w:rsidRDefault="00757BA4">
      <w:pPr>
        <w:spacing w:after="60" w:line="276" w:lineRule="auto"/>
        <w:ind w:left="648" w:hanging="648"/>
      </w:pPr>
      <w:r>
        <w:rPr>
          <w:sz w:val="20"/>
        </w:rPr>
        <w:t>77. Experimental Test of the Feasibility of Heating Tokamaks by Gun Injection, E.J. Strait and J.C. Sprott, Nuclear Fusion 18, 1595 (1978).</w:t>
      </w:r>
    </w:p>
    <w:p w14:paraId="18B9692A" w14:textId="77777777" w:rsidR="00292B2B" w:rsidRDefault="00757BA4">
      <w:pPr>
        <w:spacing w:after="60" w:line="276" w:lineRule="auto"/>
        <w:ind w:left="648" w:hanging="648"/>
      </w:pPr>
      <w:r>
        <w:rPr>
          <w:sz w:val="20"/>
        </w:rPr>
        <w:t>78. Experimental Demonstration of E×B Plasma Divertor, E.J. Strait, D.W. Kerst, and J.C. Sprott, Physics of Fluids 21, 2342 (1978).</w:t>
      </w:r>
    </w:p>
    <w:p w14:paraId="1C043DE3" w14:textId="77777777" w:rsidR="00292B2B" w:rsidRDefault="00757BA4">
      <w:pPr>
        <w:spacing w:after="60" w:line="276" w:lineRule="auto"/>
        <w:ind w:left="648" w:hanging="648"/>
      </w:pPr>
      <w:r>
        <w:rPr>
          <w:sz w:val="20"/>
        </w:rPr>
        <w:t>79. High Power Heating and Propagation Using Fast Magnetosonic Waves in the Wisconsin Tokapole II, A.P. Biddle and J.C. Sprott, Conference Record of the 1979 IEEE International Conference on Plasma Science, p. 144 (1979).</w:t>
      </w:r>
    </w:p>
    <w:p w14:paraId="69C6E7D5" w14:textId="77777777" w:rsidR="00292B2B" w:rsidRDefault="00757BA4">
      <w:pPr>
        <w:spacing w:after="60" w:line="276" w:lineRule="auto"/>
        <w:ind w:left="648" w:hanging="648"/>
      </w:pPr>
      <w:r>
        <w:rPr>
          <w:sz w:val="20"/>
        </w:rPr>
        <w:t>80. Power Balance Measurements in Tokapole II Discharges, R.J. Groebner, R.N. Dexter, and J.C. Sprott, Conference Record of the 1979 IEEE International Conference on Plasma Science, p. 22 (1979).</w:t>
      </w:r>
    </w:p>
    <w:p w14:paraId="0EB8C354" w14:textId="77777777" w:rsidR="00292B2B" w:rsidRDefault="00757BA4">
      <w:pPr>
        <w:spacing w:after="60" w:line="276" w:lineRule="auto"/>
        <w:ind w:left="648" w:hanging="648"/>
      </w:pPr>
      <w:r>
        <w:rPr>
          <w:sz w:val="20"/>
        </w:rPr>
        <w:t>81. Experimental Study of Axisymmetric Instability of Inverse-Dee and Square Tokamak Equilibria, B. Lipschultz, S.C. Prager, T.H. Osborne, J.C. Sprott, and M. Phillips, Phys. Rev. Letters 43, 36 (1979).</w:t>
      </w:r>
    </w:p>
    <w:p w14:paraId="612A2509" w14:textId="77777777" w:rsidR="00292B2B" w:rsidRDefault="00757BA4">
      <w:pPr>
        <w:spacing w:after="60" w:line="276" w:lineRule="auto"/>
        <w:ind w:left="648" w:hanging="648"/>
      </w:pPr>
      <w:r>
        <w:rPr>
          <w:sz w:val="20"/>
        </w:rPr>
        <w:t>82. The MDC EBT Proof of Principle Experiment, T.J. Manne, W.B. Ard, R.E. Juhala, R.J. Kashuba, J.H. Mullen, J.C. Sprott, G.A. Gerdin, P.L. Colstock, W.M. Hooke, J.C. Hosea, H.H. Klein, N.A. Krall, J.C. McBride, J.L. Sperling, Bull. Am. Phys. Soc. 24, 1051 (1979).</w:t>
      </w:r>
    </w:p>
    <w:p w14:paraId="28DBBAF7" w14:textId="77777777" w:rsidR="00292B2B" w:rsidRDefault="00757BA4">
      <w:pPr>
        <w:spacing w:after="60" w:line="276" w:lineRule="auto"/>
        <w:ind w:left="648" w:hanging="648"/>
      </w:pPr>
      <w:r>
        <w:rPr>
          <w:sz w:val="20"/>
        </w:rPr>
        <w:t>83. Effects of Toroidal Curvature on Particle Drive Orbits in an EBT Device, J.E. Lenz, R.E. Juhala, and J.C. Sprott, Bull. Am. Phys. Soc. 24, 1049 (1979).</w:t>
      </w:r>
    </w:p>
    <w:p w14:paraId="10A05067" w14:textId="77777777" w:rsidR="00292B2B" w:rsidRDefault="00757BA4">
      <w:pPr>
        <w:spacing w:after="60" w:line="276" w:lineRule="auto"/>
        <w:ind w:left="648" w:hanging="648"/>
      </w:pPr>
      <w:r>
        <w:rPr>
          <w:sz w:val="20"/>
        </w:rPr>
        <w:t>84. High Power ICRF Heating in Tokapole II, A.P. Biddle and J.C. Sprott, Bull. Am. Phys. Soc. 24, 1063 (1979).</w:t>
      </w:r>
    </w:p>
    <w:p w14:paraId="71393B82" w14:textId="77777777" w:rsidR="00292B2B" w:rsidRDefault="00757BA4">
      <w:pPr>
        <w:spacing w:after="60" w:line="276" w:lineRule="auto"/>
        <w:ind w:left="648" w:hanging="648"/>
      </w:pPr>
      <w:r>
        <w:rPr>
          <w:sz w:val="20"/>
        </w:rPr>
        <w:t>85. Experimental Test of the Feasibility of Poloidal Ohmic Heating in a Multiple, D.J. Holly, S.C. Prager, and J.C. Sprott, Bull. Am. Phys. Soc. 24, 1086 (1979).</w:t>
      </w:r>
    </w:p>
    <w:p w14:paraId="3BACDDFE" w14:textId="77777777" w:rsidR="00292B2B" w:rsidRDefault="00757BA4">
      <w:pPr>
        <w:spacing w:after="60" w:line="276" w:lineRule="auto"/>
        <w:ind w:left="648" w:hanging="648"/>
      </w:pPr>
      <w:r>
        <w:rPr>
          <w:sz w:val="20"/>
        </w:rPr>
        <w:t>86. Observations of Alfvén Resonances in Tokapole II, F.D. Witherspoon, S.C. Prager, and J.C. Sprott, Bull. Am. Phys. Soc. 24, 1102 (1979).</w:t>
      </w:r>
    </w:p>
    <w:p w14:paraId="71CD252C" w14:textId="77777777" w:rsidR="00292B2B" w:rsidRDefault="00757BA4">
      <w:pPr>
        <w:spacing w:after="60" w:line="276" w:lineRule="auto"/>
        <w:ind w:left="648" w:hanging="648"/>
      </w:pPr>
      <w:r>
        <w:rPr>
          <w:sz w:val="20"/>
        </w:rPr>
        <w:t>87. Initial Results from the Tokapole II Poloidal Divertor Device, A.P. Biddle, R.N. Dexter, R.J. Groebner, D.J. Holly, B. Lipschultz, M.W. Phillips, S.C. Prager, and J.C. Sprott, Nuclear Fusion 19, 1509 (1979).</w:t>
      </w:r>
    </w:p>
    <w:p w14:paraId="66180942" w14:textId="77777777" w:rsidR="00292B2B" w:rsidRDefault="00757BA4">
      <w:pPr>
        <w:spacing w:after="60" w:line="276" w:lineRule="auto"/>
        <w:ind w:left="648" w:hanging="648"/>
      </w:pPr>
      <w:r>
        <w:rPr>
          <w:sz w:val="20"/>
        </w:rPr>
        <w:t>88. Experimental Observation of Plasma Paramagnetism in a Tokamak, D.J. Holly, S.C. Prager, M.W. Phillips, and J.C. Sprott, Phys. Fluids 23, 417 (1980).</w:t>
      </w:r>
    </w:p>
    <w:p w14:paraId="432827FB" w14:textId="77777777" w:rsidR="00292B2B" w:rsidRDefault="00757BA4">
      <w:pPr>
        <w:spacing w:after="60" w:line="276" w:lineRule="auto"/>
        <w:ind w:left="648" w:hanging="648"/>
      </w:pPr>
      <w:r>
        <w:rPr>
          <w:sz w:val="20"/>
        </w:rPr>
        <w:t>89. High Studies in the Levitated Toroidal Octupole, J.R. Conrad, D.W. Kerst, R.S. Post, S.C. Prager, J.C. Sprott, R.P. Torti, E.J. Strait, S. Garner, J.H. Halle, A. Kellman, M.W. Phillips, E.A. Rose, and J.C. Twichell, 8th IAEA Conference on Plasma Physics &amp; Controlled Nuclear Research, Vol. I, p. 1709 (1981).</w:t>
      </w:r>
    </w:p>
    <w:p w14:paraId="76929D73" w14:textId="77777777" w:rsidR="00292B2B" w:rsidRDefault="00757BA4">
      <w:pPr>
        <w:spacing w:after="60" w:line="276" w:lineRule="auto"/>
        <w:ind w:left="648" w:hanging="648"/>
      </w:pPr>
      <w:r>
        <w:rPr>
          <w:sz w:val="20"/>
        </w:rPr>
        <w:t>90. Stability and Heating of a Poloidal Divertor Tokamak, R.N. Dexter, S.C. Prager, J.C. Sprott, B. Lipschultz, A.P. Biddle, T.H. Osborne, F.D. Witherspoon, D.J. Holly, D.A. Shepard, and M.W. Phillips, 8th IAEA Conference on Plasma Physics &amp; Controlled Nuclear Fusion Research, Vol. II, p. 705 (1981).</w:t>
      </w:r>
    </w:p>
    <w:p w14:paraId="71AF39BD" w14:textId="77777777" w:rsidR="00292B2B" w:rsidRDefault="00757BA4">
      <w:pPr>
        <w:spacing w:after="60" w:line="276" w:lineRule="auto"/>
        <w:ind w:left="648" w:hanging="648"/>
      </w:pPr>
      <w:r>
        <w:rPr>
          <w:sz w:val="20"/>
        </w:rPr>
        <w:t>91. Loop Voltage Reduction by ECRH Preionization on Tokapole II, D.A. Shepard, D. Holly, S.C. Prager, and J.C. Sprott, Bull. Am. Phys. Soc. 25, 1004 (1980).</w:t>
      </w:r>
    </w:p>
    <w:p w14:paraId="6A46F654" w14:textId="77777777" w:rsidR="00292B2B" w:rsidRDefault="00757BA4">
      <w:pPr>
        <w:spacing w:after="60" w:line="276" w:lineRule="auto"/>
        <w:ind w:left="648" w:hanging="648"/>
      </w:pPr>
      <w:r>
        <w:rPr>
          <w:sz w:val="20"/>
        </w:rPr>
        <w:t>92. ICRF Heating with Passive Mode Tracking in the Wisconsin Tokapole II, A.P. Biddle and J.C. Sprott, Bull. Am. Phys. Soc. 25, 903 (1980).</w:t>
      </w:r>
    </w:p>
    <w:p w14:paraId="3F64D94B" w14:textId="77777777" w:rsidR="00292B2B" w:rsidRDefault="00757BA4">
      <w:pPr>
        <w:spacing w:after="60" w:line="276" w:lineRule="auto"/>
        <w:ind w:left="648" w:hanging="648"/>
      </w:pPr>
      <w:r>
        <w:rPr>
          <w:sz w:val="20"/>
        </w:rPr>
        <w:t>93. Shear Alfvén Wave Heating Studies in Tokapole II, F.D. Witherspoon, S.C. Prager, and J.C. Sprott, Bull. Am. Phys. Soc. 25, 903 (1980).</w:t>
      </w:r>
    </w:p>
    <w:p w14:paraId="1AF0F7DA" w14:textId="77777777" w:rsidR="00292B2B" w:rsidRDefault="00757BA4">
      <w:pPr>
        <w:spacing w:after="60" w:line="276" w:lineRule="auto"/>
        <w:ind w:left="648" w:hanging="648"/>
      </w:pPr>
      <w:r>
        <w:rPr>
          <w:sz w:val="20"/>
        </w:rPr>
        <w:t>94. Poloidal Ohmic Heating in an Octupole, D.J. Holly, S.C. Prager, and J.C. Sprott, Bull. Am. Phys. 25, 862 (1980).</w:t>
      </w:r>
    </w:p>
    <w:p w14:paraId="2961255D" w14:textId="77777777" w:rsidR="00292B2B" w:rsidRDefault="00757BA4">
      <w:pPr>
        <w:spacing w:after="60" w:line="276" w:lineRule="auto"/>
        <w:ind w:left="648" w:hanging="648"/>
      </w:pPr>
      <w:r>
        <w:rPr>
          <w:sz w:val="20"/>
        </w:rPr>
        <w:t>95. High Power ICRH Experiments on the Levitated Octupole, J.D. Barter, C.M. Fortgang, and J.C. Sprott, Bull. Am. Phys. Soc. 25, 903 (1980).</w:t>
      </w:r>
    </w:p>
    <w:p w14:paraId="0EE318FC" w14:textId="77777777" w:rsidR="00292B2B" w:rsidRDefault="00757BA4">
      <w:pPr>
        <w:spacing w:after="60" w:line="276" w:lineRule="auto"/>
        <w:ind w:left="648" w:hanging="648"/>
      </w:pPr>
      <w:r>
        <w:rPr>
          <w:sz w:val="20"/>
        </w:rPr>
        <w:t>96. High Power ICRH Experiments on the Wisconsin Levitated Octupole, E.J. Strait, C.M. Fortgang, J.C. Twichell, R.N. Dexter, J.C. Sprott, and J.D. Barter, Proceedings of the Fourth Topical Conference on Radio Frequency Plasma Heating (1981).</w:t>
      </w:r>
    </w:p>
    <w:p w14:paraId="394237DD" w14:textId="77777777" w:rsidR="00292B2B" w:rsidRDefault="00757BA4">
      <w:pPr>
        <w:spacing w:after="60" w:line="276" w:lineRule="auto"/>
        <w:ind w:left="648" w:hanging="648"/>
      </w:pPr>
      <w:r>
        <w:rPr>
          <w:sz w:val="20"/>
        </w:rPr>
        <w:t>97. Alfvén Wave Heating Studies in Tokapole II, F.D. Witherspoon, C.E. Kieras, J.C. Sprott, and S.C. Prager, Proceedings of the Fourth Topical Conference on Radio Frequency Plasma Heating (1981).</w:t>
      </w:r>
    </w:p>
    <w:p w14:paraId="3C65FB97" w14:textId="77777777" w:rsidR="00292B2B" w:rsidRDefault="00757BA4">
      <w:pPr>
        <w:spacing w:after="60" w:line="276" w:lineRule="auto"/>
        <w:ind w:left="648" w:hanging="648"/>
      </w:pPr>
      <w:r>
        <w:rPr>
          <w:sz w:val="20"/>
        </w:rPr>
        <w:t>98. High Power Heating Experiments on the Wisconsin Levitated Octupole, J.R. Conrad, R.N. Dexter, C.M. Fortgang, R.A. Moyer, L.S. Peranich, J.C. Sprott, E.J. Strait, R.P. Torti, J.C. Twichell, J.D. Barter, Proceedings of the IEEE International Conference on Plasma Science (1981).</w:t>
      </w:r>
    </w:p>
    <w:p w14:paraId="2F71B5AF" w14:textId="77777777" w:rsidR="00292B2B" w:rsidRDefault="00757BA4">
      <w:pPr>
        <w:spacing w:after="60" w:line="276" w:lineRule="auto"/>
        <w:ind w:left="648" w:hanging="648"/>
      </w:pPr>
      <w:r>
        <w:rPr>
          <w:sz w:val="20"/>
        </w:rPr>
        <w:t>99. RF Startup and Heating of Tokapole II, D.J. Holly, C.E. Kieras, S.C. Prager, D.A. Shepard, J.C. Sprott, and F.D. Witherspoon, Proceedings of the IEEE International Conference on Plasma Science (1981).</w:t>
      </w:r>
    </w:p>
    <w:p w14:paraId="3853CEA5" w14:textId="77777777" w:rsidR="00292B2B" w:rsidRDefault="00757BA4">
      <w:pPr>
        <w:spacing w:after="60" w:line="276" w:lineRule="auto"/>
        <w:ind w:left="648" w:hanging="648"/>
      </w:pPr>
      <w:r>
        <w:rPr>
          <w:sz w:val="20"/>
        </w:rPr>
        <w:t>100. High Power Heating in the Ion Cyclotron Range of Frequencies in the Wisconsin Tokapole II, A.P. Biddle and J.C. Sprott, Plasma Physics 23, 679 (1981).</w:t>
      </w:r>
    </w:p>
    <w:p w14:paraId="022B6224" w14:textId="77777777" w:rsidR="00292B2B" w:rsidRDefault="00757BA4">
      <w:pPr>
        <w:spacing w:after="60" w:line="276" w:lineRule="auto"/>
        <w:ind w:left="648" w:hanging="648"/>
      </w:pPr>
      <w:r>
        <w:rPr>
          <w:sz w:val="20"/>
        </w:rPr>
        <w:t>101. Poloidal Ohmic Heating Experiments in a Multipole, D.J. Holly, S.C. Prager, and J.C. Sprott, Bull. Am. Soc. 26, 993 (1981).</w:t>
      </w:r>
    </w:p>
    <w:p w14:paraId="5560BC85" w14:textId="77777777" w:rsidR="00292B2B" w:rsidRDefault="00757BA4">
      <w:pPr>
        <w:spacing w:after="60" w:line="276" w:lineRule="auto"/>
        <w:ind w:left="648" w:hanging="648"/>
      </w:pPr>
      <w:r>
        <w:rPr>
          <w:sz w:val="20"/>
        </w:rPr>
        <w:t>102. Levitated Octupole Upgrade Possibilities, D.W. Kerst, and J.C. Sprott, Bull. Am. Phys. Soc. 26 993 (1981).</w:t>
      </w:r>
    </w:p>
    <w:p w14:paraId="7B2D120E" w14:textId="77777777" w:rsidR="00292B2B" w:rsidRDefault="00757BA4">
      <w:pPr>
        <w:spacing w:after="60" w:line="276" w:lineRule="auto"/>
        <w:ind w:left="648" w:hanging="648"/>
      </w:pPr>
      <w:r>
        <w:rPr>
          <w:sz w:val="20"/>
        </w:rPr>
        <w:t>103. High Power ICRH Experiments on the Wisconsin Levitated Octupole, C.M. Fortgang, J.C. Sprott, E.J. Strait, and J.D. Barter, Bull. Am. Phys. Soc. 26, 918 (1981).</w:t>
      </w:r>
    </w:p>
    <w:p w14:paraId="0B1AAED5" w14:textId="77777777" w:rsidR="00292B2B" w:rsidRDefault="00757BA4">
      <w:pPr>
        <w:spacing w:after="60" w:line="276" w:lineRule="auto"/>
        <w:ind w:left="648" w:hanging="648"/>
      </w:pPr>
      <w:r>
        <w:rPr>
          <w:sz w:val="20"/>
        </w:rPr>
        <w:t>104. Shear Alfvén Wave Studies in Tokapole II, F.D. Witherspoon, S.C. Prager, and J.C. Sprott, Bull. Am. Phys. Soc. 26, 1018 (1981).</w:t>
      </w:r>
    </w:p>
    <w:p w14:paraId="19B1CBB7" w14:textId="77777777" w:rsidR="00292B2B" w:rsidRDefault="00757BA4">
      <w:pPr>
        <w:spacing w:after="60" w:line="276" w:lineRule="auto"/>
        <w:ind w:left="648" w:hanging="648"/>
      </w:pPr>
      <w:r>
        <w:rPr>
          <w:sz w:val="20"/>
        </w:rPr>
        <w:t>105. ECRH Preionization in Tokapole II, D.A. Shepard, S.C. Prager, and J.C. Sprott, Bull. Am. Phys. Soc. 26, 1034 (1981).</w:t>
      </w:r>
    </w:p>
    <w:p w14:paraId="54E0F702" w14:textId="77777777" w:rsidR="00292B2B" w:rsidRDefault="00757BA4">
      <w:pPr>
        <w:spacing w:after="60" w:line="276" w:lineRule="auto"/>
        <w:ind w:left="648" w:hanging="648"/>
      </w:pPr>
      <w:r>
        <w:rPr>
          <w:sz w:val="20"/>
        </w:rPr>
        <w:t>106. Tokamak Startup with Electron-Cyclotron Heating, D.J. Holly, S.C. Prager, D.A. Shepard, and J.C. Sprott, Nuclear Fusion 21, 1483 (1981).</w:t>
      </w:r>
    </w:p>
    <w:p w14:paraId="5570E529" w14:textId="77777777" w:rsidR="00292B2B" w:rsidRDefault="00757BA4">
      <w:pPr>
        <w:spacing w:after="60" w:line="276" w:lineRule="auto"/>
        <w:ind w:left="648" w:hanging="648"/>
      </w:pPr>
      <w:r>
        <w:rPr>
          <w:sz w:val="20"/>
        </w:rPr>
        <w:t>107. High Beta Neoclassical Current and Stability Experiments, J.D. Callen, R.N. Dexter, C.M. Fortgang, H.R. Garner, A.G. Kellman, D.W. Kerst, M.W. Phillips, S.C. Prager, J.C. Sprott, E.J. Strait, J.C. Twichell, and M.C. Zarnstorff, Proceedings of the Ninth International Conference on Plasma Physics and Controlled Nuclear Fusion Research, Baltimore, MD (IAEA-CN-4115-6) (1982).</w:t>
      </w:r>
    </w:p>
    <w:p w14:paraId="67144323" w14:textId="77777777" w:rsidR="00292B2B" w:rsidRDefault="00757BA4">
      <w:pPr>
        <w:spacing w:after="60" w:line="276" w:lineRule="auto"/>
        <w:ind w:left="648" w:hanging="648"/>
      </w:pPr>
      <w:r>
        <w:rPr>
          <w:sz w:val="20"/>
        </w:rPr>
        <w:t>108. Shear Alfvén Resonances in Tokapole II, F.D. Witherspoon, S.C. Prager, and J.C. Sprott, Proceedings of the Third Joint Varenna-Grenoble International Symposium on Heating in Toroidal Plasmas 1, 197 (1982).</w:t>
      </w:r>
    </w:p>
    <w:p w14:paraId="0F608F7A" w14:textId="77777777" w:rsidR="00292B2B" w:rsidRDefault="00757BA4">
      <w:pPr>
        <w:spacing w:after="60" w:line="276" w:lineRule="auto"/>
        <w:ind w:left="648" w:hanging="648"/>
      </w:pPr>
      <w:r>
        <w:rPr>
          <w:sz w:val="20"/>
        </w:rPr>
        <w:t>109. High Power Ion Cyclotron Heating on the Levitated Octupole, R.N. Dexter, C.M. Fortgang, S.C. Prager, J.C. Sprott, E.J. Strait, and J.C. Twichell, Proceedings of the Third Joint Varenna-Grenoble International Symposium on Heating in Toroidal Plasmas 1, 333 (1982).</w:t>
      </w:r>
    </w:p>
    <w:p w14:paraId="066CF52B" w14:textId="77777777" w:rsidR="00292B2B" w:rsidRDefault="00757BA4">
      <w:pPr>
        <w:spacing w:after="60" w:line="276" w:lineRule="auto"/>
        <w:ind w:left="648" w:hanging="648"/>
      </w:pPr>
      <w:r>
        <w:rPr>
          <w:sz w:val="20"/>
        </w:rPr>
        <w:t>110. High Power Ion Cyclotron Heating on the Wisconsin Levitated Octupole, C.M. Fortgang, R.N. Dexter, J.C. Sprott, E.J. Strait, and J.C. Twichell, Proceedings of the 1982 IEEE International Conference on Plasma Science (1982).</w:t>
      </w:r>
    </w:p>
    <w:p w14:paraId="1D062ECA" w14:textId="77777777" w:rsidR="00292B2B" w:rsidRDefault="00757BA4">
      <w:pPr>
        <w:spacing w:after="60" w:line="276" w:lineRule="auto"/>
        <w:ind w:left="648" w:hanging="648"/>
      </w:pPr>
      <w:r>
        <w:rPr>
          <w:sz w:val="20"/>
        </w:rPr>
        <w:t>111. Alfvén Wave Heating Experiments in Tokapole II, F.D. Witherspoon, S.C. Prager, and J.C. Sprott, Proceedings of the 1982 IEEE International Conference on Plasma Science (1982).</w:t>
      </w:r>
    </w:p>
    <w:p w14:paraId="113DCFC1" w14:textId="77777777" w:rsidR="00292B2B" w:rsidRDefault="00757BA4">
      <w:pPr>
        <w:spacing w:after="60" w:line="276" w:lineRule="auto"/>
        <w:ind w:left="648" w:hanging="648"/>
      </w:pPr>
      <w:r>
        <w:rPr>
          <w:sz w:val="20"/>
        </w:rPr>
        <w:t>112. High Ion Cyclotron Heated Octupole Plasmas, R.N. Dexter, C.M. Fortgang, A.G. Kellman, D.W. Kerst, M.W. Phillips, S.C. Prager, J.C. Sprott, E.J. Strait, J.C. Twichell, and M.C. Zarnstorff, Proceedings of the 1982 International Conference on Plasma Physics, Goetenborg, Sweden (1982).</w:t>
      </w:r>
    </w:p>
    <w:p w14:paraId="0B57E6D3" w14:textId="77777777" w:rsidR="00292B2B" w:rsidRDefault="00757BA4">
      <w:pPr>
        <w:spacing w:after="60" w:line="276" w:lineRule="auto"/>
        <w:ind w:left="648" w:hanging="648"/>
      </w:pPr>
      <w:r>
        <w:rPr>
          <w:sz w:val="20"/>
        </w:rPr>
        <w:t>113. ECRH and Plasma Gun Tokamak Startup, D.A. Shepard, S.C. Prager, and J.C. Sprott, Bull. Am. Phys. Soc. 27, 972 (1982).</w:t>
      </w:r>
    </w:p>
    <w:p w14:paraId="463ED99C" w14:textId="77777777" w:rsidR="00292B2B" w:rsidRDefault="00757BA4">
      <w:pPr>
        <w:spacing w:after="60" w:line="276" w:lineRule="auto"/>
        <w:ind w:left="648" w:hanging="648"/>
      </w:pPr>
      <w:r>
        <w:rPr>
          <w:sz w:val="20"/>
        </w:rPr>
        <w:t>114. Shear Alfvén Resonance Experiments in a Tokamak, F.D. Witherspoon, S.C. Prager, and J.C. Sprott, Bull. Am. Soc. 27, 1007 (1982).</w:t>
      </w:r>
    </w:p>
    <w:p w14:paraId="742F0EE9" w14:textId="77777777" w:rsidR="00292B2B" w:rsidRDefault="00757BA4">
      <w:pPr>
        <w:spacing w:after="60" w:line="276" w:lineRule="auto"/>
        <w:ind w:left="648" w:hanging="648"/>
      </w:pPr>
      <w:r>
        <w:rPr>
          <w:sz w:val="20"/>
        </w:rPr>
        <w:t>115. High-beta RF-Sustained Plasmas in the Wisconsin Levitated Octupole, E.J. Strait, R.N. Dexter, C.M. Fortgang, A.G. Kellman, S.C. Prager, and J.C. Sprott, Bull. Am. Phys. Soc. 27, 927 (1982).</w:t>
      </w:r>
    </w:p>
    <w:p w14:paraId="4C5BE74C" w14:textId="77777777" w:rsidR="00292B2B" w:rsidRDefault="00757BA4">
      <w:pPr>
        <w:spacing w:after="60" w:line="276" w:lineRule="auto"/>
        <w:ind w:left="648" w:hanging="648"/>
      </w:pPr>
      <w:r>
        <w:rPr>
          <w:sz w:val="20"/>
        </w:rPr>
        <w:t>116. ICRH on the Wisconsin Levitated Octupole, C.M. Fortgang, R.N. Dexter, J.C. Sprott, E. J. Strait, and J.C. Twichell, Bull. Am. Phys. Soc. 27, 927 (1982).</w:t>
      </w:r>
    </w:p>
    <w:p w14:paraId="7CC522C0" w14:textId="77777777" w:rsidR="00292B2B" w:rsidRDefault="00757BA4">
      <w:pPr>
        <w:spacing w:after="60" w:line="276" w:lineRule="auto"/>
        <w:ind w:left="648" w:hanging="648"/>
      </w:pPr>
      <w:r>
        <w:rPr>
          <w:sz w:val="20"/>
        </w:rPr>
        <w:t>117. Experimental Results of Gun Refueling of a Tokamak, A.W. Leonard, R.N. Dexter, A.G. Kellman, and J.C. Sprott, Bull. Am. Phys. Soc. 27, 927 (1982).</w:t>
      </w:r>
    </w:p>
    <w:p w14:paraId="31D31F47" w14:textId="77777777" w:rsidR="00292B2B" w:rsidRDefault="00757BA4">
      <w:pPr>
        <w:spacing w:after="60" w:line="276" w:lineRule="auto"/>
        <w:ind w:left="648" w:hanging="648"/>
      </w:pPr>
      <w:r>
        <w:rPr>
          <w:sz w:val="20"/>
        </w:rPr>
        <w:t>118. Protection of Large Capacitor Banks, J.C. Sprott and T.W. Lovell, Rev. of Sci. Instr. 54, 896 (1983).</w:t>
      </w:r>
    </w:p>
    <w:p w14:paraId="0B63C6A1" w14:textId="77777777" w:rsidR="00292B2B" w:rsidRDefault="00757BA4">
      <w:pPr>
        <w:spacing w:after="60" w:line="276" w:lineRule="auto"/>
        <w:ind w:left="648" w:hanging="648"/>
      </w:pPr>
      <w:r>
        <w:rPr>
          <w:sz w:val="20"/>
        </w:rPr>
        <w:t>119. Plasma Heating with Strong Poloidal Ohmic Currents, D.J. Holly, S.C. Prager, and J.C. Sprott, Phys. Fluids 26, 3435 (1983).</w:t>
      </w:r>
    </w:p>
    <w:p w14:paraId="0DC7CE2E" w14:textId="77777777" w:rsidR="00292B2B" w:rsidRDefault="00757BA4">
      <w:pPr>
        <w:spacing w:after="60" w:line="276" w:lineRule="auto"/>
        <w:ind w:left="648" w:hanging="648"/>
      </w:pPr>
      <w:r>
        <w:rPr>
          <w:sz w:val="20"/>
        </w:rPr>
        <w:t>120. ICRH on the Wisconsin Levitated Octupole, C.M. Fortgang, R.N. Dexter, J.C. Sprott, and E.J. Strait, Proceedings of the Fifth Topical Conference on Radio Frequency Heating, Grenoble, Feb. 21-23 (1983).</w:t>
      </w:r>
    </w:p>
    <w:p w14:paraId="453D7D52" w14:textId="77777777" w:rsidR="00292B2B" w:rsidRDefault="00757BA4">
      <w:pPr>
        <w:spacing w:after="60" w:line="276" w:lineRule="auto"/>
        <w:ind w:left="648" w:hanging="648"/>
      </w:pPr>
      <w:r>
        <w:rPr>
          <w:sz w:val="20"/>
        </w:rPr>
        <w:t>121. Experimental Studies of Shear Alfvén Resonance in a Tokamak, F.D. Witherspoon, D. Kortbawi, S.C. Prager, and J.C. Sprott, Proceedings of the Fifth Topical Conference on Radio Frequency Heating, Feb. 21-23 (1983).</w:t>
      </w:r>
    </w:p>
    <w:p w14:paraId="62FD9EFC" w14:textId="77777777" w:rsidR="00292B2B" w:rsidRDefault="00757BA4">
      <w:pPr>
        <w:spacing w:after="60" w:line="276" w:lineRule="auto"/>
        <w:ind w:left="648" w:hanging="648"/>
      </w:pPr>
      <w:r>
        <w:rPr>
          <w:sz w:val="20"/>
        </w:rPr>
        <w:t>122. Experiments on Shear Alfvén Resonance in a Tokamak, S.C. Prager, F.D. Witherspoon, C.E. Kieras, D. Kortbawi, J.C. Sprott, and J.A. Tataronis, Proceedings of the Fifth Topical Conference on Radio Frequency Heating, Feb. 21-23 (1983).</w:t>
      </w:r>
    </w:p>
    <w:p w14:paraId="36C90E7A" w14:textId="77777777" w:rsidR="00292B2B" w:rsidRDefault="00757BA4">
      <w:pPr>
        <w:spacing w:after="60" w:line="276" w:lineRule="auto"/>
        <w:ind w:left="648" w:hanging="648"/>
      </w:pPr>
      <w:r>
        <w:rPr>
          <w:sz w:val="20"/>
        </w:rPr>
        <w:t>123. Ion Cyclotron Resonance Heating in the Wisconsin Levitated Octupole, C.M. Fortgang, J.C. Sprott, and E.J. Strait, Plasma Physics and Controlled Fusion 26, 589 (1984).</w:t>
      </w:r>
    </w:p>
    <w:p w14:paraId="5A3D2B7F" w14:textId="77777777" w:rsidR="00292B2B" w:rsidRDefault="00757BA4">
      <w:pPr>
        <w:spacing w:after="60" w:line="276" w:lineRule="auto"/>
        <w:ind w:left="648" w:hanging="648"/>
      </w:pPr>
      <w:r>
        <w:rPr>
          <w:sz w:val="20"/>
        </w:rPr>
        <w:t>124. High Power Alfvén Wave Heating Studies, D. Kortbawi, F.D. Witherspoon, J.C. Sprott, and S.C. Prager, Bull. Am. Phys. Soc. 28, 1076 (1983).</w:t>
      </w:r>
    </w:p>
    <w:p w14:paraId="77BA846B" w14:textId="77777777" w:rsidR="00292B2B" w:rsidRDefault="00757BA4">
      <w:pPr>
        <w:spacing w:after="60" w:line="276" w:lineRule="auto"/>
        <w:ind w:left="648" w:hanging="648"/>
      </w:pPr>
      <w:r>
        <w:rPr>
          <w:sz w:val="20"/>
        </w:rPr>
        <w:t>125. Properties of Shear Alfvén Resonance on Tokapole II, F.D. Witherspoon, S.C. Prager, and J.C. Sprott, Bull. Am. Phys. Soc. 28, 1085 (1983).</w:t>
      </w:r>
    </w:p>
    <w:p w14:paraId="4977028B" w14:textId="77777777" w:rsidR="00292B2B" w:rsidRDefault="00757BA4">
      <w:pPr>
        <w:spacing w:after="60" w:line="276" w:lineRule="auto"/>
        <w:ind w:left="648" w:hanging="648"/>
      </w:pPr>
      <w:r>
        <w:rPr>
          <w:sz w:val="20"/>
        </w:rPr>
        <w:t>126. Gun Refueling of a Tokamak, A.W. Leonard, A.G. Kellman, and J.C. Sprott, Bull. Am. Phys. Soc. 28, 1149 (1983).</w:t>
      </w:r>
    </w:p>
    <w:p w14:paraId="75A96A21" w14:textId="77777777" w:rsidR="00292B2B" w:rsidRDefault="00757BA4">
      <w:pPr>
        <w:spacing w:after="60" w:line="276" w:lineRule="auto"/>
        <w:ind w:left="648" w:hanging="648"/>
      </w:pPr>
      <w:r>
        <w:rPr>
          <w:sz w:val="20"/>
        </w:rPr>
        <w:t>127. Analytic Representation for Force-Free Fields in an RFP with Four-Node Poloidal Divertor, J.S. Sarff, Leaf Turner, S.C. Prager, and J.C. Sprott, Proceedings of the 1984 Sherwood Theory Meeting, Lake Tahoe (1984).</w:t>
      </w:r>
    </w:p>
    <w:p w14:paraId="7F5979CF" w14:textId="77777777" w:rsidR="00292B2B" w:rsidRDefault="00757BA4">
      <w:pPr>
        <w:spacing w:after="60" w:line="276" w:lineRule="auto"/>
        <w:ind w:left="648" w:hanging="648"/>
      </w:pPr>
      <w:r>
        <w:rPr>
          <w:sz w:val="20"/>
        </w:rPr>
        <w:t>128. Effects of q and High Beta on Tokamak Stability, N.S. Brickhouse, J.D. Callen, R.N. Dexter, D.E. Graessle, D. Kortbawi, R.A. Moyer, T.H. Osborne, S.C. Prager, J.S. Sarff, J.C. Sprott, E. Uchimoto, C.K. Chu, J. DeLucia, A. Deniz, R.A. Gross, A.A. Grossman, A. Holland, F.N. Levinton, M. Machida, T.C. Marshall, G.A. Navratil, Proceedings of the Tenth International Conference on Plasma and Controlled Nuclear Fusion Research, London, UK, Vol. I, p. 385. (1984).</w:t>
      </w:r>
    </w:p>
    <w:p w14:paraId="26A2E3ED" w14:textId="77777777" w:rsidR="00292B2B" w:rsidRDefault="00757BA4">
      <w:pPr>
        <w:spacing w:after="60" w:line="276" w:lineRule="auto"/>
        <w:ind w:left="648" w:hanging="648"/>
      </w:pPr>
      <w:r>
        <w:rPr>
          <w:sz w:val="20"/>
        </w:rPr>
        <w:t>129. ICRF and Alfvén Wave Heating Experiments in Macrotor and Tokapole II Tokamaks, R.J. Taylor, J. Evans, L. Keller, K.F. Lai, V. Rossing, T. Cassavant, D. Kortbawi, S.C. Prager, J.C. Sprott, F.D. Witherspoon, and S.Y. Zhu, Proceedings of the Tenth International Conference on Plasma and Controlled Nuclear Fusion Research, London, UK, Vol. I, p. 581. (1984).</w:t>
      </w:r>
    </w:p>
    <w:p w14:paraId="520EB9F6" w14:textId="77777777" w:rsidR="00292B2B" w:rsidRDefault="00757BA4">
      <w:pPr>
        <w:spacing w:after="60" w:line="276" w:lineRule="auto"/>
        <w:ind w:left="648" w:hanging="648"/>
      </w:pPr>
      <w:r>
        <w:rPr>
          <w:sz w:val="20"/>
        </w:rPr>
        <w:t>130. Alfvén Wave Heating Studies in Tokapole II Tokamak, D. Kortbawi, F.D.s Witherspoon, S.Y. Zhu, T. Cassavant, J.C. Sprott, and S.C. Prager, Proceedings of the 1984 IEEE International Conference on Plasma Science (1984).</w:t>
      </w:r>
    </w:p>
    <w:p w14:paraId="1A00FB6B" w14:textId="77777777" w:rsidR="00292B2B" w:rsidRDefault="00757BA4">
      <w:pPr>
        <w:spacing w:after="60" w:line="276" w:lineRule="auto"/>
        <w:ind w:left="648" w:hanging="648"/>
      </w:pPr>
      <w:r>
        <w:rPr>
          <w:sz w:val="20"/>
        </w:rPr>
        <w:t>131. Experimental Observation of the Shear Alfvén Resonance in a Tokamak, F.D. Witherspoon, S.C. Prager, and J.C. Sprott, Phys. Rev. Letters 53, 1559 (1984).</w:t>
      </w:r>
    </w:p>
    <w:p w14:paraId="32BA04AC" w14:textId="77777777" w:rsidR="00292B2B" w:rsidRDefault="00757BA4">
      <w:pPr>
        <w:spacing w:after="60" w:line="276" w:lineRule="auto"/>
        <w:ind w:left="648" w:hanging="648"/>
      </w:pPr>
      <w:r>
        <w:rPr>
          <w:sz w:val="20"/>
        </w:rPr>
        <w:t>132. Experimental Study of Ion Gyroviscosity Effects on Plasma Diamagnetism, M.A. LaPointe, R.N. Dexter, S.C. Prager, and J.C. Sprott, Bull. Am. Phys. Soc. 29, 1376 (1984).</w:t>
      </w:r>
    </w:p>
    <w:p w14:paraId="25521B4B" w14:textId="77777777" w:rsidR="00292B2B" w:rsidRDefault="00757BA4">
      <w:pPr>
        <w:spacing w:after="60" w:line="276" w:lineRule="auto"/>
        <w:ind w:left="648" w:hanging="648"/>
      </w:pPr>
      <w:r>
        <w:rPr>
          <w:sz w:val="20"/>
        </w:rPr>
        <w:t>133. The Effects of Steady and Fluctuating Electric Fields on Neoclassical Currents, S.V. Painchaud, S. Assadi, R.N. Dexter, S.C. Prager, J.C. Sprott, and M.C. Zarnstorff, Bull. Am. Phys. Soc. 29, 1322 (1984).</w:t>
      </w:r>
    </w:p>
    <w:p w14:paraId="59EDD9CC" w14:textId="77777777" w:rsidR="00292B2B" w:rsidRDefault="00757BA4">
      <w:pPr>
        <w:spacing w:after="60" w:line="276" w:lineRule="auto"/>
        <w:ind w:left="648" w:hanging="648"/>
      </w:pPr>
      <w:r>
        <w:rPr>
          <w:sz w:val="20"/>
        </w:rPr>
        <w:t>134. The Proposed Wisconsin RFP, R.N. Dexter, D.W. Kerst, T.W. Lovell, S.C. Prager, and J.C. Sprott, Bull. Am. Phys. Soc. 29, 1332 (1984).</w:t>
      </w:r>
    </w:p>
    <w:p w14:paraId="14C940E0" w14:textId="77777777" w:rsidR="00292B2B" w:rsidRDefault="00757BA4">
      <w:pPr>
        <w:spacing w:after="60" w:line="276" w:lineRule="auto"/>
        <w:ind w:left="648" w:hanging="648"/>
      </w:pPr>
      <w:r>
        <w:rPr>
          <w:sz w:val="20"/>
        </w:rPr>
        <w:t>135. RFP Boundary Condition Studies on Tokapole II, J.S. Sarff, J.C. Sprott, and L. Turner, Bull. Am. Phys. Soc. 29, 1332 (1984).</w:t>
      </w:r>
    </w:p>
    <w:p w14:paraId="07CA9C15" w14:textId="77777777" w:rsidR="00292B2B" w:rsidRDefault="00757BA4">
      <w:pPr>
        <w:spacing w:after="60" w:line="276" w:lineRule="auto"/>
        <w:ind w:left="648" w:hanging="648"/>
      </w:pPr>
      <w:r>
        <w:rPr>
          <w:sz w:val="20"/>
        </w:rPr>
        <w:t>136. Antenna Optimization for Shear Alfvén Wave Resonance Heating, D. Kortbawi, F.D. Witherspoon, S.Y. Zhu, T. Cassavant, S.C. Prager, and J.C. Sprott, Bull. Am. Phys. Soc. 29, 1402 (1984).</w:t>
      </w:r>
    </w:p>
    <w:p w14:paraId="02D288C8" w14:textId="77777777" w:rsidR="00292B2B" w:rsidRDefault="00757BA4">
      <w:pPr>
        <w:spacing w:after="60" w:line="276" w:lineRule="auto"/>
        <w:ind w:left="648" w:hanging="648"/>
      </w:pPr>
      <w:r>
        <w:rPr>
          <w:sz w:val="20"/>
        </w:rPr>
        <w:t>137. Gun Refueling of a Tokamak, A.W. Leonard, R.N. Dexter, and J.C. Sprott, Bull. Am. Phys. Soc. 29, 1337 (1984).</w:t>
      </w:r>
    </w:p>
    <w:p w14:paraId="61D60824" w14:textId="77777777" w:rsidR="00292B2B" w:rsidRDefault="00757BA4">
      <w:pPr>
        <w:spacing w:after="60" w:line="276" w:lineRule="auto"/>
        <w:ind w:left="648" w:hanging="648"/>
      </w:pPr>
      <w:r>
        <w:rPr>
          <w:sz w:val="20"/>
        </w:rPr>
        <w:t>138. Plasma Wake Field Acceleration: A Proposed Experimental Test, J.B. Rosenzweig, D.B. Cline, R.N. Dexter, D.J. Larson, A.W. Leonard, K.R. Mengelt, J.C. Sprott, F.E. Mills, F.T. Cole, in Laser Acceleration of Particles, ed. by C. Joshi and T. Katsoiuleas, AIP Conf. Proc. 130,. New York, 226 (1985).</w:t>
      </w:r>
    </w:p>
    <w:p w14:paraId="6B0342B7" w14:textId="77777777" w:rsidR="00292B2B" w:rsidRDefault="00757BA4">
      <w:pPr>
        <w:spacing w:after="60" w:line="276" w:lineRule="auto"/>
        <w:ind w:left="648" w:hanging="648"/>
      </w:pPr>
      <w:r>
        <w:rPr>
          <w:sz w:val="20"/>
        </w:rPr>
        <w:t>139. Electron Tubes, J.C. Sprott, in Encyclopedia of Physics, Robert M. Besancon, editor, Van Nostrand Reinhold (1985).</w:t>
      </w:r>
    </w:p>
    <w:p w14:paraId="77235E10" w14:textId="77777777" w:rsidR="00292B2B" w:rsidRDefault="00757BA4">
      <w:pPr>
        <w:spacing w:after="60" w:line="276" w:lineRule="auto"/>
        <w:ind w:left="648" w:hanging="648"/>
      </w:pPr>
      <w:r>
        <w:rPr>
          <w:sz w:val="20"/>
        </w:rPr>
        <w:t>140. Multipole and Tokamak Research at the University of Wisconsin, J.C. Sprott and S.C. Prager, Nuc. Fusion 25, 1179 (1985).</w:t>
      </w:r>
    </w:p>
    <w:p w14:paraId="22DC881F" w14:textId="77777777" w:rsidR="00292B2B" w:rsidRDefault="00757BA4">
      <w:pPr>
        <w:spacing w:after="60" w:line="276" w:lineRule="auto"/>
        <w:ind w:left="648" w:hanging="648"/>
      </w:pPr>
      <w:r>
        <w:rPr>
          <w:sz w:val="20"/>
        </w:rPr>
        <w:t>141. Gun Refueling on Tokapole II, A.W. Leonard, R.N. Dexter, and J.C. Sprott, Bull. Am. Phys. Soc. 30, 1630 (1985).</w:t>
      </w:r>
    </w:p>
    <w:p w14:paraId="015ECDEE" w14:textId="77777777" w:rsidR="00292B2B" w:rsidRDefault="00757BA4">
      <w:pPr>
        <w:spacing w:after="60" w:line="276" w:lineRule="auto"/>
        <w:ind w:left="648" w:hanging="648"/>
      </w:pPr>
      <w:r>
        <w:rPr>
          <w:sz w:val="20"/>
        </w:rPr>
        <w:t>142. Antenna Optimization for Shear Alfvén Wave Heating, D. Kortbawi, S.Y. Zhu, T. Cassavant, J.C. Sprott, and S.C. Prager, Bull. Am. Phys. Soc. 30, 1593 (1985).</w:t>
      </w:r>
    </w:p>
    <w:p w14:paraId="2D0ECD92" w14:textId="77777777" w:rsidR="00292B2B" w:rsidRDefault="00757BA4">
      <w:pPr>
        <w:spacing w:after="60" w:line="276" w:lineRule="auto"/>
        <w:ind w:left="648" w:hanging="648"/>
      </w:pPr>
      <w:r>
        <w:rPr>
          <w:sz w:val="20"/>
        </w:rPr>
        <w:t>143. Studies of a Poloidal Divertor RFP on Tokapole II, J.S. Sarff and J.C. Sprott, Bull. Am. Phys. Soc. 30, 1401 (1985).</w:t>
      </w:r>
    </w:p>
    <w:p w14:paraId="2BF13707" w14:textId="77777777" w:rsidR="00292B2B" w:rsidRDefault="00757BA4">
      <w:pPr>
        <w:spacing w:after="60" w:line="276" w:lineRule="auto"/>
        <w:ind w:left="648" w:hanging="648"/>
      </w:pPr>
      <w:r>
        <w:rPr>
          <w:sz w:val="20"/>
        </w:rPr>
        <w:t>144. The Design of the MST Reversed Field Pinch, Y. Ho, R.N. Dexter, D. W. Kerst, T.W. Lovell, S.C. Prager, and J.C. Sprott, Bull. Am. Phys. Soc. 30, 1400 (1985).</w:t>
      </w:r>
    </w:p>
    <w:p w14:paraId="5FD8D67A" w14:textId="77777777" w:rsidR="00292B2B" w:rsidRDefault="00757BA4">
      <w:pPr>
        <w:spacing w:after="60" w:line="276" w:lineRule="auto"/>
        <w:ind w:left="648" w:hanging="648"/>
      </w:pPr>
      <w:r>
        <w:rPr>
          <w:sz w:val="20"/>
        </w:rPr>
        <w:t>145. Experimental Tests of a Large, Noncircular RFP Plasma, S. Assadi, D. Den Hartog, R.N. Dexter, S.C. Prager, J.S. Sarff, and J.C. Sprott, Bull. Am. Phys. Soc. 30, 1401 (1985).</w:t>
      </w:r>
    </w:p>
    <w:p w14:paraId="1CA90118" w14:textId="77777777" w:rsidR="00292B2B" w:rsidRDefault="00757BA4">
      <w:pPr>
        <w:spacing w:after="60" w:line="276" w:lineRule="auto"/>
        <w:ind w:left="648" w:hanging="648"/>
      </w:pPr>
      <w:r>
        <w:rPr>
          <w:sz w:val="20"/>
        </w:rPr>
        <w:t>146. Experimental Ion Gyroviscosity Effects on Plasma Diamagnetism, M.A. LaPointe, R.N. Dexter, S.C. Prager, and J.C. Sprott, Bull. Am. Phys. Soc. 30, 1551 (1985).</w:t>
      </w:r>
    </w:p>
    <w:p w14:paraId="1A9BADC5" w14:textId="77777777" w:rsidR="00292B2B" w:rsidRDefault="00757BA4">
      <w:pPr>
        <w:spacing w:after="60" w:line="276" w:lineRule="auto"/>
        <w:ind w:left="648" w:hanging="648"/>
      </w:pPr>
      <w:r>
        <w:rPr>
          <w:sz w:val="20"/>
        </w:rPr>
        <w:t>147. The Reversed Field Pinch: Progress and Promise, J.C. Sprott, Proceedings of the 20th Intersociety Energy Conversion Engineering Conference 3, 3.14 (1985).</w:t>
      </w:r>
    </w:p>
    <w:p w14:paraId="61660CF2" w14:textId="77777777" w:rsidR="00292B2B" w:rsidRDefault="00757BA4">
      <w:pPr>
        <w:spacing w:after="60" w:line="276" w:lineRule="auto"/>
        <w:ind w:left="648" w:hanging="648"/>
      </w:pPr>
      <w:r>
        <w:rPr>
          <w:sz w:val="20"/>
        </w:rPr>
        <w:t>148. Trapping of a Gun-Injected Plasma by a Tokamak, A.W. Leonard, R.N. Dexter, and J.C. Sprott, Phys. Rev. Letters 57, 333 (1986).</w:t>
      </w:r>
    </w:p>
    <w:p w14:paraId="230B8A77" w14:textId="77777777" w:rsidR="00292B2B" w:rsidRDefault="00757BA4">
      <w:pPr>
        <w:spacing w:after="60" w:line="276" w:lineRule="auto"/>
        <w:ind w:left="648" w:hanging="648"/>
      </w:pPr>
      <w:r>
        <w:rPr>
          <w:sz w:val="20"/>
        </w:rPr>
        <w:t>149. Electrical Circuit Modeling of Conductors with Skin Effect, D.W. Kerst, and J.C. Sprott, Journal of Applied Physics 60, 475 (1986).</w:t>
      </w:r>
    </w:p>
    <w:p w14:paraId="0CCBB5F3" w14:textId="77777777" w:rsidR="00292B2B" w:rsidRDefault="00757BA4">
      <w:pPr>
        <w:spacing w:after="60" w:line="276" w:lineRule="auto"/>
        <w:ind w:left="648" w:hanging="648"/>
      </w:pPr>
      <w:r>
        <w:rPr>
          <w:sz w:val="20"/>
        </w:rPr>
        <w:t>150. Equilibrium Studies of a Poloidal Divertor Pinch with a Reversed Toroidal Field, J.S. Sarff, J.C. Sprott, and L. Turner, Phys. Fluids 30, 2155 (1987).</w:t>
      </w:r>
    </w:p>
    <w:p w14:paraId="7E0FE006" w14:textId="77777777" w:rsidR="00292B2B" w:rsidRDefault="00757BA4">
      <w:pPr>
        <w:spacing w:after="60" w:line="276" w:lineRule="auto"/>
        <w:ind w:left="648" w:hanging="648"/>
      </w:pPr>
      <w:r>
        <w:rPr>
          <w:sz w:val="20"/>
        </w:rPr>
        <w:t>151. Large Non-Circular RFP Experiments at Wisconsin, J.C. Sprott, R.N. Dexter, S.C. Prager, A.F. Almagri, S. Assadi, and J.S. Sarff, Proceedings of the 1986 IEEE International Conference on Plasma Science (1986).</w:t>
      </w:r>
    </w:p>
    <w:p w14:paraId="42124196" w14:textId="77777777" w:rsidR="00292B2B" w:rsidRDefault="00757BA4">
      <w:pPr>
        <w:spacing w:after="60" w:line="276" w:lineRule="auto"/>
        <w:ind w:left="648" w:hanging="648"/>
      </w:pPr>
      <w:r>
        <w:rPr>
          <w:sz w:val="20"/>
        </w:rPr>
        <w:t>152. RFP Experiments in the Levitated Octupole Vacuum Vessel, A. Almagri, S. Assadi, R.N. Dexter, S.C. Prager, and J.C. Sprott, Bull. Am. Phys. Soc. 31, 1580 (1986).</w:t>
      </w:r>
    </w:p>
    <w:p w14:paraId="516AF7A0" w14:textId="77777777" w:rsidR="00292B2B" w:rsidRDefault="00757BA4">
      <w:pPr>
        <w:spacing w:after="60" w:line="276" w:lineRule="auto"/>
        <w:ind w:left="648" w:hanging="648"/>
      </w:pPr>
      <w:r>
        <w:rPr>
          <w:sz w:val="20"/>
        </w:rPr>
        <w:t>153. Reversed-Toroidal Field Experiments in a Poloidal-Divertor Configuration, J.S. Sarff, R.N. Dexter, S.C. Prager, and J.C. Sprott, Bull. Am. Phys. Soc. 31, 1580 (1986).</w:t>
      </w:r>
    </w:p>
    <w:p w14:paraId="0FAA90B1" w14:textId="77777777" w:rsidR="00292B2B" w:rsidRDefault="00757BA4">
      <w:pPr>
        <w:spacing w:after="60" w:line="276" w:lineRule="auto"/>
        <w:ind w:left="648" w:hanging="648"/>
      </w:pPr>
      <w:r>
        <w:rPr>
          <w:sz w:val="20"/>
        </w:rPr>
        <w:t>154. Magnetic Fluctuation Measurements in a Noncircular RFP, S. Assadi, R.N. Dexter, S.C. Prager, and J.C. Sprott, Bull. Am. Phys. Soc. 31, 1580 (1986).</w:t>
      </w:r>
    </w:p>
    <w:p w14:paraId="1D7D886E" w14:textId="77777777" w:rsidR="00292B2B" w:rsidRDefault="00757BA4">
      <w:pPr>
        <w:spacing w:after="60" w:line="276" w:lineRule="auto"/>
        <w:ind w:left="648" w:hanging="648"/>
      </w:pPr>
      <w:r>
        <w:rPr>
          <w:sz w:val="20"/>
        </w:rPr>
        <w:t>155. Antenna Optimization for Shear Alfvén Wave Heating, D. Kortbawi, R.N. Dexter, M.A. LaPointe, J.C. Sprott, and S.C. Prager, Bull. Am. Phys. Soc. 31, 1421 (1986).</w:t>
      </w:r>
    </w:p>
    <w:p w14:paraId="73E7AB4A" w14:textId="77777777" w:rsidR="00292B2B" w:rsidRDefault="00757BA4">
      <w:pPr>
        <w:spacing w:after="60" w:line="276" w:lineRule="auto"/>
        <w:ind w:left="648" w:hanging="648"/>
      </w:pPr>
      <w:r>
        <w:rPr>
          <w:sz w:val="20"/>
        </w:rPr>
        <w:t>156. Diffusion of Magnetic Fields into Conductors of Non-Uniform Resistivity, J.C. Sprott, Journal of Applied Physics 61, 817 (1987).</w:t>
      </w:r>
    </w:p>
    <w:p w14:paraId="19A33317" w14:textId="77777777" w:rsidR="00292B2B" w:rsidRDefault="00757BA4">
      <w:pPr>
        <w:spacing w:after="60" w:line="276" w:lineRule="auto"/>
        <w:ind w:left="648" w:hanging="648"/>
      </w:pPr>
      <w:r>
        <w:rPr>
          <w:sz w:val="20"/>
        </w:rPr>
        <w:t>157. Effect of Magnetic Curvature and Safety Factor on Magnetic Turbulence, S.C. Prager, Y.Z. Agim, S. Assadi, R.N. Dexter, D.E. Graessle, M.A. LaPointe, and J.C. Sprott, Proceedings of the Workshop on Turbulence in Confined Plasmas, The University of Texas at Austin (1987).</w:t>
      </w:r>
    </w:p>
    <w:p w14:paraId="24EBC0EA" w14:textId="77777777" w:rsidR="00292B2B" w:rsidRDefault="00757BA4">
      <w:pPr>
        <w:spacing w:after="60" w:line="276" w:lineRule="auto"/>
        <w:ind w:left="648" w:hanging="648"/>
      </w:pPr>
      <w:r>
        <w:rPr>
          <w:sz w:val="20"/>
        </w:rPr>
        <w:t>158. Trapping of Gun-Injected Plasma by a Tokamak, A.W. Leonard, R.N. Dexter, and J.C. Sprott, Phys. Fluids 30, 2877 (1987).</w:t>
      </w:r>
    </w:p>
    <w:p w14:paraId="03549665" w14:textId="77777777" w:rsidR="00292B2B" w:rsidRDefault="00757BA4">
      <w:pPr>
        <w:spacing w:after="60" w:line="276" w:lineRule="auto"/>
        <w:ind w:left="648" w:hanging="648"/>
      </w:pPr>
      <w:r>
        <w:rPr>
          <w:sz w:val="20"/>
        </w:rPr>
        <w:t>159. Studies of Large, Non-circular, Reversed Field Pinch Discharges, A. Almagri, S. Assadi, R.N. Dexter, S.C. Prager, J.S. Sarff, and J.C. Sprott, Nuclear Fusion 27, 1795 (1987).</w:t>
      </w:r>
    </w:p>
    <w:p w14:paraId="5F1A5BCF" w14:textId="77777777" w:rsidR="00292B2B" w:rsidRDefault="00757BA4">
      <w:pPr>
        <w:spacing w:after="60" w:line="276" w:lineRule="auto"/>
        <w:ind w:left="648" w:hanging="648"/>
      </w:pPr>
      <w:r>
        <w:rPr>
          <w:sz w:val="20"/>
        </w:rPr>
        <w:t>160. Experimental Tests of a Large Noncircular RFP, J.S. Sarff, A.F. Almagri, S. Assadi, R.N. Dexter, S.C. Prager, and J.C. Sprott, Proceedings of the 1987 IEEE International Conference on Plasma Science (1987).</w:t>
      </w:r>
    </w:p>
    <w:p w14:paraId="1140FA1B" w14:textId="77777777" w:rsidR="00292B2B" w:rsidRDefault="00757BA4">
      <w:pPr>
        <w:spacing w:after="60" w:line="276" w:lineRule="auto"/>
        <w:ind w:left="648" w:hanging="648"/>
      </w:pPr>
      <w:r>
        <w:rPr>
          <w:sz w:val="20"/>
        </w:rPr>
        <w:t>161. The Effects of Steady and Fluctuating Electric Fields on Neoclassical Currents, S.V. Painchaud, S. Assadi, R.N. Dexter, S.C. Prager, J.C. Sprott, and M.C. Zarnstorff, Bull. Am. Phys. Soc. 29, 1322 (1984). 162 The Design of the MST Reversed Field Pinch, A. Almagri, S. Assadi, J. Beckstead, G. Chartas, R.N. Dexter, D.J. Den Hartog, Y.L. Ho, D.W. Kerst, T.W. Lovell, S.C. Prager, J.S. Sarff, W. Shen, C. Spragins, and J.C. Sprott, Bull. Am. Phys. Soc. 32, 1830 (1987).</w:t>
      </w:r>
    </w:p>
    <w:p w14:paraId="04C7A97D" w14:textId="77777777" w:rsidR="00292B2B" w:rsidRDefault="00757BA4">
      <w:pPr>
        <w:spacing w:after="60" w:line="276" w:lineRule="auto"/>
        <w:ind w:left="648" w:hanging="648"/>
      </w:pPr>
      <w:r>
        <w:rPr>
          <w:sz w:val="20"/>
        </w:rPr>
        <w:t>162. The Design of the MST Reversed Field Pinch, A. Almagri, S. Assadi, J. Beckstead, G. Chartas, R.N. Dexter, D.J. Den Hartog, Y.L. Ho, D.W. Kerst, T.W. Lovell, S.C. Prager, J.S. Sarff, W. Shen, C. Spragins, and J.C. Sprott, Bull. Am. Phys. Soc. 32, 1830 (1987).</w:t>
      </w:r>
    </w:p>
    <w:p w14:paraId="7ABDE56A" w14:textId="77777777" w:rsidR="00292B2B" w:rsidRDefault="00757BA4">
      <w:pPr>
        <w:spacing w:after="60" w:line="276" w:lineRule="auto"/>
        <w:ind w:left="648" w:hanging="648"/>
      </w:pPr>
      <w:r>
        <w:rPr>
          <w:sz w:val="20"/>
        </w:rPr>
        <w:t>163. Poloidal Divertor RFP Experiments in the Levitated Octupole Vacuum Vessel, J.S. Sarff, A.F. Almagri, S. Assadi, R.N. Dexter, S.C. Prager, and J.C. Sprott, Bull. Am. Phys. Soc. 32, 1831 (1987).</w:t>
      </w:r>
    </w:p>
    <w:p w14:paraId="62171EDF" w14:textId="77777777" w:rsidR="00292B2B" w:rsidRDefault="00757BA4">
      <w:pPr>
        <w:spacing w:after="60" w:line="276" w:lineRule="auto"/>
        <w:ind w:left="648" w:hanging="648"/>
      </w:pPr>
      <w:r>
        <w:rPr>
          <w:sz w:val="20"/>
        </w:rPr>
        <w:t>164. Studies of the Alfvén Wave Spectrum on Tokapole II, M.A. LaPointe, R.N. Dexter, E. Haines, D. Kortbawi, S.C. Prager, and J.C. Sprott, Bull. Am. Phys. Soc. 32, 1903.</w:t>
      </w:r>
    </w:p>
    <w:p w14:paraId="2C084B85" w14:textId="77777777" w:rsidR="00292B2B" w:rsidRDefault="00757BA4">
      <w:pPr>
        <w:spacing w:after="60" w:line="276" w:lineRule="auto"/>
        <w:ind w:left="648" w:hanging="648"/>
      </w:pPr>
      <w:r>
        <w:rPr>
          <w:sz w:val="20"/>
        </w:rPr>
        <w:t>165. Reversed Field Pinch Plasmas with Various Boundary Conditions, A.F. Almagri, S. Assadi, R.N. Dexter, Y.L. Ho, S.C. Prager, J.S. Sarff, D.A. Skinner, and J.C. Sprott, Proceedings of the International School of Plasma Physics Workshop on the Physics of Mirrors, Reversed Field Pinches and Compact Tori, Varenna, Italy, September (1987), p. 261.</w:t>
      </w:r>
    </w:p>
    <w:p w14:paraId="5546067B" w14:textId="77777777" w:rsidR="00292B2B" w:rsidRDefault="00757BA4">
      <w:pPr>
        <w:spacing w:after="60" w:line="276" w:lineRule="auto"/>
        <w:ind w:left="648" w:hanging="648"/>
      </w:pPr>
      <w:r>
        <w:rPr>
          <w:sz w:val="20"/>
        </w:rPr>
        <w:t>166. The Madison Symmetric Torus, R.N. Dexter, S.C. Prager, and J.C. Sprott, Proceedings of the 1988 IEEE Conference on Plasma Science (1988).</w:t>
      </w:r>
    </w:p>
    <w:p w14:paraId="7A737C5D" w14:textId="77777777" w:rsidR="00292B2B" w:rsidRDefault="00757BA4">
      <w:pPr>
        <w:spacing w:after="60" w:line="276" w:lineRule="auto"/>
        <w:ind w:left="648" w:hanging="648"/>
      </w:pPr>
      <w:r>
        <w:rPr>
          <w:sz w:val="20"/>
        </w:rPr>
        <w:t>167. Electrical Circuit Modeling of Reversed Field Pinches, J.C. Sprott, Phys. Fluids 31, 2266 (1988).</w:t>
      </w:r>
    </w:p>
    <w:p w14:paraId="3B76FA44" w14:textId="77777777" w:rsidR="00292B2B" w:rsidRDefault="00757BA4">
      <w:pPr>
        <w:spacing w:after="60" w:line="276" w:lineRule="auto"/>
        <w:ind w:left="648" w:hanging="648"/>
      </w:pPr>
      <w:r>
        <w:rPr>
          <w:sz w:val="20"/>
        </w:rPr>
        <w:t>168. Magnetic Turbulence and Resistive MHD Instabilities in a 0.6 &lt; q &lt; 3 Poloidal Divertor Tokamak, Y.Z. Agim, J.D. Callen, Z. Chang, R.N. Dexter, J.A. Goetz, D.E. Graessle, E. Haines, D. Kortbawi, M.A. LaPointe, R.A. Moyer, Z. Ning, S.C. Prager, T.D. Rempel, J.C. Sprott, I. Tan, and E. Uchimoto, Proceedings of the Twelfth International Conference on Plasma Physics and Controlled Nuclear Fusion Research, Nice, France, Vol. 1, p. 409 (1988).</w:t>
      </w:r>
    </w:p>
    <w:p w14:paraId="5E6BCD8E" w14:textId="77777777" w:rsidR="00292B2B" w:rsidRDefault="00757BA4">
      <w:pPr>
        <w:spacing w:after="60" w:line="276" w:lineRule="auto"/>
        <w:ind w:left="648" w:hanging="648"/>
      </w:pPr>
      <w:r>
        <w:rPr>
          <w:sz w:val="20"/>
        </w:rPr>
        <w:t>169. Confinement Dynamics and Boundary Condition Studies in the Reversed Field Pinch, K.F. Schoenberg, J.C. Ingraham, R.W. Moses, Jr., P.G. Weber, L.C. Burkhardt, T.E. Cayton, J.N. Downing, R.F. Ellis, R. Gerwin, G. Miller, C.P. Munson, R.A. Nebel, A.E. Schofield, R. Veerasingam, K.A. Werley, G.A. Wurden, A.F. Almagri, S. Assadi, J.A. Beckstead, G. Chartas, D.J. Den Hartog, R.N. Dexter, Y.L. Ho, D.W. Kerst, T.W. Lovell, D. Kortbawi, E.J. Nilles, S.C. Prager, T.D. Rempel, J.S. Sarff, W. Shen, C.W. Spragins, and J.C. Sprott, Proceedings of the Twelfth International Conference on Plasma Physics and Controlled Nuclear Fusion Research, Nice, France (1988).</w:t>
      </w:r>
    </w:p>
    <w:p w14:paraId="68B9AC08" w14:textId="77777777" w:rsidR="00292B2B" w:rsidRDefault="00757BA4">
      <w:pPr>
        <w:spacing w:after="60" w:line="276" w:lineRule="auto"/>
        <w:ind w:left="648" w:hanging="648"/>
      </w:pPr>
      <w:r>
        <w:rPr>
          <w:sz w:val="20"/>
        </w:rPr>
        <w:t>170. Initial Operation of the Madison Symmetric Torus Reversed Field Pinch, A.F. Almagri, S. Assadi, J.A. Beckstead, G. Chartas, D.J. Den Hartog, X. Deng, R.N. Dexter, S.A. Hokin, E. Hotta, D.W. Kerst, D. Kortbawi, J. Laufenberg, T.W. Lovell, E.J. Nilles, S.C. Prager, T.D. Rempel, J.S. Sarff, W. Shen, C.W. Spragins, J.C. Sprott, Proceedings of the Twelfth International Conference on Plasma Physics and Controlled Nuclear Fusion Research, Nice, France, Vol. 2, 757 (1988).</w:t>
      </w:r>
    </w:p>
    <w:p w14:paraId="36099AE1" w14:textId="77777777" w:rsidR="00292B2B" w:rsidRDefault="00757BA4">
      <w:pPr>
        <w:spacing w:after="60" w:line="276" w:lineRule="auto"/>
        <w:ind w:left="648" w:hanging="648"/>
      </w:pPr>
      <w:r>
        <w:rPr>
          <w:sz w:val="20"/>
        </w:rPr>
        <w:t>171. High Frequency Magnetic Turbulence Measurements in the Tokapole II Tokamak, M.A. LaPointe, R.N. Dexter, E.J. Haines, S.C. Prager, J.C. Sprott, Bull. Am. Phys. Soc. 33, 2020 (1988).</w:t>
      </w:r>
    </w:p>
    <w:p w14:paraId="298779C3" w14:textId="77777777" w:rsidR="00292B2B" w:rsidRDefault="00757BA4">
      <w:pPr>
        <w:spacing w:after="60" w:line="276" w:lineRule="auto"/>
        <w:ind w:left="648" w:hanging="648"/>
      </w:pPr>
      <w:r>
        <w:rPr>
          <w:sz w:val="20"/>
        </w:rPr>
        <w:t>172. Poloidal Divertor RFP Experiments in the Levitated Octupole Vacuum Vessel, J.S. Sarff, A.F. Almagri, S. Assadi, D.J. Den Hartog, R.N. Dexter, S.C. Prager, and J.C. Sprott, Bull. Am. Phys. Soc. 33, 2066 (1988).</w:t>
      </w:r>
    </w:p>
    <w:p w14:paraId="4D570761" w14:textId="77777777" w:rsidR="00292B2B" w:rsidRDefault="00757BA4">
      <w:pPr>
        <w:spacing w:after="60" w:line="276" w:lineRule="auto"/>
        <w:ind w:left="648" w:hanging="648"/>
      </w:pPr>
      <w:r>
        <w:rPr>
          <w:sz w:val="20"/>
        </w:rPr>
        <w:t>173. Initial Results from the MST Reversed Field Pinch, J.A. Beckstead, A.F. Almagri, S. Assadi, G. Chartas, R.N. Dexter, D.J. Den Hartog, D. Kortbawi, T.W. Lovell, S.C. Prager, T.D. Rempel, J.S. Sarff, W. Shen, C.W. Spragins, and J.C. Sprott, Bull. Am. Phys. Soc. 33, 2065 (1988).</w:t>
      </w:r>
    </w:p>
    <w:p w14:paraId="1EC2F067" w14:textId="77777777" w:rsidR="00292B2B" w:rsidRDefault="00757BA4">
      <w:pPr>
        <w:spacing w:after="60" w:line="276" w:lineRule="auto"/>
        <w:ind w:left="648" w:hanging="648"/>
      </w:pPr>
      <w:r>
        <w:rPr>
          <w:sz w:val="20"/>
        </w:rPr>
        <w:t>174. Edge Magnetic Measurements in the MST Reversed Field Pinch, S. Assadi, A.F. Almagri, J.A. Beckstead, R.N. Dexter, S.C. Prager, J.S. Sarff, and J.C. Sprott, Bull. Am. Phys. Soc. 33, 2065 (1988).</w:t>
      </w:r>
    </w:p>
    <w:p w14:paraId="378D62EE" w14:textId="77777777" w:rsidR="00292B2B" w:rsidRDefault="00757BA4">
      <w:pPr>
        <w:spacing w:after="60" w:line="276" w:lineRule="auto"/>
        <w:ind w:left="648" w:hanging="648"/>
      </w:pPr>
      <w:r>
        <w:rPr>
          <w:sz w:val="20"/>
        </w:rPr>
        <w:t>175. Magnetic Field Error Measurement in the MST Reversed Field Pinch, A.F. Almagri, S. Assadi, J.A. Beckstead, R.N. Dexter, S.C. Prager, J.S. Sarff, J.C. Sprott, Bull. Am. Phys. Soc. 33, 2065 (1988).</w:t>
      </w:r>
    </w:p>
    <w:p w14:paraId="46191130" w14:textId="77777777" w:rsidR="00292B2B" w:rsidRDefault="00757BA4">
      <w:pPr>
        <w:spacing w:after="60" w:line="276" w:lineRule="auto"/>
        <w:ind w:left="648" w:hanging="648"/>
      </w:pPr>
      <w:r>
        <w:rPr>
          <w:sz w:val="20"/>
        </w:rPr>
        <w:t>176. Design and Initial Operation of the Madison Symmetric Torus, T.W. Lovell, R.N. Dexter, F. Feyzi, D. Kortbawi, S.C. Prager, and J.C. Sprott, Proceedings of the 1989 IEEE International Conference on Plasma Science (1989).</w:t>
      </w:r>
    </w:p>
    <w:p w14:paraId="4AB53847" w14:textId="77777777" w:rsidR="00292B2B" w:rsidRDefault="00757BA4">
      <w:pPr>
        <w:spacing w:after="60" w:line="276" w:lineRule="auto"/>
        <w:ind w:left="648" w:hanging="648"/>
      </w:pPr>
      <w:r>
        <w:rPr>
          <w:sz w:val="20"/>
        </w:rPr>
        <w:t>177. Magnetic Field Error Measurements and Effects on Plasma in the MST Reversed Field Pinch, Proceedings of the 1989 IEEE International Conference on Plasma Science (1989).</w:t>
      </w:r>
    </w:p>
    <w:p w14:paraId="253CCD77" w14:textId="77777777" w:rsidR="00292B2B" w:rsidRDefault="00757BA4">
      <w:pPr>
        <w:spacing w:after="60" w:line="276" w:lineRule="auto"/>
        <w:ind w:left="648" w:hanging="648"/>
      </w:pPr>
      <w:r>
        <w:rPr>
          <w:sz w:val="20"/>
        </w:rPr>
        <w:t>178. Studies of a Poloidal Divertor Reversed Field Pinch, J.S. Sarff, A.F. Almagri, S. Assadi, D.J. Den Hartog, R.N. Dexter, S.C. Prager, and J.C. Sprott, Nuclear Fusion 29, 104 (1989).</w:t>
      </w:r>
    </w:p>
    <w:p w14:paraId="28A3279F" w14:textId="77777777" w:rsidR="00292B2B" w:rsidRDefault="00757BA4">
      <w:pPr>
        <w:spacing w:after="60" w:line="276" w:lineRule="auto"/>
        <w:ind w:left="648" w:hanging="648"/>
      </w:pPr>
      <w:r>
        <w:rPr>
          <w:sz w:val="20"/>
        </w:rPr>
        <w:t>179. Enhancing Interest in Physics through Computer Demonstrations, J.C. Sprott, Proceedings of the IBM Academic Computing Conference, p. 10 (1989).</w:t>
      </w:r>
    </w:p>
    <w:p w14:paraId="1633CCFD" w14:textId="77777777" w:rsidR="00292B2B" w:rsidRDefault="00757BA4">
      <w:pPr>
        <w:spacing w:after="60" w:line="276" w:lineRule="auto"/>
        <w:ind w:left="648" w:hanging="648"/>
      </w:pPr>
      <w:r>
        <w:rPr>
          <w:sz w:val="20"/>
        </w:rPr>
        <w:t>180. Measurement of the Parallel Correlation Length of Magnetic Turbulence at Various Edge q, M.A. LaPointe, R.N. Dexter, S.C. Prager, and J.C. Sprott, Bull. Am. Phys. Soc. 34, 1923 (1989).</w:t>
      </w:r>
    </w:p>
    <w:p w14:paraId="5C4BD1A9" w14:textId="77777777" w:rsidR="00292B2B" w:rsidRDefault="00757BA4">
      <w:pPr>
        <w:spacing w:after="60" w:line="276" w:lineRule="auto"/>
        <w:ind w:left="648" w:hanging="648"/>
      </w:pPr>
      <w:r>
        <w:rPr>
          <w:sz w:val="20"/>
        </w:rPr>
        <w:t>181. Magnetic Field Error Effects on RFP Plasmas in MST, A.F. Almagri, S.C. Prager, and J.C. Sprott, Bull. Am. Phys. Soc. 34, 2107 (1989).</w:t>
      </w:r>
    </w:p>
    <w:p w14:paraId="63B732BC" w14:textId="77777777" w:rsidR="00292B2B" w:rsidRDefault="00757BA4">
      <w:pPr>
        <w:spacing w:after="60" w:line="276" w:lineRule="auto"/>
        <w:ind w:left="648" w:hanging="648"/>
      </w:pPr>
      <w:r>
        <w:rPr>
          <w:sz w:val="20"/>
        </w:rPr>
        <w:t>182. Edge Magnetic Fluctuation Measurements in the MST Reversed Field Pinch, S. Assadi, J.A. Beckstead, R.N. Dexter, S.C. Prager, J.S. Sarff, W. Shen, and J.C. Sprott, Bull. Am. Phys. Soc. 34, 3107 (1989).</w:t>
      </w:r>
    </w:p>
    <w:p w14:paraId="0622372F" w14:textId="77777777" w:rsidR="00292B2B" w:rsidRDefault="00757BA4">
      <w:pPr>
        <w:spacing w:after="60" w:line="276" w:lineRule="auto"/>
        <w:ind w:left="648" w:hanging="648"/>
      </w:pPr>
      <w:r>
        <w:rPr>
          <w:sz w:val="20"/>
        </w:rPr>
        <w:t>183. Results from the MST Reversed Field Pinch with the Design Poloidal Field Windings, Proceedings of the 1990 IEEE Conference on Plasma Science (1990).</w:t>
      </w:r>
    </w:p>
    <w:p w14:paraId="69ABB43A" w14:textId="77777777" w:rsidR="00292B2B" w:rsidRDefault="00757BA4">
      <w:pPr>
        <w:spacing w:after="60" w:line="276" w:lineRule="auto"/>
        <w:ind w:left="648" w:hanging="648"/>
      </w:pPr>
      <w:r>
        <w:rPr>
          <w:sz w:val="20"/>
        </w:rPr>
        <w:t>184. Demonstrating Chaos by Computer, J.C. Sprott, AAPT Announcer 20, 79 (1990).</w:t>
      </w:r>
    </w:p>
    <w:p w14:paraId="7B2E1113" w14:textId="77777777" w:rsidR="00292B2B" w:rsidRDefault="00757BA4">
      <w:pPr>
        <w:spacing w:after="60" w:line="276" w:lineRule="auto"/>
        <w:ind w:left="648" w:hanging="648"/>
      </w:pPr>
      <w:r>
        <w:rPr>
          <w:sz w:val="20"/>
        </w:rPr>
        <w:t>185. First Results from the Madison Symmetric Torus Reversed Field Pinch, S.C. Prager, A.F. Almagri, S. Assadi, J.A. Beckstead, R.N. Dexter, D.J. Den Hartog, G. Chartas, S.A. Hokin, T.W. Lovell, T.D. Rempel, J.S. Sarff, W. Shen, C.W. Spragins, and J.C. Sprott, Phys. Fluids B 2, 1367 (1990).</w:t>
      </w:r>
    </w:p>
    <w:p w14:paraId="3151F758" w14:textId="77777777" w:rsidR="00292B2B" w:rsidRDefault="00757BA4">
      <w:pPr>
        <w:spacing w:after="60" w:line="276" w:lineRule="auto"/>
        <w:ind w:left="648" w:hanging="648"/>
      </w:pPr>
      <w:r>
        <w:rPr>
          <w:sz w:val="20"/>
        </w:rPr>
        <w:t>186. Confinement and Fluctuations in the MST Reversed Field Pinch, J.C. Sprott, A.F. Almagri, S. Assadi, J.A. Beckstead, G. Chartas, R.N. Dexter, D.J. Den Hartog, S.A. Hokin, D.J. Holly, S.C. Prager, T.D. Rempel, J.S. Sarff, E. Scime, W. Shen, C.W. Spragins, and C. Watts, Proceedings of the Thirteenth International Conference on Plasma Physics and Controlled Nuclear Fusion Research, Washington, Vol 2, 519 (1990).</w:t>
      </w:r>
    </w:p>
    <w:p w14:paraId="308AC51C" w14:textId="77777777" w:rsidR="00292B2B" w:rsidRDefault="00757BA4">
      <w:pPr>
        <w:spacing w:after="60" w:line="276" w:lineRule="auto"/>
        <w:ind w:left="648" w:hanging="648"/>
      </w:pPr>
      <w:r>
        <w:rPr>
          <w:sz w:val="20"/>
        </w:rPr>
        <w:t>187. Partial and Full Reconnection During Sawtooth Activity and Disruptions, E.D. Fredrickson, K.M. McGuire, Y. Nagayama, M. Bell, A. Cavallo, P. Efthimion, H. Fleischmann, A. Janos, D. Johnson, D. Mansfield, D.A. Monticello, H. Park, W. Park, W. Stodiek, G. Taylor, M. Ulirckson, P.V. Savrukhin, I. Semenov, R.N. Dexter, J.A. Goetz, E.J. Haines, M.A. LaPointe, S.C. Prager, J.C. Sprott, and I.H. Tan, Proceedings of the Thirteenth International Conference on Plasma Physics and Controlled Nuclear Fusion Research, Washington (1990).</w:t>
      </w:r>
    </w:p>
    <w:p w14:paraId="56B88A5A" w14:textId="77777777" w:rsidR="00292B2B" w:rsidRDefault="00757BA4">
      <w:pPr>
        <w:spacing w:after="60" w:line="276" w:lineRule="auto"/>
        <w:ind w:left="648" w:hanging="648"/>
      </w:pPr>
      <w:r>
        <w:rPr>
          <w:sz w:val="20"/>
        </w:rPr>
        <w:t>188. Parallel Correlation Measurements of the Magnetic Fluctuations, M.A. LaPointe, R.N. Dexter, S.C. Prager, and J.C. Sprott, Bull. Am. Phys. Soc. 35, 2005 (1990).</w:t>
      </w:r>
    </w:p>
    <w:p w14:paraId="00A08DF8" w14:textId="77777777" w:rsidR="00292B2B" w:rsidRDefault="00757BA4">
      <w:pPr>
        <w:spacing w:after="60" w:line="276" w:lineRule="auto"/>
        <w:ind w:left="648" w:hanging="648"/>
      </w:pPr>
      <w:r>
        <w:rPr>
          <w:sz w:val="20"/>
        </w:rPr>
        <w:t>189. Modified Polynomial Function Model for Reversed Field Pinches, Bull. Am. Phys. Soc. 35, 2009 (1990).</w:t>
      </w:r>
    </w:p>
    <w:p w14:paraId="2A730C75" w14:textId="77777777" w:rsidR="00292B2B" w:rsidRDefault="00757BA4">
      <w:pPr>
        <w:spacing w:after="60" w:line="276" w:lineRule="auto"/>
        <w:ind w:left="648" w:hanging="648"/>
      </w:pPr>
      <w:r>
        <w:rPr>
          <w:sz w:val="20"/>
        </w:rPr>
        <w:t>190. Reduced Field Errors and Improved MST Plasma, A.F. Almagri, S. Assadi, S.C. Prager, J.C. Sarff, and J.C. Sprott, Bull. Am. Phys. Soc. 35, 2010 (1990).</w:t>
      </w:r>
    </w:p>
    <w:p w14:paraId="1AB1A22C" w14:textId="77777777" w:rsidR="00292B2B" w:rsidRDefault="00757BA4">
      <w:pPr>
        <w:spacing w:after="60" w:line="276" w:lineRule="auto"/>
        <w:ind w:left="648" w:hanging="648"/>
      </w:pPr>
      <w:r>
        <w:rPr>
          <w:sz w:val="20"/>
        </w:rPr>
        <w:t>191. Search for Evidence of a Low Dimensional Chaotic Attractor in RFP Plasmas, C. Watts and J.C. Sprott, Bull. Am. Phys. Soc. 35, 2011 (1990).</w:t>
      </w:r>
    </w:p>
    <w:p w14:paraId="2BA743C5" w14:textId="77777777" w:rsidR="00292B2B" w:rsidRDefault="00757BA4">
      <w:pPr>
        <w:spacing w:after="60" w:line="276" w:lineRule="auto"/>
        <w:ind w:left="648" w:hanging="648"/>
      </w:pPr>
      <w:r>
        <w:rPr>
          <w:sz w:val="20"/>
        </w:rPr>
        <w:t>192. Edge Fluctuations in the MST Reversed Field Pinch, A. Almagri, S. Assadi, J. Beckstead, G. Chartas, N. Crocker, D. Den Hartog, R. Dexter, S. Hokin, D. Holly, E. Nilles, S. Prager, T. Rempel, J. Sarff, E. Scime, C. Spragins, J. Sprott, G. Starr, M. Stoneking, and C. Watts, Proceedings of the Workshop on Physics of Alternative Magnetic Confinement Schemes, Varenna, Italy (1990).</w:t>
      </w:r>
    </w:p>
    <w:p w14:paraId="4ADFAD3A" w14:textId="77777777" w:rsidR="00292B2B" w:rsidRDefault="00757BA4">
      <w:pPr>
        <w:spacing w:after="60" w:line="276" w:lineRule="auto"/>
        <w:ind w:left="648" w:hanging="648"/>
      </w:pPr>
      <w:r>
        <w:rPr>
          <w:sz w:val="20"/>
        </w:rPr>
        <w:t>193. Global Confinement in the MST Reversed Field Pinch, A. Almagri, S. Assadi, J. Beckstead, G. Chartas, N. Crocker, M. Cudzinovic, D. Den Hartog, R. Dexter, S. Hokin, D. Holly, E. Klevans, R. Nebel, S. Prager, T. Rempel, J. Sarff, E. Scime, C. Spragins, C. Sprott, G. Starr, M. Stoneking, R. Veerasingam, and C. Watts, Proceedings of the Workshop on Physics of Alternative Magnetic Confinement Schemes, Varenna, Italy (1990).</w:t>
      </w:r>
    </w:p>
    <w:p w14:paraId="0205654D" w14:textId="77777777" w:rsidR="00292B2B" w:rsidRDefault="00757BA4">
      <w:pPr>
        <w:spacing w:after="60" w:line="276" w:lineRule="auto"/>
        <w:ind w:left="648" w:hanging="648"/>
      </w:pPr>
      <w:r>
        <w:rPr>
          <w:sz w:val="20"/>
        </w:rPr>
        <w:t>194. The Madison Symmetric Torus, R.N. Dexter, D.W. Kerst, T.W. Lovell, S.C. Prager, and J.C. Sprott, Fusion Technology 19, 131 (1991).</w:t>
      </w:r>
    </w:p>
    <w:p w14:paraId="240BE0E3" w14:textId="77777777" w:rsidR="00292B2B" w:rsidRDefault="00757BA4">
      <w:pPr>
        <w:spacing w:after="60" w:line="276" w:lineRule="auto"/>
        <w:ind w:left="648" w:hanging="648"/>
      </w:pPr>
      <w:r>
        <w:rPr>
          <w:sz w:val="20"/>
        </w:rPr>
        <w:t>195. Modified Polynomial Function Model for Reversed Field Pinches, W. Shen and J.C. Sprott, Phys. Fluids B 3, 1225 (1991).</w:t>
      </w:r>
    </w:p>
    <w:p w14:paraId="76BF3ADB" w14:textId="77777777" w:rsidR="00292B2B" w:rsidRDefault="00757BA4">
      <w:pPr>
        <w:spacing w:after="60" w:line="276" w:lineRule="auto"/>
        <w:ind w:left="648" w:hanging="648"/>
      </w:pPr>
      <w:r>
        <w:rPr>
          <w:sz w:val="20"/>
        </w:rPr>
        <w:t>196. Physics to the People! The Physics Teacher 29, 212 (1991).</w:t>
      </w:r>
    </w:p>
    <w:p w14:paraId="2141E4F6" w14:textId="77777777" w:rsidR="00292B2B" w:rsidRDefault="00757BA4">
      <w:pPr>
        <w:spacing w:after="60" w:line="276" w:lineRule="auto"/>
        <w:ind w:left="648" w:hanging="648"/>
      </w:pPr>
      <w:r>
        <w:rPr>
          <w:sz w:val="20"/>
        </w:rPr>
        <w:t>197. Edge Fluctuations and Transport in the MST Reversed Field Pinch, J. Sarff, A. Almagri, S. Assadi, J. Beckstead, G. Chartas, N. Crocker, D. Den Hartog, S. Hokin, D. Holly, S. Prager, T. Rempel, E. Scime, W. Shen, C. Spragins, J. Sprott, G. Starr, M. Stoneking, and C. Watts, Proceedings of the 1991 meeting of the European Physical Society.</w:t>
      </w:r>
    </w:p>
    <w:p w14:paraId="77F97F84" w14:textId="77777777" w:rsidR="00292B2B" w:rsidRDefault="00757BA4">
      <w:pPr>
        <w:spacing w:after="60" w:line="276" w:lineRule="auto"/>
        <w:ind w:left="648" w:hanging="648"/>
      </w:pPr>
      <w:r>
        <w:rPr>
          <w:sz w:val="20"/>
        </w:rPr>
        <w:t>198. Extraction of Dynamical Equations from Chaotic Data, G. Rowlands and J.C. Sprott, Physica D 58, 251 (1992).</w:t>
      </w:r>
    </w:p>
    <w:p w14:paraId="399DD61A" w14:textId="77777777" w:rsidR="00292B2B" w:rsidRDefault="00757BA4">
      <w:pPr>
        <w:spacing w:after="60" w:line="276" w:lineRule="auto"/>
        <w:ind w:left="648" w:hanging="648"/>
      </w:pPr>
      <w:r>
        <w:rPr>
          <w:sz w:val="20"/>
        </w:rPr>
        <w:t>199. Global Confinement and Discrete Dynamo Activity in the MST Reversed-Field Pinch, S. Hokin, A. Almagri, S. Assadi, J. Beckstead, G. Chartas, N. Crocker, M. Cudzinovic, D. Den Hartog, R. Dexter, D. Holly, S. Prager, T. Rempel, J. Sarff, E. Scime, W. Shen, C. Spragins, C. Sprott, G. Starr, M. Stoneking, and C. Watts, Phys. Fluids B 3, 2241 (1991).</w:t>
      </w:r>
    </w:p>
    <w:p w14:paraId="772B73B1" w14:textId="77777777" w:rsidR="00292B2B" w:rsidRDefault="00757BA4">
      <w:pPr>
        <w:spacing w:after="60" w:line="276" w:lineRule="auto"/>
        <w:ind w:left="648" w:hanging="648"/>
      </w:pPr>
      <w:r>
        <w:rPr>
          <w:sz w:val="20"/>
        </w:rPr>
        <w:t>200. Studies of Low Dimensional Attractors in Numerical Simulations of RFP Discharges, C. Watts, E.J. Zita, and J.C. Sprott, Bull. Am. Phys. Soc. 36, 2320 (1991).</w:t>
      </w:r>
    </w:p>
    <w:p w14:paraId="59023BBE" w14:textId="77777777" w:rsidR="00292B2B" w:rsidRDefault="00757BA4">
      <w:pPr>
        <w:spacing w:after="60" w:line="276" w:lineRule="auto"/>
        <w:ind w:left="648" w:hanging="648"/>
      </w:pPr>
      <w:r>
        <w:rPr>
          <w:sz w:val="20"/>
        </w:rPr>
        <w:t>201. How Common is Chaos? J.C. Sprott, Phys. Letters A 173, 21 (1993).</w:t>
      </w:r>
    </w:p>
    <w:p w14:paraId="45BADE56" w14:textId="77777777" w:rsidR="00292B2B" w:rsidRDefault="00757BA4">
      <w:pPr>
        <w:spacing w:after="60" w:line="276" w:lineRule="auto"/>
        <w:ind w:left="648" w:hanging="648"/>
      </w:pPr>
      <w:r>
        <w:rPr>
          <w:sz w:val="20"/>
        </w:rPr>
        <w:t>202. Simple Programs Create 3-D Images, J.C. Sprott, Computers in Physics 6, 132 (1992).</w:t>
      </w:r>
    </w:p>
    <w:p w14:paraId="2CF05BD1" w14:textId="77777777" w:rsidR="00292B2B" w:rsidRDefault="00757BA4">
      <w:pPr>
        <w:spacing w:after="60" w:line="276" w:lineRule="auto"/>
        <w:ind w:left="648" w:hanging="648"/>
      </w:pPr>
      <w:r>
        <w:rPr>
          <w:sz w:val="20"/>
        </w:rPr>
        <w:t>203. Automatic Generation of Strange Attractors, J.C. Sprott, Computers and Graphics 17, 325 (1993).</w:t>
      </w:r>
    </w:p>
    <w:p w14:paraId="1BFF1AD9" w14:textId="77777777" w:rsidR="00292B2B" w:rsidRDefault="00757BA4">
      <w:pPr>
        <w:spacing w:after="60" w:line="276" w:lineRule="auto"/>
        <w:ind w:left="648" w:hanging="648"/>
      </w:pPr>
      <w:r>
        <w:rPr>
          <w:sz w:val="20"/>
        </w:rPr>
        <w:t>204. Turbulent Transport in the MST Reversed Field Pinch, T.D Rempel, A.F. Almagri, S. Assadi, D.J. Den Hartog, S.A. Hokin, S.C. Prager, J.S. Sarff, W. Shen, K.L. Sidikman, C.W. Spragins, J.C. Sprott, M.R. Stoneking, and E.J. Zita, Phys. Fluids B 4, 2136 (1992).</w:t>
      </w:r>
    </w:p>
    <w:p w14:paraId="24B5B9F8" w14:textId="77777777" w:rsidR="00292B2B" w:rsidRDefault="00757BA4">
      <w:pPr>
        <w:spacing w:after="60" w:line="276" w:lineRule="auto"/>
        <w:ind w:left="648" w:hanging="648"/>
      </w:pPr>
      <w:r>
        <w:rPr>
          <w:sz w:val="20"/>
        </w:rPr>
        <w:t>205. Anomalous Ion Heating and Superthermal Electrons in the MST Reversed-Field Pinch, S. Hokin, A. Almagri, S. Assadi, M. Cekic, B. Chapman, G. Chartas, N. Crocker, N. Cudzinovic, D.J. Den Hartog, R. Dexter, G. Fiksel, R. Fonck, J. Henry, D. Holly, S. Prager, T. Rempel, J. Sarff, E. Scime, W. Shen, J. Sprott, M. Stoneking, and C. Watts, Proceedings of the Fourteenth International Conference on Plasma Physics and Controlled Nuclear Fusion Research, Wurzburg, Germany, Vol. 2, p. 539 (1992).</w:t>
      </w:r>
    </w:p>
    <w:p w14:paraId="6AAC2F57" w14:textId="77777777" w:rsidR="00292B2B" w:rsidRDefault="00757BA4">
      <w:pPr>
        <w:spacing w:after="60" w:line="276" w:lineRule="auto"/>
        <w:ind w:left="648" w:hanging="648"/>
      </w:pPr>
      <w:r>
        <w:rPr>
          <w:sz w:val="20"/>
        </w:rPr>
        <w:t>206. Current Density Fluctuations, Nonlinear Coupling, and Transport in MST, S.C. Prager, A.F. Almagri, S. Assadi, M. Cekic, B.E. Chapman, N. Crocker, D.J. Den Hartog, R.N. Dexter, G. Fiksel, R.J. Fonck, J.S. Henry, S.A. Hokin, D.J. Holly, H. Ji, T.D. Rempel, J.S. Sarff, E. Scime, W. Shen, K.L. Sidikman, J.C. Sprott, M.R. Stoneking, and C. Watts, Proceedings of the Fourteenth International Conference on Plasma Physics and Controlled Fusion Research, Wurzburg, Germany, Vol. 2, p. 531 (1992).</w:t>
      </w:r>
    </w:p>
    <w:p w14:paraId="6AA10B0C" w14:textId="77777777" w:rsidR="00292B2B" w:rsidRDefault="00757BA4">
      <w:pPr>
        <w:spacing w:after="60" w:line="276" w:lineRule="auto"/>
        <w:ind w:left="648" w:hanging="648"/>
      </w:pPr>
      <w:r>
        <w:rPr>
          <w:sz w:val="20"/>
        </w:rPr>
        <w:t>207. Predicting the Dimension of Strange Attractors, J.C. Sprott, Phys. Lett. A 192, 355 (1994).</w:t>
      </w:r>
    </w:p>
    <w:p w14:paraId="3F31C186" w14:textId="77777777" w:rsidR="00292B2B" w:rsidRDefault="00757BA4">
      <w:pPr>
        <w:spacing w:after="60" w:line="276" w:lineRule="auto"/>
        <w:ind w:left="648" w:hanging="648"/>
      </w:pPr>
      <w:r>
        <w:rPr>
          <w:sz w:val="20"/>
        </w:rPr>
        <w:t>208. Search for Chaos and Simple Determinism in RFP Plasmas, C. Watts and J.C. Sprott, Bull. Am. Phys. Soc. 38, 1909 (1993).</w:t>
      </w:r>
    </w:p>
    <w:p w14:paraId="72D9F650" w14:textId="77777777" w:rsidR="00292B2B" w:rsidRDefault="00757BA4">
      <w:pPr>
        <w:spacing w:after="60" w:line="276" w:lineRule="auto"/>
        <w:ind w:left="648" w:hanging="648"/>
      </w:pPr>
      <w:r>
        <w:rPr>
          <w:sz w:val="20"/>
        </w:rPr>
        <w:t>209. Chaos in RFP Plasma Simulation and Experiment, C. Watts, D.E. Newman, and J.C. Sprott, Phys. Rev. E 49, 2291 (1994).</w:t>
      </w:r>
    </w:p>
    <w:p w14:paraId="2ECB4397" w14:textId="77777777" w:rsidR="00292B2B" w:rsidRDefault="00757BA4">
      <w:pPr>
        <w:spacing w:after="60" w:line="276" w:lineRule="auto"/>
        <w:ind w:left="648" w:hanging="648"/>
      </w:pPr>
      <w:r>
        <w:rPr>
          <w:sz w:val="20"/>
        </w:rPr>
        <w:t>210. Automatic Generation of Iterated Function Systems, J.C. Sprott, Computers &amp; Graphics 18, 417 (1994).</w:t>
      </w:r>
    </w:p>
    <w:p w14:paraId="46ECBA51" w14:textId="77777777" w:rsidR="00292B2B" w:rsidRDefault="00757BA4">
      <w:pPr>
        <w:spacing w:after="60" w:line="276" w:lineRule="auto"/>
        <w:ind w:left="648" w:hanging="648"/>
      </w:pPr>
      <w:r>
        <w:rPr>
          <w:sz w:val="20"/>
        </w:rPr>
        <w:t>211. The Computer Artist and Art Critic, in “Fractal Horizons: The Future Use of Fractals,” C.A. Pickover, ed. (St. Martin’ s Press, New York, 1996).</w:t>
      </w:r>
    </w:p>
    <w:p w14:paraId="02B493B1" w14:textId="77777777" w:rsidR="00292B2B" w:rsidRDefault="00757BA4">
      <w:pPr>
        <w:spacing w:after="60" w:line="276" w:lineRule="auto"/>
        <w:ind w:left="648" w:hanging="648"/>
      </w:pPr>
      <w:r>
        <w:rPr>
          <w:sz w:val="20"/>
        </w:rPr>
        <w:t>212. Some Simple Chaotic Flows, J.C. Sprott, Phys. Rev. E 50, R647 (1994).</w:t>
      </w:r>
    </w:p>
    <w:p w14:paraId="64928DBE" w14:textId="77777777" w:rsidR="00292B2B" w:rsidRDefault="00757BA4">
      <w:pPr>
        <w:spacing w:after="60" w:line="276" w:lineRule="auto"/>
        <w:ind w:left="648" w:hanging="648"/>
      </w:pPr>
      <w:r>
        <w:rPr>
          <w:sz w:val="20"/>
        </w:rPr>
        <w:t>213. Automatic Generation of General Quadratic Map Basins, J.C. Sprott and C.A. Pickover, Computers &amp; Graphics 19, 309 (1995).</w:t>
      </w:r>
    </w:p>
    <w:p w14:paraId="6554A4D0" w14:textId="77777777" w:rsidR="00292B2B" w:rsidRDefault="00757BA4">
      <w:pPr>
        <w:spacing w:after="60" w:line="276" w:lineRule="auto"/>
        <w:ind w:left="648" w:hanging="648"/>
      </w:pPr>
      <w:r>
        <w:rPr>
          <w:sz w:val="20"/>
        </w:rPr>
        <w:t>214. Fluctuations and Transport in the Reversed Field Pinch: Characterization and Reduction, J.S. Sarff, A.F. Almagri, J.D. Callen, M. Cekic, B.E. Chapman, N. Crocker, J.D. Den Hartog, E. Fernandez, G. Fiksel, R.W. Harvey, C.C. Hegna, J. Henry, Y.L. Ho, S.A. Hokin, D. Holly, H. Ji, C. Litwin, K. Mirus, S.C. Prager, D.D. Schnack, D. Sinitsyn, C.R. Sovinec, J.C. Sprott, M. Stoneking, P.W. Terry, E. Uchimoto, and A.S. Ware, Proceedings of the Fifteenth International Conference on Plasma Physics and Controlled Nuclear Fusion Research, Seville, Vol. 2, 431 (1995).</w:t>
      </w:r>
    </w:p>
    <w:p w14:paraId="7B43BAE4" w14:textId="77777777" w:rsidR="00292B2B" w:rsidRDefault="00757BA4">
      <w:pPr>
        <w:spacing w:after="60" w:line="276" w:lineRule="auto"/>
        <w:ind w:left="648" w:hanging="648"/>
      </w:pPr>
      <w:r>
        <w:rPr>
          <w:sz w:val="20"/>
        </w:rPr>
        <w:t>215. Quantification of Determinism in Music Using Iterated Function Systems, B. Meloon and J.C. Sprott, Empirical Studies of the Arts 15, 3 (1997).</w:t>
      </w:r>
    </w:p>
    <w:p w14:paraId="7065BC47" w14:textId="77777777" w:rsidR="00292B2B" w:rsidRDefault="00757BA4">
      <w:pPr>
        <w:spacing w:after="60" w:line="276" w:lineRule="auto"/>
        <w:ind w:left="648" w:hanging="648"/>
      </w:pPr>
      <w:r>
        <w:rPr>
          <w:sz w:val="20"/>
        </w:rPr>
        <w:t>216. Control of Chaotic Systems through Small Periodic Parametric Perturbations, K.A. Mirus and J.C. Sprott, Bull. Am. Phys. Soc. 39, 1658 (1994).</w:t>
      </w:r>
    </w:p>
    <w:p w14:paraId="09F4EEF3" w14:textId="77777777" w:rsidR="00292B2B" w:rsidRDefault="00757BA4">
      <w:pPr>
        <w:spacing w:after="60" w:line="276" w:lineRule="auto"/>
        <w:ind w:left="648" w:hanging="648"/>
      </w:pPr>
      <w:r>
        <w:rPr>
          <w:sz w:val="20"/>
        </w:rPr>
        <w:t>217. Quantifying Aesthetic Preference for Chaotic Patterns, D.J. Aks and J.C. Sprott, Empirical Studies of the Arts 14, 1 (1996).</w:t>
      </w:r>
    </w:p>
    <w:p w14:paraId="147F9D32" w14:textId="77777777" w:rsidR="00292B2B" w:rsidRDefault="00757BA4">
      <w:pPr>
        <w:spacing w:after="60" w:line="276" w:lineRule="auto"/>
        <w:ind w:left="648" w:hanging="648"/>
      </w:pPr>
      <w:r>
        <w:rPr>
          <w:sz w:val="20"/>
        </w:rPr>
        <w:t>218. Transport Reduction by Current Profile Control in the Reversed Field Pinch, J.S. Sarff, A.F. Almagri, M. Cekic, C-S. Chaing, D. Craig, D.J. Den Hartog, G. Fiksel, S.A. Hokin, R.W. Harvey, H. Ji, C. Litwin, S.C. Prager, D. Sinitsyn, C.R. Sovinec, J.C. Sprott, and E. Uchimoto, Phys. Plasmas 2, 2440 (1995).</w:t>
      </w:r>
    </w:p>
    <w:p w14:paraId="7EBE547D" w14:textId="77777777" w:rsidR="00292B2B" w:rsidRDefault="00757BA4">
      <w:pPr>
        <w:spacing w:after="60" w:line="276" w:lineRule="auto"/>
        <w:ind w:left="648" w:hanging="648"/>
      </w:pPr>
      <w:r>
        <w:rPr>
          <w:sz w:val="20"/>
        </w:rPr>
        <w:t>219. Strange Attractor Symmetric Icons, J.C. Sprott, Computers &amp; Graphics 20, 325 (1996).</w:t>
      </w:r>
    </w:p>
    <w:p w14:paraId="66BC2AA1" w14:textId="77777777" w:rsidR="00292B2B" w:rsidRDefault="00757BA4">
      <w:pPr>
        <w:spacing w:after="60" w:line="276" w:lineRule="auto"/>
        <w:ind w:left="648" w:hanging="648"/>
      </w:pPr>
      <w:r>
        <w:rPr>
          <w:sz w:val="20"/>
        </w:rPr>
        <w:t>220. Numerical Control of Chaotic Magnetic Fluctuations through Small Periodic Parametric Perturbations, K.A. Mirus and J.C. Sprott, Bull. Am. Phys. Soc. 40, 1819 (1995).</w:t>
      </w:r>
    </w:p>
    <w:p w14:paraId="5BBC5FFE" w14:textId="77777777" w:rsidR="00292B2B" w:rsidRDefault="00757BA4">
      <w:pPr>
        <w:spacing w:after="60" w:line="276" w:lineRule="auto"/>
        <w:ind w:left="648" w:hanging="648"/>
      </w:pPr>
      <w:r>
        <w:rPr>
          <w:sz w:val="20"/>
        </w:rPr>
        <w:t>221. On the Probability of Chaos in Large Dynamical Systems: A Monte Carlo Study, W.D. Dechert, J.C. Sprott, and D.J. Albers, Journal of Economic Dynamics and Control 23, 1197 (1999).</w:t>
      </w:r>
    </w:p>
    <w:p w14:paraId="64BB76A0" w14:textId="77777777" w:rsidR="00292B2B" w:rsidRDefault="00757BA4">
      <w:pPr>
        <w:spacing w:after="60" w:line="276" w:lineRule="auto"/>
        <w:ind w:left="648" w:hanging="648"/>
      </w:pPr>
      <w:r>
        <w:rPr>
          <w:sz w:val="20"/>
        </w:rPr>
        <w:t>222. Limited Predictability in Artificial Forests, D.E. Creanga, J.C. Sprott, and I. Creanga, Proceedings of the International Society of Fuzzy-sets Management and Economics, p. 121 (1995).</w:t>
      </w:r>
    </w:p>
    <w:p w14:paraId="06C2D2C9" w14:textId="77777777" w:rsidR="00292B2B" w:rsidRDefault="00757BA4">
      <w:pPr>
        <w:spacing w:after="60" w:line="276" w:lineRule="auto"/>
        <w:ind w:left="648" w:hanging="648"/>
      </w:pPr>
      <w:r>
        <w:rPr>
          <w:sz w:val="20"/>
        </w:rPr>
        <w:t>223. Dynamical Behavior of Artificial Neural Networks with Random Weights, D.J. Albers, J.C. Sprott, and W.D. Dechert, Intelligent Engineering Systems Through Artificial Neural Networks, Fuzzy Logic and Evolutionary Programming, C.H. Dagli, et al., ed. (1996).</w:t>
      </w:r>
    </w:p>
    <w:p w14:paraId="7B1D29C1" w14:textId="77777777" w:rsidR="00292B2B" w:rsidRDefault="00757BA4">
      <w:pPr>
        <w:spacing w:after="60" w:line="276" w:lineRule="auto"/>
        <w:ind w:left="648" w:hanging="648"/>
      </w:pPr>
      <w:r>
        <w:rPr>
          <w:sz w:val="20"/>
        </w:rPr>
        <w:t>224. Controlling Mode and Plasma Rotation with a Rotating Field Error, M.A. Thomas, D.J. Den Hartog, A.K. Hansen, C.C. Hegna, T.W. Lovell, K.A. Mirus, S.C. Prager, J.S. Sarff, and J.C. Sprott, Bull. Am. Phys. Soc. 41, 1408 (1996).</w:t>
      </w:r>
    </w:p>
    <w:p w14:paraId="28D7CEEB" w14:textId="77777777" w:rsidR="00292B2B" w:rsidRDefault="00757BA4">
      <w:pPr>
        <w:spacing w:after="60" w:line="276" w:lineRule="auto"/>
        <w:ind w:left="648" w:hanging="648"/>
      </w:pPr>
      <w:r>
        <w:rPr>
          <w:sz w:val="20"/>
        </w:rPr>
        <w:t>225. Nonlinear Effects of a Rotating Magnetic Field Error Perturbation, K.A. Mirus and J.C. Sprott, Bull. Phys. Soc. 41, 1410 (1996).</w:t>
      </w:r>
    </w:p>
    <w:p w14:paraId="7A29E64F" w14:textId="77777777" w:rsidR="00292B2B" w:rsidRDefault="00757BA4">
      <w:pPr>
        <w:spacing w:after="60" w:line="276" w:lineRule="auto"/>
        <w:ind w:left="648" w:hanging="648"/>
      </w:pPr>
      <w:r>
        <w:rPr>
          <w:sz w:val="20"/>
        </w:rPr>
        <w:t>226. The Wonders of Physics Outreach Program, J.C. Sprott, K.A. Mirus, D.E. Newman, C. Watts, R.E. Feeley, E. Fernandez, P.W. Fontana, T. Krajewski, T.W. Lovell, S. Oliva, M.R. Stoneking, M.A. Thomas, W. Jaimison, K. Maas, R. Milbrandt, K. Mullman, S. Narf, R. Nesnidal, and P. Nonn, Bull. Am. Phys. Soc. 41, 1456 (1996).</w:t>
      </w:r>
    </w:p>
    <w:p w14:paraId="347555D8" w14:textId="77777777" w:rsidR="00292B2B" w:rsidRDefault="00757BA4">
      <w:pPr>
        <w:spacing w:after="60" w:line="276" w:lineRule="auto"/>
        <w:ind w:left="648" w:hanging="648"/>
      </w:pPr>
      <w:r>
        <w:rPr>
          <w:sz w:val="20"/>
        </w:rPr>
        <w:t>227. Simplest Dissipative Chaotic Flow, J.C. Sprott, Phys. Lett. A 228, 271 (1997).</w:t>
      </w:r>
    </w:p>
    <w:p w14:paraId="146AFDBD" w14:textId="77777777" w:rsidR="00292B2B" w:rsidRDefault="00757BA4">
      <w:pPr>
        <w:spacing w:after="60" w:line="276" w:lineRule="auto"/>
        <w:ind w:left="648" w:hanging="648"/>
      </w:pPr>
      <w:r>
        <w:rPr>
          <w:sz w:val="20"/>
        </w:rPr>
        <w:t>228. Reducing and Measuring Flucutations in the MST RFP: A Five-fold Enhancement of Energy Confinement and Measurement of the MHD Dynamo, D.J. Den Hartog, A.F. Almagri, M. Cekic, B.E. Chapman, J.T. Chapman, C.S. Chiang, D. Craig, N.C. Crocker, G. Fiksel, P.W. Fontana, A.K. Hansen, C.C. Hegna, H. Ji, N.E. Lanier, K.A. Mirus, S.C. Prager, J.S. Sarff, J.C. Sprott, M.R. Stoneking, and E. Uchimoto, Proceedings of the Sixteenth International Conference on Plasma Physics and Controlled Nuclear Fusion Research, Montreal, Vol. 2, p. 83 (1997).</w:t>
      </w:r>
    </w:p>
    <w:p w14:paraId="6794ECF6" w14:textId="77777777" w:rsidR="00292B2B" w:rsidRDefault="00757BA4">
      <w:pPr>
        <w:spacing w:after="60" w:line="276" w:lineRule="auto"/>
        <w:ind w:left="648" w:hanging="648"/>
      </w:pPr>
      <w:r>
        <w:rPr>
          <w:sz w:val="20"/>
        </w:rPr>
        <w:t>229. Some Simple Chaotic Jerk Functions, J.C. Sprott, Am. J. Phys. 65, 537 (1997).</w:t>
      </w:r>
    </w:p>
    <w:p w14:paraId="57538723" w14:textId="77777777" w:rsidR="00292B2B" w:rsidRDefault="00757BA4">
      <w:pPr>
        <w:spacing w:after="60" w:line="276" w:lineRule="auto"/>
        <w:ind w:left="648" w:hanging="648"/>
      </w:pPr>
      <w:r>
        <w:rPr>
          <w:sz w:val="20"/>
        </w:rPr>
        <w:t>230. Scientific Visualization in Mathematics and Physics, J.C. Sprott and C.A. Pickover, ACM Interactions 4, 78 (1997).</w:t>
      </w:r>
    </w:p>
    <w:p w14:paraId="3A742787" w14:textId="77777777" w:rsidR="00292B2B" w:rsidRDefault="00757BA4">
      <w:pPr>
        <w:spacing w:after="60" w:line="276" w:lineRule="auto"/>
        <w:ind w:left="648" w:hanging="648"/>
      </w:pPr>
      <w:r>
        <w:rPr>
          <w:sz w:val="20"/>
        </w:rPr>
        <w:t>231. The Future Project: Twenty-Second-Century Wishes, Lies, and Dreams, J.C. Sprott, in “Information Imagineering: Meeting at the Interface,” Edited by Milton T. Wolf, Pat Ensor, and Mary Augusta Thomas, American Library Association (Chicago, 1998).</w:t>
      </w:r>
    </w:p>
    <w:p w14:paraId="151D2968" w14:textId="77777777" w:rsidR="00292B2B" w:rsidRDefault="00757BA4">
      <w:pPr>
        <w:spacing w:after="60" w:line="276" w:lineRule="auto"/>
        <w:ind w:left="648" w:hanging="648"/>
      </w:pPr>
      <w:r>
        <w:rPr>
          <w:sz w:val="20"/>
        </w:rPr>
        <w:t>232. Artificial Neural Net Attractors, J.C. Sprott, Computers &amp; Graphics 22, 143 (1998).</w:t>
      </w:r>
    </w:p>
    <w:p w14:paraId="1ACA3993" w14:textId="77777777" w:rsidR="00292B2B" w:rsidRDefault="00757BA4">
      <w:pPr>
        <w:spacing w:after="60" w:line="276" w:lineRule="auto"/>
        <w:ind w:left="648" w:hanging="648"/>
      </w:pPr>
      <w:r>
        <w:rPr>
          <w:sz w:val="20"/>
        </w:rPr>
        <w:t>233. Smoothing Influence on the Answers of a Simple Grassy Ecosystem to Chaos Detection Tests, D. Creanga, J.C. Sprott, I. Creanga, and I.I. Bara, Int. J. Chaos Theory and Applications 1, 59 (1996).</w:t>
      </w:r>
    </w:p>
    <w:p w14:paraId="5B0F781E" w14:textId="77777777" w:rsidR="00292B2B" w:rsidRDefault="00757BA4">
      <w:pPr>
        <w:spacing w:after="60" w:line="276" w:lineRule="auto"/>
        <w:ind w:left="648" w:hanging="648"/>
      </w:pPr>
      <w:r>
        <w:rPr>
          <w:sz w:val="20"/>
        </w:rPr>
        <w:t>234. Routes to Chaos in Neural Networks with Random Weights, D.J. Albers, J.C. Sprott, W.D. Dechert, International Journal of Bifurcation and Chaos 8, 1463 (1998).</w:t>
      </w:r>
    </w:p>
    <w:p w14:paraId="7B800E2E" w14:textId="77777777" w:rsidR="00292B2B" w:rsidRDefault="00757BA4">
      <w:pPr>
        <w:spacing w:after="60" w:line="276" w:lineRule="auto"/>
        <w:ind w:left="648" w:hanging="648"/>
      </w:pPr>
      <w:r>
        <w:rPr>
          <w:sz w:val="20"/>
        </w:rPr>
        <w:t>235. Nonlinearities in Stage I Language Acquisition, R. Chapman, J. Evans, and J.C. Sprott, American Speech-Language Hearing Association Boston Convention Program, p. 191 (1997).</w:t>
      </w:r>
    </w:p>
    <w:p w14:paraId="7AAD0181" w14:textId="77777777" w:rsidR="00292B2B" w:rsidRDefault="00757BA4">
      <w:pPr>
        <w:spacing w:after="60" w:line="276" w:lineRule="auto"/>
        <w:ind w:left="648" w:hanging="648"/>
      </w:pPr>
      <w:r>
        <w:rPr>
          <w:sz w:val="20"/>
        </w:rPr>
        <w:t>236. Resolving Perceptual Ambiguity in the Necker Cube: A Dynamical Systems Approach, D.J. Aks, T. Nokes, J.C. Sprott, and E. Keane, Proceedings of the 39th Annual meeting of the Psychonomic Society, p. 38 (1998).</w:t>
      </w:r>
    </w:p>
    <w:p w14:paraId="5A1FA95F" w14:textId="77777777" w:rsidR="00292B2B" w:rsidRDefault="00757BA4">
      <w:pPr>
        <w:spacing w:after="60" w:line="276" w:lineRule="auto"/>
        <w:ind w:left="648" w:hanging="648"/>
      </w:pPr>
      <w:r>
        <w:rPr>
          <w:sz w:val="20"/>
        </w:rPr>
        <w:t>237. Controlling Chaos in Low and High Dimensional Systems with Periodic Parametric Perturbations, K.A. Mirus and J.C. Sprott, Phys. Rev. E. 59, 5313 (1999).</w:t>
      </w:r>
    </w:p>
    <w:p w14:paraId="0BB196EE" w14:textId="77777777" w:rsidR="00292B2B" w:rsidRDefault="00757BA4">
      <w:pPr>
        <w:spacing w:after="60" w:line="276" w:lineRule="auto"/>
        <w:ind w:left="648" w:hanging="648"/>
      </w:pPr>
      <w:r>
        <w:rPr>
          <w:sz w:val="20"/>
        </w:rPr>
        <w:t>238. Controlling Chaos in a High Dimensional System with Periodic Parametric Perturbations, K.A. Mirus and J.C. Sprott, Phys. Lett. A 254, 275 (1999).</w:t>
      </w:r>
    </w:p>
    <w:p w14:paraId="36F7CDC7" w14:textId="77777777" w:rsidR="00292B2B" w:rsidRDefault="00757BA4">
      <w:pPr>
        <w:spacing w:after="60" w:line="276" w:lineRule="auto"/>
        <w:ind w:left="648" w:hanging="648"/>
      </w:pPr>
      <w:r>
        <w:rPr>
          <w:sz w:val="20"/>
        </w:rPr>
        <w:t>239. Controlling Chaos in High-Dimensional Systems with Periodic Parametric Perturbations, K.A. Mirus and J.C. Sprott, Bull. Am. Phys. Soc. 43, 1857 (1998).</w:t>
      </w:r>
    </w:p>
    <w:p w14:paraId="5B9E104D" w14:textId="77777777" w:rsidR="00292B2B" w:rsidRDefault="00757BA4">
      <w:pPr>
        <w:spacing w:after="60" w:line="276" w:lineRule="auto"/>
        <w:ind w:left="648" w:hanging="648"/>
      </w:pPr>
      <w:r>
        <w:rPr>
          <w:sz w:val="20"/>
        </w:rPr>
        <w:t>240. Elementary Chaotic Flow, S.J. Linz and J.C. Sprott, Phys. Letters A 259, 240 (1999).</w:t>
      </w:r>
    </w:p>
    <w:p w14:paraId="59E43EFA" w14:textId="77777777" w:rsidR="00292B2B" w:rsidRDefault="00757BA4">
      <w:pPr>
        <w:spacing w:after="60" w:line="276" w:lineRule="auto"/>
        <w:ind w:left="648" w:hanging="648"/>
      </w:pPr>
      <w:r>
        <w:rPr>
          <w:sz w:val="20"/>
        </w:rPr>
        <w:t>241. Confinement in the RFP: Lundquist Number Scaling, Plasma Flow, and Reduced Transport, G. Fiksel, A.F. Almagri, J.K. Anderson, T.M. Biewer, D.L. Brower, C.-S. Chiang, B.E. Chapman, J.T. Chapman, D.J. Craig, N.A. Crocker, D.J. Den Hartog, P.W. Fontana, C.B. Forest, Y. Jiang, A.K. Hansen, D. Holly, N.E. Lanier, K.A. Mirus, S.C. Prager, J.S. Sarff, U. Shah, J.C. Sprott, M.R. Stoneking, and E. Uchimoto, Proceedings of the Seventeenth International Conference on Plasma Physics and Controlled Nuclear Fusion Research, Yokohama.</w:t>
      </w:r>
    </w:p>
    <w:p w14:paraId="2450D0F8" w14:textId="77777777" w:rsidR="00292B2B" w:rsidRDefault="00757BA4">
      <w:pPr>
        <w:spacing w:after="60" w:line="276" w:lineRule="auto"/>
        <w:ind w:left="648" w:hanging="648"/>
      </w:pPr>
      <w:r>
        <w:rPr>
          <w:sz w:val="20"/>
        </w:rPr>
        <w:t>242. A Complexity Analysis Upon the Sensitivity of the Fly Visual System to the Light Intensity, D.E. Creanga, J.C. Sprott, D. Ursu, and R.M. Isac, Int. J. Chaos Theory and Appl. 3, 21 (1998).</w:t>
      </w:r>
    </w:p>
    <w:p w14:paraId="4B6D6CE5" w14:textId="77777777" w:rsidR="00292B2B" w:rsidRDefault="00757BA4">
      <w:pPr>
        <w:spacing w:after="60" w:line="276" w:lineRule="auto"/>
        <w:ind w:left="648" w:hanging="648"/>
      </w:pPr>
      <w:r>
        <w:rPr>
          <w:sz w:val="20"/>
        </w:rPr>
        <w:t>243. Strange (and Beautiful) Attractors, J.C. Sprott, Odyssey 8, 35 (November 1999).</w:t>
      </w:r>
    </w:p>
    <w:p w14:paraId="3FF76CE0" w14:textId="77777777" w:rsidR="00292B2B" w:rsidRDefault="00757BA4">
      <w:pPr>
        <w:spacing w:after="60" w:line="276" w:lineRule="auto"/>
        <w:ind w:left="648" w:hanging="648"/>
      </w:pPr>
      <w:r>
        <w:rPr>
          <w:sz w:val="20"/>
        </w:rPr>
        <w:t>244. A New Class of Chaotic Circuit, J.C. Sprott, Phys. Lett. A. 226,19 (2000).</w:t>
      </w:r>
    </w:p>
    <w:p w14:paraId="1218A57E" w14:textId="77777777" w:rsidR="00292B2B" w:rsidRDefault="00757BA4">
      <w:pPr>
        <w:spacing w:after="60" w:line="276" w:lineRule="auto"/>
        <w:ind w:left="648" w:hanging="648"/>
      </w:pPr>
      <w:r>
        <w:rPr>
          <w:sz w:val="20"/>
        </w:rPr>
        <w:t>245. Simple Chaotic Systems and Circuits, J.C. Sprott, Am. J. Phys. 68, 758 (2000).</w:t>
      </w:r>
    </w:p>
    <w:p w14:paraId="56919DA0" w14:textId="77777777" w:rsidR="00292B2B" w:rsidRDefault="00757BA4">
      <w:pPr>
        <w:spacing w:after="60" w:line="276" w:lineRule="auto"/>
        <w:ind w:left="648" w:hanging="648"/>
      </w:pPr>
      <w:r>
        <w:rPr>
          <w:sz w:val="20"/>
        </w:rPr>
        <w:t>246. Using Chaos to Characterize and Train Neural Networks, O. Yetkin and J.C. Sprott, (withdrawn).</w:t>
      </w:r>
    </w:p>
    <w:p w14:paraId="2B58EE93" w14:textId="77777777" w:rsidR="00292B2B" w:rsidRDefault="00757BA4">
      <w:pPr>
        <w:spacing w:after="60" w:line="276" w:lineRule="auto"/>
        <w:ind w:left="648" w:hanging="648"/>
      </w:pPr>
      <w:r>
        <w:rPr>
          <w:sz w:val="20"/>
        </w:rPr>
        <w:t>247. Automatic Generation of Fractal Art, J.C. Sprott, YLEM Newsletter. 20, 9 (Mar/Apr 2000).</w:t>
      </w:r>
    </w:p>
    <w:p w14:paraId="0DC54304" w14:textId="77777777" w:rsidR="00292B2B" w:rsidRDefault="00757BA4">
      <w:pPr>
        <w:spacing w:after="60" w:line="276" w:lineRule="auto"/>
        <w:ind w:left="648" w:hanging="648"/>
      </w:pPr>
      <w:r>
        <w:rPr>
          <w:sz w:val="20"/>
        </w:rPr>
        <w:t>248. Memory across Eye-Movements: 1/f Dynamic in Visual Search, D.J. Aks, G. Zelinsky, J.C. Sprott, Nonlinear Dynamics, Psychology, and Life Sciences. 6, 1 (2002).</w:t>
      </w:r>
    </w:p>
    <w:p w14:paraId="63A89A1D" w14:textId="77777777" w:rsidR="00292B2B" w:rsidRDefault="00757BA4">
      <w:pPr>
        <w:spacing w:after="60" w:line="276" w:lineRule="auto"/>
        <w:ind w:left="648" w:hanging="648"/>
      </w:pPr>
      <w:r>
        <w:rPr>
          <w:sz w:val="20"/>
        </w:rPr>
        <w:t>249. Complex Behavior of Simple Systems, J.C. Sprott, Unifying Themes in Complex Systems III B, 3 (2006).</w:t>
      </w:r>
    </w:p>
    <w:p w14:paraId="562D2413" w14:textId="77777777" w:rsidR="00292B2B" w:rsidRDefault="00757BA4">
      <w:pPr>
        <w:spacing w:after="60" w:line="276" w:lineRule="auto"/>
        <w:ind w:left="648" w:hanging="648"/>
      </w:pPr>
      <w:r>
        <w:rPr>
          <w:sz w:val="20"/>
        </w:rPr>
        <w:t>250. Algebraically Simple Chaotic Flows J.C. Sprott and S.J. Linz, Int. J. Chaos Theory and Appl. 5, 3 (2000).</w:t>
      </w:r>
    </w:p>
    <w:p w14:paraId="1CCDC911" w14:textId="77777777" w:rsidR="00292B2B" w:rsidRDefault="00757BA4">
      <w:pPr>
        <w:spacing w:after="60" w:line="276" w:lineRule="auto"/>
        <w:ind w:left="648" w:hanging="648"/>
      </w:pPr>
      <w:r>
        <w:rPr>
          <w:sz w:val="20"/>
        </w:rPr>
        <w:t>251. Thresholds Bifurcations and Mental Control; An Application of Nonlinear Dynamics to Psychotherapy, K. Warren and J.C. Sprott, International Conference on Complex Systems (2000).</w:t>
      </w:r>
    </w:p>
    <w:p w14:paraId="1DA754B0" w14:textId="77777777" w:rsidR="00292B2B" w:rsidRDefault="00757BA4">
      <w:pPr>
        <w:spacing w:after="60" w:line="276" w:lineRule="auto"/>
        <w:ind w:left="648" w:hanging="648"/>
      </w:pPr>
      <w:r>
        <w:rPr>
          <w:sz w:val="20"/>
        </w:rPr>
        <w:t>252. Can a Computer Produce and Critique Art?, J.C. Sprott, Leonardo 34, 369 (2001).</w:t>
      </w:r>
    </w:p>
    <w:p w14:paraId="3768B0AA" w14:textId="77777777" w:rsidR="00292B2B" w:rsidRDefault="00757BA4">
      <w:pPr>
        <w:spacing w:after="60" w:line="276" w:lineRule="auto"/>
        <w:ind w:left="648" w:hanging="648"/>
      </w:pPr>
      <w:r>
        <w:rPr>
          <w:sz w:val="20"/>
        </w:rPr>
        <w:t>253. Solar-Wind Magnetosphere Ionosphere System, W. Horton, R. Weigel, and J.C. Sprott, Bull. Am. Phys. Soc. 45, 93 (2000).</w:t>
      </w:r>
    </w:p>
    <w:p w14:paraId="464E4399" w14:textId="77777777" w:rsidR="00292B2B" w:rsidRDefault="00757BA4">
      <w:pPr>
        <w:spacing w:after="60" w:line="276" w:lineRule="auto"/>
        <w:ind w:left="648" w:hanging="648"/>
      </w:pPr>
      <w:r>
        <w:rPr>
          <w:sz w:val="20"/>
        </w:rPr>
        <w:t>254. Chaos and the Limits of Predictability for the Solar-Wind-Driven Magnetosphere-Ionosphere System, W. Horton, R. Weigel and J.C. Sprott, Physics of Plasmas 8, 2946 (2001).</w:t>
      </w:r>
    </w:p>
    <w:p w14:paraId="43841641" w14:textId="77777777" w:rsidR="00292B2B" w:rsidRDefault="00757BA4">
      <w:pPr>
        <w:spacing w:after="60" w:line="276" w:lineRule="auto"/>
        <w:ind w:left="648" w:hanging="648"/>
      </w:pPr>
      <w:r>
        <w:rPr>
          <w:sz w:val="20"/>
        </w:rPr>
        <w:t>255. Improved Correlation Dimension Calculation, J.C. Sprott and G. Rowlands International Journal of Bifucation and Chaos. 11, 1865 (2001).</w:t>
      </w:r>
    </w:p>
    <w:p w14:paraId="3D569501" w14:textId="77777777" w:rsidR="00292B2B" w:rsidRDefault="00757BA4">
      <w:pPr>
        <w:spacing w:after="60" w:line="276" w:lineRule="auto"/>
        <w:ind w:left="648" w:hanging="648"/>
      </w:pPr>
      <w:r>
        <w:rPr>
          <w:sz w:val="20"/>
        </w:rPr>
        <w:t>256. Most Elementary Chaotic Flows, S.J. Linz and J.C. Sprott, Bull. Am. Phys. Soc. 46, 172 (2001).</w:t>
      </w:r>
    </w:p>
    <w:p w14:paraId="3D9F1597" w14:textId="77777777" w:rsidR="00292B2B" w:rsidRDefault="00757BA4">
      <w:pPr>
        <w:spacing w:after="60" w:line="276" w:lineRule="auto"/>
        <w:ind w:left="648" w:hanging="648"/>
      </w:pPr>
      <w:r>
        <w:rPr>
          <w:sz w:val="20"/>
        </w:rPr>
        <w:t>257. The role of Depth and I/F Dynamics in Perceiving Reversible Figures, D.J. Aks and , J.C. Sprott, Nonlinear Dynamics, Psychology, and Life Sciences. 7, 161 (2003).</w:t>
      </w:r>
    </w:p>
    <w:p w14:paraId="1B0C0D9C" w14:textId="77777777" w:rsidR="00292B2B" w:rsidRDefault="00757BA4">
      <w:pPr>
        <w:spacing w:after="60" w:line="276" w:lineRule="auto"/>
        <w:ind w:left="648" w:hanging="648"/>
      </w:pPr>
      <w:r>
        <w:rPr>
          <w:sz w:val="20"/>
        </w:rPr>
        <w:t>258. Nonlinear Prediction Filters for Loading-Unloading Dynamics as in Substorms and Sawtooth Events, J.C. Sprott, C. Crabtree, and W. Horton, abstract 3B35 at 2001 Sherwood Theory Meeting, Santa Fe, NM (April, 2001).</w:t>
      </w:r>
    </w:p>
    <w:p w14:paraId="3872E5A6" w14:textId="77777777" w:rsidR="00292B2B" w:rsidRDefault="00757BA4">
      <w:pPr>
        <w:spacing w:after="60" w:line="276" w:lineRule="auto"/>
        <w:ind w:left="648" w:hanging="648"/>
      </w:pPr>
      <w:r>
        <w:rPr>
          <w:sz w:val="20"/>
        </w:rPr>
        <w:t>259. On the Synchronization of a Class of Electronic Circuits that Exhibits Chaos, E.W. Bai, K.E. Lonngren, and J.C. Sprott, Chaos, Solitons and Fractals 13, 1515 (2002).</w:t>
      </w:r>
    </w:p>
    <w:p w14:paraId="2AE0F230" w14:textId="77777777" w:rsidR="00292B2B" w:rsidRDefault="00757BA4">
      <w:pPr>
        <w:spacing w:after="60" w:line="276" w:lineRule="auto"/>
        <w:ind w:left="648" w:hanging="648"/>
      </w:pPr>
      <w:r>
        <w:rPr>
          <w:sz w:val="20"/>
        </w:rPr>
        <w:t>260. Memory across Eye-movements: I/F Dynamic in Visual Search, D.J. Aks, G. Zelinsky, and J.C. Sprott, Journal of Vision, 1, 230a (2001).</w:t>
      </w:r>
    </w:p>
    <w:p w14:paraId="12B7EFF6" w14:textId="77777777" w:rsidR="00292B2B" w:rsidRDefault="00757BA4">
      <w:pPr>
        <w:spacing w:after="60" w:line="276" w:lineRule="auto"/>
        <w:ind w:left="648" w:hanging="648"/>
      </w:pPr>
      <w:r>
        <w:rPr>
          <w:sz w:val="20"/>
        </w:rPr>
        <w:t>261. Memory across Eye-movements: I/F Dynamic in Visual Search, D.J. Aks, G. Zelinsky, and J.C. Sprott, 11th Annual conference of the Society for Chaos Theory in Psychology and Life Sciences (2001).</w:t>
      </w:r>
    </w:p>
    <w:p w14:paraId="357D5FA6" w14:textId="77777777" w:rsidR="00292B2B" w:rsidRDefault="00757BA4">
      <w:pPr>
        <w:spacing w:after="60" w:line="276" w:lineRule="auto"/>
        <w:ind w:left="648" w:hanging="648"/>
      </w:pPr>
      <w:r>
        <w:rPr>
          <w:sz w:val="20"/>
        </w:rPr>
        <w:t>262. Self-Organization of Landscape Patterning, J. Bolliger, J.C. Sprott, and D.J. Mladenoff, 11th Annual conference of the Society for Chaos Theory in Psychology and Life Sciences (2001).</w:t>
      </w:r>
    </w:p>
    <w:p w14:paraId="25CB2E62" w14:textId="77777777" w:rsidR="00292B2B" w:rsidRDefault="00757BA4">
      <w:pPr>
        <w:spacing w:after="60" w:line="276" w:lineRule="auto"/>
        <w:ind w:left="648" w:hanging="648"/>
      </w:pPr>
      <w:r>
        <w:rPr>
          <w:sz w:val="20"/>
        </w:rPr>
        <w:t>263. Ups and Downs: A Dynamical Systems Model of Human Affective fluctuations, K. Warren and J.C. Sprott, 11th Annual conference of the Society for Chaos Theory in Psychology and Life Sciences (2001).</w:t>
      </w:r>
    </w:p>
    <w:p w14:paraId="7EBF3F96" w14:textId="77777777" w:rsidR="00292B2B" w:rsidRDefault="00757BA4">
      <w:pPr>
        <w:spacing w:after="60" w:line="276" w:lineRule="auto"/>
        <w:ind w:left="648" w:hanging="648"/>
      </w:pPr>
      <w:r>
        <w:rPr>
          <w:sz w:val="20"/>
        </w:rPr>
        <w:t>264. Can a Monkey with a Computer Create Art?, J.C. Sprott, 11th Annual conference of the Society for Theory in Psychology and Life Sciences (2001).</w:t>
      </w:r>
    </w:p>
    <w:p w14:paraId="09F76378" w14:textId="77777777" w:rsidR="00292B2B" w:rsidRDefault="00757BA4">
      <w:pPr>
        <w:spacing w:after="60" w:line="276" w:lineRule="auto"/>
        <w:ind w:left="648" w:hanging="648"/>
      </w:pPr>
      <w:r>
        <w:rPr>
          <w:sz w:val="20"/>
        </w:rPr>
        <w:t>265. Simplest Driven Chaotic Oscillator, H.P.W. Gottlieb and J.C. Sprott, Physics Letters A, 291, 385 (2001).</w:t>
      </w:r>
    </w:p>
    <w:p w14:paraId="72AF9D60" w14:textId="77777777" w:rsidR="00292B2B" w:rsidRDefault="00757BA4">
      <w:pPr>
        <w:spacing w:after="60" w:line="276" w:lineRule="auto"/>
        <w:ind w:left="648" w:hanging="648"/>
      </w:pPr>
      <w:r>
        <w:rPr>
          <w:sz w:val="20"/>
        </w:rPr>
        <w:t>266. Self-Organized Criticality in Forest-Landscape Evolution, J.C. Sprott, J. Bolliger, and D.J. Mladenoff, Physics Letters A 297, 267 (2002).</w:t>
      </w:r>
    </w:p>
    <w:p w14:paraId="56356136" w14:textId="77777777" w:rsidR="00292B2B" w:rsidRDefault="00757BA4">
      <w:pPr>
        <w:spacing w:after="60" w:line="276" w:lineRule="auto"/>
        <w:ind w:left="648" w:hanging="648"/>
      </w:pPr>
      <w:r>
        <w:rPr>
          <w:sz w:val="20"/>
        </w:rPr>
        <w:t>267. The Spirit is Willing: Nonlinearity, Bifurcations and Mental Control, K. Warren, J.C. Sprott and R.C. Hawkins, Nonlinear Dynamics, Psychology, and Life Sciences, 6, 55 (2002).</w:t>
      </w:r>
    </w:p>
    <w:p w14:paraId="58DF3FD7" w14:textId="77777777" w:rsidR="00292B2B" w:rsidRDefault="00757BA4">
      <w:pPr>
        <w:spacing w:after="60" w:line="276" w:lineRule="auto"/>
        <w:ind w:left="648" w:hanging="648"/>
      </w:pPr>
      <w:r>
        <w:rPr>
          <w:sz w:val="20"/>
        </w:rPr>
        <w:t>268. A case study for Self-Organized Criticality in Forest Ecology, J. Bolliger and J.C. Sprott, International Conference on Complex Systems (2002).</w:t>
      </w:r>
    </w:p>
    <w:p w14:paraId="07A0F22D" w14:textId="77777777" w:rsidR="00292B2B" w:rsidRDefault="00757BA4">
      <w:pPr>
        <w:spacing w:after="60" w:line="276" w:lineRule="auto"/>
        <w:ind w:left="648" w:hanging="648"/>
      </w:pPr>
      <w:r>
        <w:rPr>
          <w:sz w:val="20"/>
        </w:rPr>
        <w:t>269. Predator-Prey Dynamics for Rabbits, Trees and Romance, J.C. Sprott, Unifying Themes in Complex Systems IV, part II, 231 (2008).</w:t>
      </w:r>
    </w:p>
    <w:p w14:paraId="44775E5F" w14:textId="77777777" w:rsidR="00292B2B" w:rsidRDefault="00757BA4">
      <w:pPr>
        <w:spacing w:after="60" w:line="276" w:lineRule="auto"/>
        <w:ind w:left="648" w:hanging="648"/>
      </w:pPr>
      <w:r>
        <w:rPr>
          <w:sz w:val="20"/>
        </w:rPr>
        <w:t>270. Self-Organization and Complexity in Historical Landscape Patterns, J. Bolliger, J.C. Sprott, and D.J. Mladenoff, OIKOS 100, 541 (2003).</w:t>
      </w:r>
    </w:p>
    <w:p w14:paraId="326C3AEE" w14:textId="77777777" w:rsidR="00292B2B" w:rsidRDefault="00757BA4">
      <w:pPr>
        <w:spacing w:after="60" w:line="276" w:lineRule="auto"/>
        <w:ind w:left="648" w:hanging="648"/>
      </w:pPr>
      <w:r>
        <w:rPr>
          <w:sz w:val="20"/>
        </w:rPr>
        <w:t>271. Comment on “a new class of Exact Solutions of the Vlasov Equation”, G. Rowlands and J.C. Sprott, Phys. Plasmas 9, 4093 (2002). 272. The Wonders of Physics, J.C. Sprott and R. Feeley, Bull. Am Phys. Soc. 47, 150 (2002)</w:t>
      </w:r>
    </w:p>
    <w:p w14:paraId="7D1D7CD2" w14:textId="77777777" w:rsidR="00292B2B" w:rsidRDefault="00757BA4">
      <w:pPr>
        <w:spacing w:after="60" w:line="276" w:lineRule="auto"/>
        <w:ind w:left="648" w:hanging="648"/>
      </w:pPr>
      <w:r>
        <w:rPr>
          <w:sz w:val="20"/>
        </w:rPr>
        <w:t>272. The Wonders of Physics, J.C. Sprott and R. Feeley, Bull. Am Phys. Soc. 47, 150 (2002)</w:t>
      </w:r>
    </w:p>
    <w:p w14:paraId="6F4A859D" w14:textId="77777777" w:rsidR="00292B2B" w:rsidRDefault="00757BA4">
      <w:pPr>
        <w:spacing w:after="60" w:line="276" w:lineRule="auto"/>
        <w:ind w:left="648" w:hanging="648"/>
      </w:pPr>
      <w:r>
        <w:rPr>
          <w:sz w:val="20"/>
        </w:rPr>
        <w:t>273. Chaos in a Nonlinear Analog Computer, K. Kiers, T. Klein, J. Kolb, S. Price and J.C. Sprott, International Journal of Bifurcation and Chaos 14, 2867 (2004).</w:t>
      </w:r>
    </w:p>
    <w:p w14:paraId="18F4C5A8" w14:textId="77777777" w:rsidR="00292B2B" w:rsidRDefault="00757BA4">
      <w:pPr>
        <w:spacing w:after="60" w:line="276" w:lineRule="auto"/>
        <w:ind w:left="648" w:hanging="648"/>
      </w:pPr>
      <w:r>
        <w:rPr>
          <w:sz w:val="20"/>
        </w:rPr>
        <w:t>274. Chaos in Fractional-Order Autonomous Nonlinear Systems, W.M Ahmad and J.C. Sprott, Chaos, Solitons, and Fractals 16, 339 (2003).</w:t>
      </w:r>
    </w:p>
    <w:p w14:paraId="014F8DFC" w14:textId="77777777" w:rsidR="00292B2B" w:rsidRDefault="00757BA4">
      <w:pPr>
        <w:spacing w:after="60" w:line="276" w:lineRule="auto"/>
        <w:ind w:left="648" w:hanging="648"/>
      </w:pPr>
      <w:r>
        <w:rPr>
          <w:sz w:val="20"/>
        </w:rPr>
        <w:t>275. Chaos and Self-Organization in Spatiotemporal Models of Ecology, J.C. Sprott, Proceedings of the Eighth International Symposium on Simulation Science (2003).</w:t>
      </w:r>
    </w:p>
    <w:p w14:paraId="6406A8C1" w14:textId="77777777" w:rsidR="00292B2B" w:rsidRDefault="00757BA4">
      <w:pPr>
        <w:spacing w:after="60" w:line="276" w:lineRule="auto"/>
        <w:ind w:left="648" w:hanging="648"/>
      </w:pPr>
      <w:r>
        <w:rPr>
          <w:sz w:val="20"/>
        </w:rPr>
        <w:t>276. A method for Approximating missing data in Spatial Patterns, J.C. Sprott, Computers and Graphics 28, 113 (2004).</w:t>
      </w:r>
    </w:p>
    <w:p w14:paraId="6E84D465" w14:textId="77777777" w:rsidR="00292B2B" w:rsidRDefault="00757BA4">
      <w:pPr>
        <w:spacing w:after="60" w:line="276" w:lineRule="auto"/>
        <w:ind w:left="648" w:hanging="648"/>
      </w:pPr>
      <w:r>
        <w:rPr>
          <w:sz w:val="20"/>
        </w:rPr>
        <w:t>277. Dynamical models of Love, J.C. Sprott, Nonlinear Dynamics, Psychology, and Life Sciences 8, 303 (2004). 278. The Wonders of Physics, J.C. Sprott, Bull. Am. Phys. Soc. 48, 86 (2003).</w:t>
      </w:r>
    </w:p>
    <w:p w14:paraId="78D51BA7" w14:textId="77777777" w:rsidR="00292B2B" w:rsidRDefault="00757BA4">
      <w:pPr>
        <w:spacing w:after="60" w:line="276" w:lineRule="auto"/>
        <w:ind w:left="648" w:hanging="648"/>
      </w:pPr>
      <w:r>
        <w:rPr>
          <w:sz w:val="20"/>
        </w:rPr>
        <w:t>278. The Wonders of Physics, J.C. Sprott, Bull. Am. Phys. Soc. 48, 86 (2003).</w:t>
      </w:r>
    </w:p>
    <w:p w14:paraId="2292C457" w14:textId="77777777" w:rsidR="00292B2B" w:rsidRDefault="00757BA4">
      <w:pPr>
        <w:spacing w:after="60" w:line="276" w:lineRule="auto"/>
        <w:ind w:left="648" w:hanging="648"/>
      </w:pPr>
      <w:r>
        <w:rPr>
          <w:sz w:val="20"/>
        </w:rPr>
        <w:t>279. Can a Monkey with a Computer Create Art? J.C. Sprott, Nonlinear Dynamics, Psychology, and Life Sciences 8, 103 (2004).</w:t>
      </w:r>
    </w:p>
    <w:p w14:paraId="7382FC05" w14:textId="77777777" w:rsidR="00292B2B" w:rsidRDefault="00757BA4">
      <w:pPr>
        <w:spacing w:after="60" w:line="276" w:lineRule="auto"/>
        <w:ind w:left="648" w:hanging="648"/>
      </w:pPr>
      <w:r>
        <w:rPr>
          <w:sz w:val="20"/>
        </w:rPr>
        <w:t>280. Precision Measurements of a Simple Chaotic Circuit, K. Kiers, D. Schmidt, and J.C. Sprott, American Journal Physics 72, 503 (2004).</w:t>
      </w:r>
    </w:p>
    <w:p w14:paraId="030B316C" w14:textId="77777777" w:rsidR="00292B2B" w:rsidRDefault="00757BA4">
      <w:pPr>
        <w:spacing w:after="60" w:line="276" w:lineRule="auto"/>
        <w:ind w:left="648" w:hanging="648"/>
      </w:pPr>
      <w:r>
        <w:rPr>
          <w:sz w:val="20"/>
        </w:rPr>
        <w:t>281. Dynamical Models of Happiness, J.C. Sprott, Nonlinear Dynamics, Psychology, and Life Sciences 9, 23 (2005).</w:t>
      </w:r>
    </w:p>
    <w:p w14:paraId="5F73BB66" w14:textId="77777777" w:rsidR="00292B2B" w:rsidRDefault="00757BA4">
      <w:pPr>
        <w:spacing w:after="60" w:line="276" w:lineRule="auto"/>
        <w:ind w:left="648" w:hanging="648"/>
      </w:pPr>
      <w:r>
        <w:rPr>
          <w:sz w:val="20"/>
        </w:rPr>
        <w:t>282. Chaos in a Simple Electronic Circuit, K. Kiers, J.C. Sprott, AAPT Announcer 33, 144 (2003).</w:t>
      </w:r>
    </w:p>
    <w:p w14:paraId="75E9169D" w14:textId="77777777" w:rsidR="00292B2B" w:rsidRDefault="00757BA4">
      <w:pPr>
        <w:spacing w:after="60" w:line="276" w:lineRule="auto"/>
        <w:ind w:left="648" w:hanging="648"/>
      </w:pPr>
      <w:r>
        <w:rPr>
          <w:sz w:val="20"/>
        </w:rPr>
        <w:t>283. Features of Chaos in Sysphonia, K.M Rosen and J.C. Sprott, proceedings of the Motor Speech Conference (2004).</w:t>
      </w:r>
    </w:p>
    <w:p w14:paraId="0A157EB9" w14:textId="77777777" w:rsidR="00292B2B" w:rsidRDefault="00757BA4">
      <w:pPr>
        <w:spacing w:after="60" w:line="276" w:lineRule="auto"/>
        <w:ind w:left="648" w:hanging="648"/>
      </w:pPr>
      <w:r>
        <w:rPr>
          <w:sz w:val="20"/>
        </w:rPr>
        <w:t>284. The Wonders of Physics, J. Reardon and J.C. Sprott, Bulletin American Physical Society 48, 136 (2003).</w:t>
      </w:r>
    </w:p>
    <w:p w14:paraId="75AB3215" w14:textId="77777777" w:rsidR="00292B2B" w:rsidRDefault="00757BA4">
      <w:pPr>
        <w:spacing w:after="60" w:line="276" w:lineRule="auto"/>
        <w:ind w:left="648" w:hanging="648"/>
      </w:pPr>
      <w:r>
        <w:rPr>
          <w:sz w:val="20"/>
        </w:rPr>
        <w:t>285. Competition with Evolution in Ecology and Finance, J.C. Sprott, Physics Letters A 325, 329 (2004).</w:t>
      </w:r>
    </w:p>
    <w:p w14:paraId="43AD3648" w14:textId="77777777" w:rsidR="00292B2B" w:rsidRDefault="00757BA4">
      <w:pPr>
        <w:spacing w:after="60" w:line="276" w:lineRule="auto"/>
        <w:ind w:left="648" w:hanging="648"/>
      </w:pPr>
      <w:r>
        <w:rPr>
          <w:sz w:val="20"/>
        </w:rPr>
        <w:t>286. Persistent Chaos in High Dimensions, D.J. Albers, J.C. Sprott, and J.P. Crutchfield, Phys. Rev. E 74, 057201 (2006).</w:t>
      </w:r>
    </w:p>
    <w:p w14:paraId="67083C4C" w14:textId="77777777" w:rsidR="00292B2B" w:rsidRDefault="00757BA4">
      <w:pPr>
        <w:spacing w:after="60" w:line="276" w:lineRule="auto"/>
        <w:ind w:left="648" w:hanging="648"/>
      </w:pPr>
      <w:r>
        <w:rPr>
          <w:sz w:val="20"/>
        </w:rPr>
        <w:t>287. Structural Stability and Hyperbolicity Violations in High-Dimensional Dynamical Systems, D.J. Albers and J.C. Sprott, Nonlinearity 19, 1801 (2006).</w:t>
      </w:r>
    </w:p>
    <w:p w14:paraId="41FE2F23" w14:textId="77777777" w:rsidR="00292B2B" w:rsidRDefault="00757BA4">
      <w:pPr>
        <w:spacing w:after="60" w:line="276" w:lineRule="auto"/>
        <w:ind w:left="648" w:hanging="648"/>
      </w:pPr>
      <w:r>
        <w:rPr>
          <w:sz w:val="20"/>
        </w:rPr>
        <w:t>288. Chaos in Low-Dimensional Lotka-Volterra Models of Competition, J.A. Vano, J.C. Wildenberg, M.B. Anderson, J.K. Noel and J.C. Sprott, Nonlinearity 19, 2391 (2006).</w:t>
      </w:r>
    </w:p>
    <w:p w14:paraId="4F633166" w14:textId="77777777" w:rsidR="00292B2B" w:rsidRDefault="00757BA4">
      <w:pPr>
        <w:spacing w:after="60" w:line="276" w:lineRule="auto"/>
        <w:ind w:left="648" w:hanging="648"/>
      </w:pPr>
      <w:r>
        <w:rPr>
          <w:sz w:val="20"/>
        </w:rPr>
        <w:t>289. A Comparison of Correlation and Lyapunov Dimensions, K.E. Chlouverakis and J.C. Sprott, Physica D 200, 156 (2005).</w:t>
      </w:r>
    </w:p>
    <w:p w14:paraId="2B6AEE2C" w14:textId="77777777" w:rsidR="00292B2B" w:rsidRDefault="00757BA4">
      <w:pPr>
        <w:spacing w:after="60" w:line="276" w:lineRule="auto"/>
        <w:ind w:left="648" w:hanging="648"/>
      </w:pPr>
      <w:r>
        <w:rPr>
          <w:sz w:val="20"/>
        </w:rPr>
        <w:t>290. Substance Abuse as a Dynamical Disease: Evidence and Clinical Implications of Nonlinearity in a Time Series of Daily Alcohol Consumption, K. Warren, R.C. Hawkings, and J.C. Sprott, Addictive Behaviors 28, 369 (2003).</w:t>
      </w:r>
    </w:p>
    <w:p w14:paraId="403FD8D7" w14:textId="77777777" w:rsidR="00292B2B" w:rsidRDefault="00757BA4">
      <w:pPr>
        <w:spacing w:after="60" w:line="276" w:lineRule="auto"/>
        <w:ind w:left="648" w:hanging="648"/>
      </w:pPr>
      <w:r>
        <w:rPr>
          <w:sz w:val="20"/>
        </w:rPr>
        <w:t>291. The Wonders of Plasma, J. Reardon and C. Sprott, Bulletin American Physical Society 49, 147 (2004).</w:t>
      </w:r>
    </w:p>
    <w:p w14:paraId="6C6E7530" w14:textId="77777777" w:rsidR="00292B2B" w:rsidRDefault="00757BA4">
      <w:pPr>
        <w:spacing w:after="60" w:line="276" w:lineRule="auto"/>
        <w:ind w:left="648" w:hanging="648"/>
      </w:pPr>
      <w:r>
        <w:rPr>
          <w:sz w:val="20"/>
        </w:rPr>
        <w:t>292. Routes to Chaos in High-Dimensional Dynamical Systems: A Qualitative Numerical Study, D.J. Albers and J.C. Sprott, Physica D 223, 194 (2006).</w:t>
      </w:r>
    </w:p>
    <w:p w14:paraId="64929E68" w14:textId="77777777" w:rsidR="00292B2B" w:rsidRDefault="00757BA4">
      <w:pPr>
        <w:spacing w:after="60" w:line="276" w:lineRule="auto"/>
        <w:ind w:left="648" w:hanging="648"/>
      </w:pPr>
      <w:r>
        <w:rPr>
          <w:sz w:val="20"/>
        </w:rPr>
        <w:t>293. Coexistence and Chaos in Complex Ecologies, J.C. Sprott, J.A. Vano, J.C. Wildenberg, M.B. Anderson, and J.K. Noel, Physics Letters A 335, 207 (2005).</w:t>
      </w:r>
    </w:p>
    <w:p w14:paraId="67D3F23E" w14:textId="77777777" w:rsidR="00292B2B" w:rsidRDefault="00757BA4">
      <w:pPr>
        <w:spacing w:after="60" w:line="276" w:lineRule="auto"/>
        <w:ind w:left="648" w:hanging="648"/>
      </w:pPr>
      <w:r>
        <w:rPr>
          <w:sz w:val="20"/>
        </w:rPr>
        <w:t>294. A Simple Spatiotemporal Chaotic Lotka-Volterra Model, J.C. Sprott, J.C. Wildenberg, and Y. Azizi, Chaos, Solitons, and Fractals 26, 1035 (2005).</w:t>
      </w:r>
    </w:p>
    <w:p w14:paraId="49011508" w14:textId="77777777" w:rsidR="00292B2B" w:rsidRDefault="00757BA4">
      <w:pPr>
        <w:spacing w:after="60" w:line="276" w:lineRule="auto"/>
        <w:ind w:left="648" w:hanging="648"/>
      </w:pPr>
      <w:r>
        <w:rPr>
          <w:sz w:val="20"/>
        </w:rPr>
        <w:t>295. Aesthetics and Fractal Dimension of Electric Sheep, R. Abraham, F. Abraham, S. Draves, C. Sprott, and P. Viotti, 15th Annual Conference of the Society for Chaos Theory in Psychology and Life Sciences (2005).</w:t>
      </w:r>
    </w:p>
    <w:p w14:paraId="4990ABF2" w14:textId="77777777" w:rsidR="00292B2B" w:rsidRDefault="00757BA4">
      <w:pPr>
        <w:spacing w:after="60" w:line="276" w:lineRule="auto"/>
        <w:ind w:left="648" w:hanging="648"/>
      </w:pPr>
      <w:r>
        <w:rPr>
          <w:sz w:val="20"/>
        </w:rPr>
        <w:t>296. Complex Spatiotemporal Dynamics in Lotka-Volterra Ring Systems, J.C. Wildenberg, J.A. Vano, and J.C. Sprott, Ecological Complexity 3, 140 (2006).</w:t>
      </w:r>
    </w:p>
    <w:p w14:paraId="4E214D29" w14:textId="77777777" w:rsidR="00292B2B" w:rsidRDefault="00757BA4">
      <w:pPr>
        <w:spacing w:after="60" w:line="276" w:lineRule="auto"/>
        <w:ind w:left="648" w:hanging="648"/>
      </w:pPr>
      <w:r>
        <w:rPr>
          <w:sz w:val="20"/>
        </w:rPr>
        <w:t>297. Chaotic Hyperjerk Systems, K.E. Chlouverakis and J.C. Sprott, Chaos, Solitons, and Fractals 28, 739 (2006).</w:t>
      </w:r>
    </w:p>
    <w:p w14:paraId="6E9A0D76" w14:textId="77777777" w:rsidR="00292B2B" w:rsidRDefault="00757BA4">
      <w:pPr>
        <w:spacing w:after="60" w:line="276" w:lineRule="auto"/>
        <w:ind w:left="648" w:hanging="648"/>
      </w:pPr>
      <w:r>
        <w:rPr>
          <w:sz w:val="20"/>
        </w:rPr>
        <w:t>298. High-Dimensional Dynamics in the Delayed Henon Map, J.C. Sprott, Electronic Journal of Theoretical Physics 3, 19 (2006).</w:t>
      </w:r>
    </w:p>
    <w:p w14:paraId="27035377" w14:textId="77777777" w:rsidR="00292B2B" w:rsidRDefault="00757BA4">
      <w:pPr>
        <w:spacing w:after="60" w:line="276" w:lineRule="auto"/>
        <w:ind w:left="648" w:hanging="648"/>
      </w:pPr>
      <w:r>
        <w:rPr>
          <w:sz w:val="20"/>
        </w:rPr>
        <w:t>299. Probability of Local Bifurcation Type from a Fixed Point: A Random Matrix Perspective, D.J. Albers and J.C. Sprott, Journal of Stat. Phys. 125, 885 (2006).</w:t>
      </w:r>
    </w:p>
    <w:p w14:paraId="45A5CFC7" w14:textId="77777777" w:rsidR="00292B2B" w:rsidRDefault="00757BA4">
      <w:pPr>
        <w:spacing w:after="60" w:line="276" w:lineRule="auto"/>
        <w:ind w:left="648" w:hanging="648"/>
      </w:pPr>
      <w:r>
        <w:rPr>
          <w:sz w:val="20"/>
        </w:rPr>
        <w:t>300. Electric Sheep: Evolutionary Aesthetics and Fractal Dimension of Animated Fractal Images, S. Draves, R. Abraham, J.C. Sprott, F.D. Abraham, and P. Viotti, Proceedings of the 2nd International Nonlinear Science Conference, Heraklion, Greece (2006).</w:t>
      </w:r>
    </w:p>
    <w:p w14:paraId="0520CD14" w14:textId="77777777" w:rsidR="00292B2B" w:rsidRDefault="00757BA4">
      <w:pPr>
        <w:spacing w:after="60" w:line="276" w:lineRule="auto"/>
        <w:ind w:left="648" w:hanging="648"/>
      </w:pPr>
      <w:r>
        <w:rPr>
          <w:sz w:val="20"/>
        </w:rPr>
        <w:t>301. Predator-Prey Dynamics for Rabbits, Trees, and Romance, J.C. Sprott, in Proceedings of the Fourth International Conference on Complex Systems (A. A. Minai and Y. Bar- Yam eds.), Springer-Verlag: New York (2008).</w:t>
      </w:r>
    </w:p>
    <w:p w14:paraId="56682C31" w14:textId="77777777" w:rsidR="00292B2B" w:rsidRDefault="00757BA4">
      <w:pPr>
        <w:spacing w:after="60" w:line="276" w:lineRule="auto"/>
        <w:ind w:left="648" w:hanging="648"/>
      </w:pPr>
      <w:r>
        <w:rPr>
          <w:sz w:val="20"/>
        </w:rPr>
        <w:t>302. Labyrinth Chaos, J.C. Sprott and K.E. Chlouverakis, International Journal of Bifurcation and Chaos 17, 2097 (2007).</w:t>
      </w:r>
    </w:p>
    <w:p w14:paraId="757428EB" w14:textId="77777777" w:rsidR="00292B2B" w:rsidRDefault="00757BA4">
      <w:pPr>
        <w:spacing w:after="60" w:line="276" w:lineRule="auto"/>
        <w:ind w:left="648" w:hanging="648"/>
      </w:pPr>
      <w:r>
        <w:rPr>
          <w:sz w:val="20"/>
        </w:rPr>
        <w:t>303. The Aesthetics and Fractal Dimension of Electric Sheep, S. Draves, R. Abraham, P. Viotti, F.D. Abraham, and J.C. Sprott, International Journal of Bifurcation and Chaos 18, 1243 (2008).</w:t>
      </w:r>
    </w:p>
    <w:p w14:paraId="0452A667" w14:textId="77777777" w:rsidR="00292B2B" w:rsidRDefault="00757BA4">
      <w:pPr>
        <w:spacing w:after="60" w:line="276" w:lineRule="auto"/>
        <w:ind w:left="648" w:hanging="648"/>
      </w:pPr>
      <w:r>
        <w:rPr>
          <w:sz w:val="20"/>
        </w:rPr>
        <w:t>304. A Simple Chaotic Delay Differential Equation, J.C. Sprott, Physics Letters A 366, 397 (2007).</w:t>
      </w:r>
    </w:p>
    <w:p w14:paraId="71C6679A" w14:textId="77777777" w:rsidR="00292B2B" w:rsidRDefault="00757BA4">
      <w:pPr>
        <w:spacing w:after="60" w:line="276" w:lineRule="auto"/>
        <w:ind w:left="648" w:hanging="648"/>
      </w:pPr>
      <w:r>
        <w:rPr>
          <w:sz w:val="20"/>
        </w:rPr>
        <w:t>305. Hyperlabyrinth Chaos: From Chaotic Walks to Spatiotemporal Chaos, K.E. Chlouverakis and J.C. Sprott, Chaos 17, 023110 (2007).</w:t>
      </w:r>
    </w:p>
    <w:p w14:paraId="638162E6" w14:textId="77777777" w:rsidR="00292B2B" w:rsidRDefault="00757BA4">
      <w:pPr>
        <w:spacing w:after="60" w:line="276" w:lineRule="auto"/>
        <w:ind w:left="648" w:hanging="648"/>
      </w:pPr>
      <w:r>
        <w:rPr>
          <w:sz w:val="20"/>
        </w:rPr>
        <w:t>306. A Minimal 2-D Quadratic Map with Quasi-periodic Route to Chaos, E. Zeroulia and J.C. Sprott, International Journal of Bifurcation and Chaos 18, 1567 (2008).</w:t>
      </w:r>
    </w:p>
    <w:p w14:paraId="75BBF761" w14:textId="77777777" w:rsidR="00292B2B" w:rsidRDefault="00757BA4">
      <w:pPr>
        <w:spacing w:after="60" w:line="276" w:lineRule="auto"/>
        <w:ind w:left="648" w:hanging="648"/>
      </w:pPr>
      <w:r>
        <w:rPr>
          <w:sz w:val="20"/>
        </w:rPr>
        <w:t>307. A New Simple 2-D Piecewise Linear Map, E. Zeroulia and J.C. Sprott, Journal of Systems Science and Complexity 23, 379 (2010).</w:t>
      </w:r>
    </w:p>
    <w:p w14:paraId="470E3EAC" w14:textId="77777777" w:rsidR="00292B2B" w:rsidRDefault="00757BA4">
      <w:pPr>
        <w:spacing w:after="60" w:line="276" w:lineRule="auto"/>
        <w:ind w:left="648" w:hanging="648"/>
      </w:pPr>
      <w:r>
        <w:rPr>
          <w:sz w:val="20"/>
        </w:rPr>
        <w:t>308. A Two-Dimensional Discrete Mapping with C∞ Multifold Chaotic Attractors, E. Zeroulia and J.C. Sprott, Electronic Journal of Theoretical Physics 5, 111 (2008).</w:t>
      </w:r>
    </w:p>
    <w:p w14:paraId="08871ED6" w14:textId="77777777" w:rsidR="00292B2B" w:rsidRDefault="00757BA4">
      <w:pPr>
        <w:spacing w:after="60" w:line="276" w:lineRule="auto"/>
        <w:ind w:left="648" w:hanging="648"/>
      </w:pPr>
      <w:r>
        <w:rPr>
          <w:sz w:val="20"/>
        </w:rPr>
        <w:t>309. Maximally Complex Simple Attractors, J.C. Sprott, Chaos 17, 033124 (2007).</w:t>
      </w:r>
    </w:p>
    <w:p w14:paraId="42B69CC2" w14:textId="77777777" w:rsidR="00292B2B" w:rsidRDefault="00757BA4">
      <w:pPr>
        <w:spacing w:after="60" w:line="276" w:lineRule="auto"/>
        <w:ind w:left="648" w:hanging="648"/>
      </w:pPr>
      <w:r>
        <w:rPr>
          <w:sz w:val="20"/>
        </w:rPr>
        <w:t>310. On the Dynamics of a New Simple 2-D Rational Discrete Mapping, E. Zeroulia and J.C. Sprott, International Journal of Bifurcation and Chaos 21, 155 (2011).</w:t>
      </w:r>
    </w:p>
    <w:p w14:paraId="72A88DF9" w14:textId="77777777" w:rsidR="00292B2B" w:rsidRDefault="00757BA4">
      <w:pPr>
        <w:spacing w:after="60" w:line="276" w:lineRule="auto"/>
        <w:ind w:left="648" w:hanging="648"/>
      </w:pPr>
      <w:r>
        <w:rPr>
          <w:sz w:val="20"/>
        </w:rPr>
        <w:t>311. Biophilic Fractals and the Visual Journey of Organic Screen-savers, R.P. Taylor and J.C. Sprott, Nonlinear Dynamics in Psychology and Life Sciences 12, 117 (2008).</w:t>
      </w:r>
    </w:p>
    <w:p w14:paraId="475B7EF2" w14:textId="77777777" w:rsidR="00292B2B" w:rsidRDefault="00757BA4">
      <w:pPr>
        <w:spacing w:after="60" w:line="276" w:lineRule="auto"/>
        <w:ind w:left="648" w:hanging="648"/>
      </w:pPr>
      <w:r>
        <w:rPr>
          <w:sz w:val="20"/>
        </w:rPr>
        <w:t>312. Simple Models of Complex Chaotic Systems, J.C. Sprott, Am. J. Phys. 76, 474 (2008).</w:t>
      </w:r>
    </w:p>
    <w:p w14:paraId="1C21DC90" w14:textId="77777777" w:rsidR="00292B2B" w:rsidRDefault="00757BA4">
      <w:pPr>
        <w:spacing w:after="60" w:line="276" w:lineRule="auto"/>
        <w:ind w:left="648" w:hanging="648"/>
      </w:pPr>
      <w:r>
        <w:rPr>
          <w:sz w:val="20"/>
        </w:rPr>
        <w:t>313. A Search for the Simplest Chaotic Partial Differential Equation, C. Brummitt and J.C. Sprott, (withdrawn).</w:t>
      </w:r>
    </w:p>
    <w:p w14:paraId="5A174133" w14:textId="77777777" w:rsidR="00292B2B" w:rsidRDefault="00757BA4">
      <w:pPr>
        <w:spacing w:after="60" w:line="276" w:lineRule="auto"/>
        <w:ind w:left="648" w:hanging="648"/>
      </w:pPr>
      <w:r>
        <w:rPr>
          <w:sz w:val="20"/>
        </w:rPr>
        <w:t>314. A Unified Piecewise Smooth Chaotic Mapping that Contains the Hénon and the Lozi Systems, E. Zeroulia and J.C. Sprott, Annual Review of Chaos Theory, Bifurcations and Dynamical Systems 1, 50 (2012).</w:t>
      </w:r>
    </w:p>
    <w:p w14:paraId="492D26E8" w14:textId="77777777" w:rsidR="00292B2B" w:rsidRDefault="00757BA4">
      <w:pPr>
        <w:spacing w:after="60" w:line="276" w:lineRule="auto"/>
        <w:ind w:left="648" w:hanging="648"/>
      </w:pPr>
      <w:r>
        <w:rPr>
          <w:sz w:val="20"/>
        </w:rPr>
        <w:t>315. Chaotifying 2-D Piecewise Linear Maps via a Piecewise Linear Controller Function, E. Zeroulia and J.C. Sprott, Nonlinear Oscillations 13, 328 (2010).</w:t>
      </w:r>
    </w:p>
    <w:p w14:paraId="643A62E7" w14:textId="77777777" w:rsidR="00292B2B" w:rsidRDefault="00757BA4">
      <w:pPr>
        <w:spacing w:after="60" w:line="276" w:lineRule="auto"/>
        <w:ind w:left="648" w:hanging="648"/>
      </w:pPr>
      <w:r>
        <w:rPr>
          <w:sz w:val="20"/>
        </w:rPr>
        <w:t>316. The Unified Chaotic System Describing the Lorenz and Chua Systems, E. Zeroulia and J.C. Sprott, Facta Universitatis 23, 345 (2010).</w:t>
      </w:r>
    </w:p>
    <w:p w14:paraId="2EF122D8" w14:textId="77777777" w:rsidR="00292B2B" w:rsidRDefault="00757BA4">
      <w:pPr>
        <w:spacing w:after="60" w:line="276" w:lineRule="auto"/>
        <w:ind w:left="648" w:hanging="648"/>
      </w:pPr>
      <w:r>
        <w:rPr>
          <w:sz w:val="20"/>
        </w:rPr>
        <w:t>317. Strange Attractors, J.C. Sprott, The Online Journal of the Harvard Extension School Environmental Club 1, 56 (2008).</w:t>
      </w:r>
    </w:p>
    <w:p w14:paraId="73D273A9" w14:textId="77777777" w:rsidR="00292B2B" w:rsidRDefault="00757BA4">
      <w:pPr>
        <w:spacing w:after="60" w:line="276" w:lineRule="auto"/>
        <w:ind w:left="648" w:hanging="648"/>
      </w:pPr>
      <w:r>
        <w:rPr>
          <w:sz w:val="20"/>
        </w:rPr>
        <w:t>318. The Effect of Modulating a Parameter in the Logistic Map, E. Zeroulia and J.C. Sprott, Chaos 18, 023119 (2008).</w:t>
      </w:r>
    </w:p>
    <w:p w14:paraId="6BAC0743" w14:textId="77777777" w:rsidR="00292B2B" w:rsidRDefault="00757BA4">
      <w:pPr>
        <w:spacing w:after="60" w:line="276" w:lineRule="auto"/>
        <w:ind w:left="648" w:hanging="648"/>
      </w:pPr>
      <w:r>
        <w:rPr>
          <w:sz w:val="20"/>
        </w:rPr>
        <w:t>319. On the Robustness of Chaos in Dynamical Systems: Theories and Applications, E. Zeroulia and J.C. Sprott, Frontiers of Physics in China 3, 195 (2008).</w:t>
      </w:r>
    </w:p>
    <w:p w14:paraId="419F92B2" w14:textId="77777777" w:rsidR="00292B2B" w:rsidRDefault="00757BA4">
      <w:pPr>
        <w:spacing w:after="60" w:line="276" w:lineRule="auto"/>
        <w:ind w:left="648" w:hanging="648"/>
      </w:pPr>
      <w:r>
        <w:rPr>
          <w:sz w:val="20"/>
        </w:rPr>
        <w:t>320. Quadratic Maps of the Plane: Tutorial and Review, E. Zeroulia and J.C. Sprott, in “2-D Quadratic Maps and 3-D ODE Systems,” World Scientific: Singapore (2010).</w:t>
      </w:r>
    </w:p>
    <w:p w14:paraId="21CB8C29" w14:textId="77777777" w:rsidR="00292B2B" w:rsidRDefault="00757BA4">
      <w:pPr>
        <w:spacing w:after="60" w:line="276" w:lineRule="auto"/>
        <w:ind w:left="648" w:hanging="648"/>
      </w:pPr>
      <w:r>
        <w:rPr>
          <w:sz w:val="20"/>
        </w:rPr>
        <w:t>321. The Discrete Hyperchaotic Double Scroll, E. Zeroulia and J.C. Sprott, International Journal of Bifurcation and Chaos 19, 1023 (2009).</w:t>
      </w:r>
    </w:p>
    <w:p w14:paraId="18CCBE0A" w14:textId="77777777" w:rsidR="00292B2B" w:rsidRDefault="00757BA4">
      <w:pPr>
        <w:spacing w:after="60" w:line="276" w:lineRule="auto"/>
        <w:ind w:left="648" w:hanging="648"/>
      </w:pPr>
      <w:r>
        <w:rPr>
          <w:sz w:val="20"/>
        </w:rPr>
        <w:t>322. Rigorous Prediction of Quadratic Hyperchaotic Attractors of the Plane, E. Zeroulia and J.C. Sprott, (withdrawn).</w:t>
      </w:r>
    </w:p>
    <w:p w14:paraId="01A34181" w14:textId="77777777" w:rsidR="00292B2B" w:rsidRDefault="00757BA4">
      <w:pPr>
        <w:spacing w:after="60" w:line="276" w:lineRule="auto"/>
        <w:ind w:left="648" w:hanging="648"/>
      </w:pPr>
      <w:r>
        <w:rPr>
          <w:sz w:val="20"/>
        </w:rPr>
        <w:t>323. Some Criteria for Chaos and No Chaos in the Quadratic Map of the Plane, E. Zeroulia and J.C. Sprott, Facta Universitatis 22, 105 (2009).</w:t>
      </w:r>
    </w:p>
    <w:p w14:paraId="6F14AA5B" w14:textId="77777777" w:rsidR="00292B2B" w:rsidRDefault="00757BA4">
      <w:pPr>
        <w:spacing w:after="60" w:line="276" w:lineRule="auto"/>
        <w:ind w:left="648" w:hanging="648"/>
      </w:pPr>
      <w:r>
        <w:rPr>
          <w:sz w:val="20"/>
        </w:rPr>
        <w:t>324. Classification of Three-Dimensional Quadratic Diffeomorphisms with Constant Jacobian, E. Zeroulia and J.C. Sprott, Frontiers of Physics in China 4, 111 (2009).</w:t>
      </w:r>
    </w:p>
    <w:p w14:paraId="06D8639E" w14:textId="77777777" w:rsidR="00292B2B" w:rsidRDefault="00757BA4">
      <w:pPr>
        <w:spacing w:after="60" w:line="276" w:lineRule="auto"/>
        <w:ind w:left="648" w:hanging="648"/>
      </w:pPr>
      <w:r>
        <w:rPr>
          <w:sz w:val="20"/>
        </w:rPr>
        <w:t>325. Chaotic Dynamics on Large Networks, J.C. Sprott, Chaos 18, 023135 (2008).</w:t>
      </w:r>
    </w:p>
    <w:p w14:paraId="36725B79" w14:textId="77777777" w:rsidR="00292B2B" w:rsidRDefault="00757BA4">
      <w:pPr>
        <w:spacing w:after="60" w:line="276" w:lineRule="auto"/>
        <w:ind w:left="648" w:hanging="648"/>
      </w:pPr>
      <w:r>
        <w:rPr>
          <w:sz w:val="20"/>
        </w:rPr>
        <w:t>326. A Simple Diffusion Model Showing Anomalous Scaling, G. Rowlands and J.C. Sprott, Physics of Plasmas 15, 082308 (2008).</w:t>
      </w:r>
    </w:p>
    <w:p w14:paraId="5C2BF7D6" w14:textId="77777777" w:rsidR="00292B2B" w:rsidRDefault="00757BA4">
      <w:pPr>
        <w:spacing w:after="60" w:line="276" w:lineRule="auto"/>
        <w:ind w:left="648" w:hanging="648"/>
      </w:pPr>
      <w:r>
        <w:rPr>
          <w:sz w:val="20"/>
        </w:rPr>
        <w:t>327. Simplifications of the Lorenz Attractor, J.C. Sprott, Nonlinear Dynamics, Psychology and Life Sciences 13, 271 (2009).</w:t>
      </w:r>
    </w:p>
    <w:p w14:paraId="1DCFC681" w14:textId="77777777" w:rsidR="00292B2B" w:rsidRDefault="00757BA4">
      <w:pPr>
        <w:spacing w:after="60" w:line="276" w:lineRule="auto"/>
        <w:ind w:left="648" w:hanging="648"/>
      </w:pPr>
      <w:r>
        <w:rPr>
          <w:sz w:val="20"/>
        </w:rPr>
        <w:t>328. Dynamics of a Simplified Lorenz System, K. Sun and J.C. Sprott, International Journal of Bifurcation and Chaos 19, 1357 (2009).</w:t>
      </w:r>
    </w:p>
    <w:p w14:paraId="46FEFCB5" w14:textId="77777777" w:rsidR="00292B2B" w:rsidRDefault="00757BA4">
      <w:pPr>
        <w:spacing w:after="60" w:line="276" w:lineRule="auto"/>
        <w:ind w:left="648" w:hanging="648"/>
      </w:pPr>
      <w:r>
        <w:rPr>
          <w:sz w:val="20"/>
        </w:rPr>
        <w:t>329. Bifurcations of Fractional-Order Diffusionless Lorenz System, K. Sun and J.C. Sprott, Electronic Journal of Theoretical Physics 6, 123 (2009).</w:t>
      </w:r>
    </w:p>
    <w:p w14:paraId="3F318E49" w14:textId="77777777" w:rsidR="00292B2B" w:rsidRDefault="00757BA4">
      <w:pPr>
        <w:spacing w:after="60" w:line="276" w:lineRule="auto"/>
        <w:ind w:left="648" w:hanging="648"/>
      </w:pPr>
      <w:r>
        <w:rPr>
          <w:sz w:val="20"/>
        </w:rPr>
        <w:t>330. Generating 3-Scroll Attractors from One Chua Circuit, E. Zeroulia and J.C. Sprott, International Journal of Bifurcation and Chaos 20, 135 (2010).</w:t>
      </w:r>
    </w:p>
    <w:p w14:paraId="6B2C5AE3" w14:textId="77777777" w:rsidR="00292B2B" w:rsidRDefault="00757BA4">
      <w:pPr>
        <w:spacing w:after="60" w:line="276" w:lineRule="auto"/>
        <w:ind w:left="648" w:hanging="648"/>
      </w:pPr>
      <w:r>
        <w:rPr>
          <w:sz w:val="20"/>
        </w:rPr>
        <w:t>331. Simple Driven Chaotic Oscillators with Complex Variables, D. Marshall and J.C. Sprott, Chaos 19, 013124 (2009).</w:t>
      </w:r>
    </w:p>
    <w:p w14:paraId="1FA7A489" w14:textId="77777777" w:rsidR="00292B2B" w:rsidRDefault="00757BA4">
      <w:pPr>
        <w:spacing w:after="60" w:line="276" w:lineRule="auto"/>
        <w:ind w:left="648" w:hanging="648"/>
      </w:pPr>
      <w:r>
        <w:rPr>
          <w:sz w:val="20"/>
        </w:rPr>
        <w:t>332. Periodically Forced Chaotic System with Signum Nonlinearity, K. Sun and J.C. Sprott, International Journal of Bifurcation and Chaos 20, 1499 (2010).</w:t>
      </w:r>
    </w:p>
    <w:p w14:paraId="7D5FEF29" w14:textId="77777777" w:rsidR="00292B2B" w:rsidRDefault="00757BA4">
      <w:pPr>
        <w:spacing w:after="60" w:line="276" w:lineRule="auto"/>
        <w:ind w:left="648" w:hanging="648"/>
      </w:pPr>
      <w:r>
        <w:rPr>
          <w:sz w:val="20"/>
        </w:rPr>
        <w:t>333. Simple Conservative, Autonomous, Second-Order Chaotic Complex Variable Systems, D. Marshall and J.C. Sprott, International Journal of Bifurcation and Chaos 20, 697 (2010).</w:t>
      </w:r>
    </w:p>
    <w:p w14:paraId="6466FE77" w14:textId="77777777" w:rsidR="00292B2B" w:rsidRDefault="00757BA4">
      <w:pPr>
        <w:spacing w:after="60" w:line="276" w:lineRule="auto"/>
        <w:ind w:left="648" w:hanging="648"/>
      </w:pPr>
      <w:r>
        <w:rPr>
          <w:sz w:val="20"/>
        </w:rPr>
        <w:t>334. A Simple Jerk System with Piecewise Exponential Nonlinearity, K.H. Sun and J.C. Sprott, International Journal of Nonlinear Science and Numerical Simulation 10, 1443 (2009).</w:t>
      </w:r>
    </w:p>
    <w:p w14:paraId="5E3CFDC2" w14:textId="77777777" w:rsidR="00292B2B" w:rsidRDefault="00757BA4">
      <w:pPr>
        <w:spacing w:after="60" w:line="276" w:lineRule="auto"/>
        <w:ind w:left="648" w:hanging="648"/>
      </w:pPr>
      <w:r>
        <w:rPr>
          <w:sz w:val="20"/>
        </w:rPr>
        <w:t>335. A Search for the Simplest Chaotic Partial Differential Equation, C.D. Brummitt and J.C. Sprott, Physics Letters A 373, 2717 (2009).</w:t>
      </w:r>
    </w:p>
    <w:p w14:paraId="64DFF635" w14:textId="77777777" w:rsidR="00292B2B" w:rsidRDefault="00757BA4">
      <w:pPr>
        <w:spacing w:after="60" w:line="276" w:lineRule="auto"/>
        <w:ind w:left="648" w:hanging="648"/>
      </w:pPr>
      <w:r>
        <w:rPr>
          <w:sz w:val="20"/>
        </w:rPr>
        <w:t>336. Neural Network Method for Determining Embedding Dimension of a Time Series, A. Maus and J.C. Sprott, Communications in Nonlinear Science and Numerical Simulation 16, 3294 (2011).</w:t>
      </w:r>
    </w:p>
    <w:p w14:paraId="7EF53D52" w14:textId="77777777" w:rsidR="00292B2B" w:rsidRDefault="00757BA4">
      <w:pPr>
        <w:spacing w:after="60" w:line="276" w:lineRule="auto"/>
        <w:ind w:left="648" w:hanging="648"/>
      </w:pPr>
      <w:r>
        <w:rPr>
          <w:sz w:val="20"/>
        </w:rPr>
        <w:t>337. Some Explicit Formulas of Lyapunov Exponents for 3D Quadratic Mappings, E. Zeroulia and J.C. Sprott, Frontiers of Physics in China 4, 549 (2009).</w:t>
      </w:r>
    </w:p>
    <w:p w14:paraId="213E6C7A" w14:textId="77777777" w:rsidR="00292B2B" w:rsidRDefault="00757BA4">
      <w:pPr>
        <w:spacing w:after="60" w:line="276" w:lineRule="auto"/>
        <w:ind w:left="648" w:hanging="648"/>
      </w:pPr>
      <w:r>
        <w:rPr>
          <w:sz w:val="20"/>
        </w:rPr>
        <w:t>338. About the Boundedness of 3D Continuous-time Quadratic Systems, E. Zeroulia and J.C. Sprott, Nonlinear Oscillations 13, 515 (2010).</w:t>
      </w:r>
    </w:p>
    <w:p w14:paraId="72D43732" w14:textId="77777777" w:rsidR="00292B2B" w:rsidRDefault="00757BA4">
      <w:pPr>
        <w:spacing w:after="60" w:line="276" w:lineRule="auto"/>
        <w:ind w:left="648" w:hanging="648"/>
      </w:pPr>
      <w:r>
        <w:rPr>
          <w:sz w:val="20"/>
        </w:rPr>
        <w:t>339. Anti-Newtonian Dynamics, J.C. Sprott, American Journal of Physics 77, 783 (2009).</w:t>
      </w:r>
    </w:p>
    <w:p w14:paraId="52565FD1" w14:textId="77777777" w:rsidR="00292B2B" w:rsidRDefault="00757BA4">
      <w:pPr>
        <w:spacing w:after="60" w:line="276" w:lineRule="auto"/>
        <w:ind w:left="648" w:hanging="648"/>
      </w:pPr>
      <w:r>
        <w:rPr>
          <w:sz w:val="20"/>
        </w:rPr>
        <w:t>340. Identification of Dynamic Patterns of Body Sway During Quiet Standing: Is it a Nonlinear Process?, H. Ghomashchi, A. Esteki, J.C. Sprott, and A.M. Nasrabadi, International Journal of Bifurcation and Chaos 20, 1269 (2010).</w:t>
      </w:r>
    </w:p>
    <w:p w14:paraId="56A6A912" w14:textId="77777777" w:rsidR="00292B2B" w:rsidRDefault="00757BA4">
      <w:pPr>
        <w:spacing w:after="60" w:line="276" w:lineRule="auto"/>
        <w:ind w:left="648" w:hanging="648"/>
      </w:pPr>
      <w:r>
        <w:rPr>
          <w:sz w:val="20"/>
        </w:rPr>
        <w:t>341. Contact Bifurcations in Two-Dimensional Endomorphisms Related with Homoclinic or Heteroclinic Orbits, M.R. Ferchichi, I. Djellit, and J.C. Sprott, International Journal of Nonlinear Science 10, 484 (2010).</w:t>
      </w:r>
    </w:p>
    <w:p w14:paraId="52B0F0B4" w14:textId="77777777" w:rsidR="00292B2B" w:rsidRDefault="00757BA4">
      <w:pPr>
        <w:spacing w:after="60" w:line="276" w:lineRule="auto"/>
        <w:ind w:left="648" w:hanging="648"/>
      </w:pPr>
      <w:r>
        <w:rPr>
          <w:sz w:val="20"/>
        </w:rPr>
        <w:t>342. Bifurcations and Chaos in Fractional-Order Simplified Lorenz System, K. Sun, X. Wang, and J.C. Sprott, International Journal of Bifurcation and Chaos 20, 1209 (2010).</w:t>
      </w:r>
    </w:p>
    <w:p w14:paraId="690F0912" w14:textId="77777777" w:rsidR="00292B2B" w:rsidRDefault="00757BA4">
      <w:pPr>
        <w:spacing w:after="60" w:line="276" w:lineRule="auto"/>
        <w:ind w:left="648" w:hanging="648"/>
      </w:pPr>
      <w:r>
        <w:rPr>
          <w:sz w:val="20"/>
        </w:rPr>
        <w:t>343. Simple Autonomous Chaotic Circuits, J. Piper and J.C. Sprott, Bulletin of the American Physical Society MAR.Z13.9 (2010).</w:t>
      </w:r>
    </w:p>
    <w:p w14:paraId="00DBF606" w14:textId="77777777" w:rsidR="00292B2B" w:rsidRDefault="00757BA4">
      <w:pPr>
        <w:spacing w:after="60" w:line="276" w:lineRule="auto"/>
        <w:ind w:left="648" w:hanging="648"/>
      </w:pPr>
      <w:r>
        <w:rPr>
          <w:sz w:val="20"/>
        </w:rPr>
        <w:t>344. Dynamic Patterns of Postural Fluctuations during Quiet Standing: A Recurrence Quantification Approach, H. Ghomashchi, A. Esteki, A.M. Nashrabadi, J.C. Sprott, and F. BahrPeyma, International Journal of Bifurcation and Chaos 21, 1163 (2011).</w:t>
      </w:r>
    </w:p>
    <w:p w14:paraId="1179E8AC" w14:textId="77777777" w:rsidR="00292B2B" w:rsidRDefault="00757BA4">
      <w:pPr>
        <w:spacing w:after="60" w:line="276" w:lineRule="auto"/>
        <w:ind w:left="648" w:hanging="648"/>
      </w:pPr>
      <w:r>
        <w:rPr>
          <w:sz w:val="20"/>
        </w:rPr>
        <w:t>345. Simple Autonomous Chaotic Circuits, J.R. Piper and J.C. Sprott, IEEE Transactions on Circuits and Systems-II Express Briefs 57, 730 (2010).</w:t>
      </w:r>
    </w:p>
    <w:p w14:paraId="0CDFD393" w14:textId="77777777" w:rsidR="00292B2B" w:rsidRDefault="00757BA4">
      <w:pPr>
        <w:spacing w:after="60" w:line="276" w:lineRule="auto"/>
        <w:ind w:left="648" w:hanging="648"/>
      </w:pPr>
      <w:r>
        <w:rPr>
          <w:sz w:val="20"/>
        </w:rPr>
        <w:t>346. Robustification of Chaos in 2-D Maps, E. Zeroulia and J.C. Sprott, Advances in Complex Systems 14, 817 (2011).</w:t>
      </w:r>
    </w:p>
    <w:p w14:paraId="01C45927" w14:textId="77777777" w:rsidR="00292B2B" w:rsidRDefault="00757BA4">
      <w:pPr>
        <w:spacing w:after="60" w:line="276" w:lineRule="auto"/>
        <w:ind w:left="648" w:hanging="648"/>
      </w:pPr>
      <w:r>
        <w:rPr>
          <w:sz w:val="20"/>
        </w:rPr>
        <w:t>347. Simple Predator-Prey Swarming Model, V. Zhdankin and J.C. Sprott, Physical Review E 82, 056209 (2010).</w:t>
      </w:r>
    </w:p>
    <w:p w14:paraId="649CE57A" w14:textId="77777777" w:rsidR="00292B2B" w:rsidRDefault="00757BA4">
      <w:pPr>
        <w:spacing w:after="60" w:line="276" w:lineRule="auto"/>
        <w:ind w:left="648" w:hanging="648"/>
      </w:pPr>
      <w:r>
        <w:rPr>
          <w:sz w:val="20"/>
        </w:rPr>
        <w:t>348. Boundedness of Certain Forms of Jerky Dynamics, E. Zeroulia and J.C. Sprott, Qualitative Theory of Dynamical Systems 11, 199 (2012).</w:t>
      </w:r>
    </w:p>
    <w:p w14:paraId="721C5345" w14:textId="77777777" w:rsidR="00292B2B" w:rsidRDefault="00757BA4">
      <w:pPr>
        <w:spacing w:after="60" w:line="276" w:lineRule="auto"/>
        <w:ind w:left="648" w:hanging="648"/>
      </w:pPr>
      <w:r>
        <w:rPr>
          <w:sz w:val="20"/>
        </w:rPr>
        <w:t>349. Transformation of 4-D Dynamical Systems to Hyperjerk Form, E. Zeroulia and J.C. Sprott, Palestine Journal of Mathematics 2, 38 (2013).</w:t>
      </w:r>
    </w:p>
    <w:p w14:paraId="43B38457" w14:textId="77777777" w:rsidR="00292B2B" w:rsidRDefault="00757BA4">
      <w:pPr>
        <w:spacing w:after="60" w:line="276" w:lineRule="auto"/>
        <w:ind w:left="648" w:hanging="648"/>
      </w:pPr>
      <w:r>
        <w:rPr>
          <w:sz w:val="20"/>
        </w:rPr>
        <w:t>350. A Universal Nonlinear Control Law for the Synchronization of Arbitrary 4-D Continuous- Time Quadratic Systems, E. Zeroulia and J.C. Sprott, Electronic Journal of Theoretical Physics 8, 267 (2011).</w:t>
      </w:r>
    </w:p>
    <w:p w14:paraId="58E8C443" w14:textId="77777777" w:rsidR="00292B2B" w:rsidRDefault="00757BA4">
      <w:pPr>
        <w:spacing w:after="60" w:line="276" w:lineRule="auto"/>
        <w:ind w:left="648" w:hanging="648"/>
      </w:pPr>
      <w:r>
        <w:rPr>
          <w:sz w:val="20"/>
        </w:rPr>
        <w:t>351. Boundedness of the Lorenz-Stenflo System, E. Zeraoulia and J.C. Sprott, submitted to Applied Mathematics E-Notes (never published).</w:t>
      </w:r>
    </w:p>
    <w:p w14:paraId="74BE2331" w14:textId="77777777" w:rsidR="00292B2B" w:rsidRDefault="00757BA4">
      <w:pPr>
        <w:spacing w:after="60" w:line="276" w:lineRule="auto"/>
        <w:ind w:left="648" w:hanging="648"/>
      </w:pPr>
      <w:r>
        <w:rPr>
          <w:sz w:val="20"/>
        </w:rPr>
        <w:t>352. A New Chaotic Jerk Circuit, J.C. Sprott, IEEE Transactions on Circuits and Systems-II Express Briefs 58, 240 (2011).</w:t>
      </w:r>
    </w:p>
    <w:p w14:paraId="3D58FB5F" w14:textId="77777777" w:rsidR="00292B2B" w:rsidRDefault="00757BA4">
      <w:pPr>
        <w:spacing w:after="60" w:line="276" w:lineRule="auto"/>
        <w:ind w:left="648" w:hanging="648"/>
      </w:pPr>
      <w:r>
        <w:rPr>
          <w:sz w:val="20"/>
        </w:rPr>
        <w:t>353. On Some Universal Dynamics of a 2-D Hénon-like Mapping with an Unknown Bounded Function, E. Zeraoulia and J.C. Sprott, submitted to Frontiers of Mathematics in China (never published).</w:t>
      </w:r>
    </w:p>
    <w:p w14:paraId="19B04CFF" w14:textId="77777777" w:rsidR="00292B2B" w:rsidRDefault="00757BA4">
      <w:pPr>
        <w:spacing w:after="60" w:line="276" w:lineRule="auto"/>
        <w:ind w:left="648" w:hanging="648"/>
      </w:pPr>
      <w:r>
        <w:rPr>
          <w:sz w:val="20"/>
        </w:rPr>
        <w:t>354. Generalization of the Simplest Autonomous Chaotic System, B. Munmuangsaen, B. Srisuchinwong, and J.C. Sprott, Phys. Lett. A 375, 1445 (2011).</w:t>
      </w:r>
    </w:p>
    <w:p w14:paraId="1B86922E" w14:textId="77777777" w:rsidR="00292B2B" w:rsidRDefault="00757BA4">
      <w:pPr>
        <w:spacing w:after="60" w:line="276" w:lineRule="auto"/>
        <w:ind w:left="648" w:hanging="648"/>
      </w:pPr>
      <w:r>
        <w:rPr>
          <w:sz w:val="20"/>
        </w:rPr>
        <w:t>355. Hyperchaos and Hyperchaos Control of the Sinusoidally Forced Simplified Lorenz System, K. Sun, X. Liu, C. Zhu, and J.C. Sprott, Nonlinear Dynamics 69, 1383 (2012).</w:t>
      </w:r>
    </w:p>
    <w:p w14:paraId="14A2A363" w14:textId="77777777" w:rsidR="00292B2B" w:rsidRDefault="00757BA4">
      <w:pPr>
        <w:spacing w:after="60" w:line="276" w:lineRule="auto"/>
        <w:ind w:left="648" w:hanging="648"/>
      </w:pPr>
      <w:r>
        <w:rPr>
          <w:sz w:val="20"/>
        </w:rPr>
        <w:t>356. Some Open Problems in Chaos Theory and Dynamics, E. Zeraoulia and J.C. Sprott, International Journal of Open Problems in Computer Science and Mathematics 4, 1 (2011).</w:t>
      </w:r>
    </w:p>
    <w:p w14:paraId="3E62DB0A" w14:textId="77777777" w:rsidR="00292B2B" w:rsidRDefault="00757BA4">
      <w:pPr>
        <w:spacing w:after="60" w:line="276" w:lineRule="auto"/>
        <w:ind w:left="648" w:hanging="648"/>
      </w:pPr>
      <w:r>
        <w:rPr>
          <w:sz w:val="20"/>
        </w:rPr>
        <w:t>357. Non-Existence of Shilnikov Chaos in Continuous-Time Systems, E. Zeraoulia and J.C. Sprott, Applied Mathematics and Mechanics 33, 371 (2012).</w:t>
      </w:r>
    </w:p>
    <w:p w14:paraId="7179F2CF" w14:textId="77777777" w:rsidR="00292B2B" w:rsidRDefault="00757BA4">
      <w:pPr>
        <w:spacing w:after="60" w:line="276" w:lineRule="auto"/>
        <w:ind w:left="648" w:hanging="648"/>
      </w:pPr>
      <w:r>
        <w:rPr>
          <w:sz w:val="20"/>
        </w:rPr>
        <w:t>358. Is the HIV Therapy System Chaotic?, E. Zeraoulia and J.C. Sprott, (in draft).</w:t>
      </w:r>
    </w:p>
    <w:p w14:paraId="6E64E9C8" w14:textId="77777777" w:rsidR="00292B2B" w:rsidRDefault="00757BA4">
      <w:pPr>
        <w:spacing w:after="60" w:line="276" w:lineRule="auto"/>
        <w:ind w:left="648" w:hanging="648"/>
      </w:pPr>
      <w:r>
        <w:rPr>
          <w:sz w:val="20"/>
        </w:rPr>
        <w:t>359. Chaos in Easter Island Ecology, J.C. Sprott, Nonlinear Dynamics in Psychology and Life Sciences 15, 445 (2011).</w:t>
      </w:r>
    </w:p>
    <w:p w14:paraId="30697DCA" w14:textId="77777777" w:rsidR="00292B2B" w:rsidRDefault="00757BA4">
      <w:pPr>
        <w:spacing w:after="60" w:line="276" w:lineRule="auto"/>
        <w:ind w:left="648" w:hanging="648"/>
      </w:pPr>
      <w:r>
        <w:rPr>
          <w:sz w:val="20"/>
        </w:rPr>
        <w:t>360. A Zoo of Chaotic Attractors in a Map-Based BVP Model, E. Zeraoulia and J.C. Sprott, submitted to Nonlinear Oscillations (never published).</w:t>
      </w:r>
    </w:p>
    <w:p w14:paraId="5A0B8A05" w14:textId="77777777" w:rsidR="00292B2B" w:rsidRDefault="00757BA4">
      <w:pPr>
        <w:spacing w:after="60" w:line="276" w:lineRule="auto"/>
        <w:ind w:left="648" w:hanging="648"/>
      </w:pPr>
      <w:r>
        <w:rPr>
          <w:sz w:val="20"/>
        </w:rPr>
        <w:t>361. On the Continued Transition of Two S-Unimodal Maps and Robust Chaos, E. Zeraoulia and J.C. Sprott, Facta Universitatis 24, 1 (2012).</w:t>
      </w:r>
    </w:p>
    <w:p w14:paraId="07BAC147" w14:textId="77777777" w:rsidR="00292B2B" w:rsidRDefault="00757BA4">
      <w:pPr>
        <w:spacing w:after="60" w:line="276" w:lineRule="auto"/>
        <w:ind w:left="648" w:hanging="648"/>
      </w:pPr>
      <w:r>
        <w:rPr>
          <w:sz w:val="20"/>
        </w:rPr>
        <w:t>362. A Proposed Standard for the Publication of New Chaotic Systems, J.C. Sprott, International Journal of Bifurcation and Chaos 21, 2391 (2011).</w:t>
      </w:r>
    </w:p>
    <w:p w14:paraId="22958401" w14:textId="77777777" w:rsidR="00292B2B" w:rsidRDefault="00757BA4">
      <w:pPr>
        <w:spacing w:after="60" w:line="276" w:lineRule="auto"/>
        <w:ind w:left="648" w:hanging="648"/>
      </w:pPr>
      <w:r>
        <w:rPr>
          <w:sz w:val="20"/>
        </w:rPr>
        <w:t>363. GPU Accelerated Numerical Solutions to Chaotic PDEs, J. R. Seaton and J.C. Sprott, submitted to Computer Physics Communications (never published).</w:t>
      </w:r>
    </w:p>
    <w:p w14:paraId="5CF5F194" w14:textId="77777777" w:rsidR="00292B2B" w:rsidRDefault="00757BA4">
      <w:pPr>
        <w:spacing w:after="60" w:line="276" w:lineRule="auto"/>
        <w:ind w:left="648" w:hanging="648"/>
      </w:pPr>
      <w:r>
        <w:rPr>
          <w:sz w:val="20"/>
        </w:rPr>
        <w:t>364. A Universal Nonlinear Control Law for the Synchronization of Arbitrary 3-D Continuous- Time Quadratic Systems, E. Zeraoulia and J.C. Sprott, Advances in Systems Science and Applications 12, 44 (2012).</w:t>
      </w:r>
    </w:p>
    <w:p w14:paraId="6241A516" w14:textId="77777777" w:rsidR="00292B2B" w:rsidRDefault="00757BA4">
      <w:pPr>
        <w:spacing w:after="60" w:line="276" w:lineRule="auto"/>
        <w:ind w:left="648" w:hanging="648"/>
      </w:pPr>
      <w:r>
        <w:rPr>
          <w:sz w:val="20"/>
        </w:rPr>
        <w:t>365. Chaos in the Planar Two-Body Coulomb Problem with a Uniform Magnetic Field, V. Zhdankin and J.C. Sprott, Annual Review of Chaos Theory, Bifurcations and Dynamical Systems 3, 23 (2013).</w:t>
      </w:r>
    </w:p>
    <w:p w14:paraId="0B673388" w14:textId="77777777" w:rsidR="00292B2B" w:rsidRDefault="00757BA4">
      <w:pPr>
        <w:spacing w:after="60" w:line="276" w:lineRule="auto"/>
        <w:ind w:left="648" w:hanging="648"/>
      </w:pPr>
      <w:r>
        <w:rPr>
          <w:sz w:val="20"/>
        </w:rPr>
        <w:t>366. On Self-Copying of Chaos, E. Zeraoulia and J.C. Sprott, submitted to Nonlinear Studies (never published).</w:t>
      </w:r>
    </w:p>
    <w:p w14:paraId="1130A986" w14:textId="77777777" w:rsidR="00292B2B" w:rsidRDefault="00757BA4">
      <w:pPr>
        <w:spacing w:after="60" w:line="276" w:lineRule="auto"/>
        <w:ind w:left="648" w:hanging="648"/>
      </w:pPr>
      <w:r>
        <w:rPr>
          <w:sz w:val="20"/>
        </w:rPr>
        <w:t>367. About Structural Stability of 3-D Quadratic Mappings, E. Zeraoulia and J.C. Sprott, Nonlinear Studies 20, 9 (2013).</w:t>
      </w:r>
    </w:p>
    <w:p w14:paraId="12E4273D" w14:textId="77777777" w:rsidR="00292B2B" w:rsidRDefault="00757BA4">
      <w:pPr>
        <w:spacing w:after="60" w:line="276" w:lineRule="auto"/>
        <w:ind w:left="648" w:hanging="648"/>
      </w:pPr>
      <w:r>
        <w:rPr>
          <w:sz w:val="20"/>
        </w:rPr>
        <w:t>368. On the Persistence Property of a Wild-Hyperbolic Lorenz-Type Strange Attractor, E. Zeraoulia and J.C. Sprott, submitted to International Journal of Bifurcation and Chaos (never published).</w:t>
      </w:r>
    </w:p>
    <w:p w14:paraId="55C2136B" w14:textId="77777777" w:rsidR="00292B2B" w:rsidRDefault="00757BA4">
      <w:pPr>
        <w:spacing w:after="60" w:line="276" w:lineRule="auto"/>
        <w:ind w:left="648" w:hanging="648"/>
      </w:pPr>
      <w:r>
        <w:rPr>
          <w:sz w:val="20"/>
        </w:rPr>
        <w:t>369. Confirmation of Persistent Chaos in High Dimensions, E. Zeraoulia and J.C. Sprott, Palestine Journal of Mathematics 3, 126 (2014).</w:t>
      </w:r>
    </w:p>
    <w:p w14:paraId="116FDBEC" w14:textId="77777777" w:rsidR="00292B2B" w:rsidRDefault="00757BA4">
      <w:pPr>
        <w:spacing w:after="60" w:line="276" w:lineRule="auto"/>
        <w:ind w:left="648" w:hanging="648"/>
      </w:pPr>
      <w:r>
        <w:rPr>
          <w:sz w:val="20"/>
        </w:rPr>
        <w:t>370. A Rigorous Determination of the Overall Period in the Structure of a Chaotic Attractor, E. Zeraoulia and J.C. Sprott, International Journal of Bifurcation and Chaos 23, 1350046 (2013).</w:t>
      </w:r>
    </w:p>
    <w:p w14:paraId="0B549D5E" w14:textId="77777777" w:rsidR="00292B2B" w:rsidRDefault="00757BA4">
      <w:pPr>
        <w:spacing w:after="60" w:line="276" w:lineRule="auto"/>
        <w:ind w:left="648" w:hanging="648"/>
      </w:pPr>
      <w:r>
        <w:rPr>
          <w:sz w:val="20"/>
        </w:rPr>
        <w:t>371. Fractal Basins in the Lorenz Model, I. Djellit, J.C. Sprott, and M.R. Ferchichi, Chinese Physics Letters 28, 060501 (2011).</w:t>
      </w:r>
    </w:p>
    <w:p w14:paraId="4825CE34" w14:textId="77777777" w:rsidR="00292B2B" w:rsidRDefault="00757BA4">
      <w:pPr>
        <w:spacing w:after="60" w:line="276" w:lineRule="auto"/>
        <w:ind w:left="648" w:hanging="648"/>
      </w:pPr>
      <w:r>
        <w:rPr>
          <w:sz w:val="20"/>
        </w:rPr>
        <w:t>372. An Interval Estimation of the Upper Bound of the Chaotic Henon and Lozi Mappings, E. Zeraoulia and J.C. Sprott, submitted to Nonlinear Studies (never published).</w:t>
      </w:r>
    </w:p>
    <w:p w14:paraId="6D647D6D" w14:textId="77777777" w:rsidR="00292B2B" w:rsidRDefault="00757BA4">
      <w:pPr>
        <w:spacing w:after="60" w:line="276" w:lineRule="auto"/>
        <w:ind w:left="648" w:hanging="648"/>
      </w:pPr>
      <w:r>
        <w:rPr>
          <w:sz w:val="20"/>
        </w:rPr>
        <w:t>373. An Example of a Fully Bounded Chaotic Sea the Surrounds an Infinite Set of Invariant Tori, E. Zeraoulia and J.C. Sprott, Palestine Journal of Mathematics 1, 71 (2012).</w:t>
      </w:r>
    </w:p>
    <w:p w14:paraId="432CA4F3" w14:textId="77777777" w:rsidR="00292B2B" w:rsidRDefault="00757BA4">
      <w:pPr>
        <w:spacing w:after="60" w:line="276" w:lineRule="auto"/>
        <w:ind w:left="648" w:hanging="648"/>
      </w:pPr>
      <w:r>
        <w:rPr>
          <w:sz w:val="20"/>
        </w:rPr>
        <w:t>374. Spatiotemporal Chaos in Easter Island Ecology, J.C. Sprott, Nonlinear Dynamics, Psychology, and Life Sciences 16, 387 (2012).</w:t>
      </w:r>
    </w:p>
    <w:p w14:paraId="22C0DCEA" w14:textId="77777777" w:rsidR="00292B2B" w:rsidRDefault="00757BA4">
      <w:pPr>
        <w:spacing w:after="60" w:line="276" w:lineRule="auto"/>
        <w:ind w:left="648" w:hanging="648"/>
      </w:pPr>
      <w:r>
        <w:rPr>
          <w:sz w:val="20"/>
        </w:rPr>
        <w:t>375. On the Non-existence of Horseshoe-type Chaos in 3-D Quadratic Continuous-time Systems, E. Zeraoulia and J.C. Sprott, (in preparation).</w:t>
      </w:r>
    </w:p>
    <w:p w14:paraId="5BE7C04B" w14:textId="77777777" w:rsidR="00292B2B" w:rsidRDefault="00757BA4">
      <w:pPr>
        <w:spacing w:after="60" w:line="276" w:lineRule="auto"/>
        <w:ind w:left="648" w:hanging="648"/>
      </w:pPr>
      <w:r>
        <w:rPr>
          <w:sz w:val="20"/>
        </w:rPr>
        <w:t>376. Synchronization between Integer-order Chaotic Systems and a Class of Fractional-order Chaotic Systems via Sliding Mode Control, D. Chen, R. Zhang, J.C. Sprott, H. Chen, and X. Ma, Chaos 22, 023130 (2012).</w:t>
      </w:r>
    </w:p>
    <w:p w14:paraId="64C8DB6E" w14:textId="77777777" w:rsidR="00292B2B" w:rsidRDefault="00757BA4">
      <w:pPr>
        <w:spacing w:after="60" w:line="276" w:lineRule="auto"/>
        <w:ind w:left="648" w:hanging="648"/>
      </w:pPr>
      <w:r>
        <w:rPr>
          <w:sz w:val="20"/>
        </w:rPr>
        <w:t>377. Hyperbolification of Dynamical Systems: The Case of Continuous-time Systems, E. Zeraoulia and J.C. Sprott, Journal of Experimental and Theoretical Physics 115, 356 (2012).</w:t>
      </w:r>
    </w:p>
    <w:p w14:paraId="0896F12B" w14:textId="77777777" w:rsidR="00292B2B" w:rsidRDefault="00757BA4">
      <w:pPr>
        <w:spacing w:after="60" w:line="276" w:lineRule="auto"/>
        <w:ind w:left="648" w:hanging="648"/>
      </w:pPr>
      <w:r>
        <w:rPr>
          <w:sz w:val="20"/>
        </w:rPr>
        <w:t>378. About Universal Basins of Attraction in High-Dimensional Systems, E. Zeraoulia and J.C. Sprott, International Journal of Bifurcation and Chaos 23, 1350197 (2013).</w:t>
      </w:r>
    </w:p>
    <w:p w14:paraId="21AEA8CF" w14:textId="77777777" w:rsidR="00292B2B" w:rsidRDefault="00757BA4">
      <w:pPr>
        <w:spacing w:after="60" w:line="276" w:lineRule="auto"/>
        <w:ind w:left="648" w:hanging="648"/>
      </w:pPr>
      <w:r>
        <w:rPr>
          <w:sz w:val="20"/>
        </w:rPr>
        <w:t>379. Fractional Nonrational Inverses in the Lorenz Model, I. Djellit and J.C. Sprott, submitted to Science China Mathematics (never published).</w:t>
      </w:r>
    </w:p>
    <w:p w14:paraId="448ECACA" w14:textId="77777777" w:rsidR="00292B2B" w:rsidRDefault="00757BA4">
      <w:pPr>
        <w:spacing w:after="60" w:line="276" w:lineRule="auto"/>
        <w:ind w:left="648" w:hanging="648"/>
      </w:pPr>
      <w:r>
        <w:rPr>
          <w:sz w:val="20"/>
        </w:rPr>
        <w:t>380. Is Chaos Good for Learning?, J.C. Sprott, Nonlinear Dynamics, Psychology and Life Sciences 17, 223 (2013).</w:t>
      </w:r>
    </w:p>
    <w:p w14:paraId="35068D10" w14:textId="77777777" w:rsidR="00292B2B" w:rsidRDefault="00757BA4">
      <w:pPr>
        <w:spacing w:after="60" w:line="276" w:lineRule="auto"/>
        <w:ind w:left="648" w:hanging="648"/>
      </w:pPr>
      <w:r>
        <w:rPr>
          <w:sz w:val="20"/>
        </w:rPr>
        <w:t>381. A Proof that S-Unimodal Maps are Collet-Eckmann Maps in a Specific Range of their Bifurcation Parameters, E. Zeraoulia and J.C. Sprott, Acta Universitatis Apulensis 34, 51 (2013).</w:t>
      </w:r>
    </w:p>
    <w:p w14:paraId="575E64F2" w14:textId="77777777" w:rsidR="00292B2B" w:rsidRDefault="00757BA4">
      <w:pPr>
        <w:spacing w:after="60" w:line="276" w:lineRule="auto"/>
        <w:ind w:left="648" w:hanging="648"/>
      </w:pPr>
      <w:r>
        <w:rPr>
          <w:sz w:val="20"/>
        </w:rPr>
        <w:t>382. Chaotifying Continuous-time Systems by Symmetry, E. Zeraoulia and J.C. Sprott, in the book “Nonlinear dynamics-Applications in Physical and Social Science” (never published).</w:t>
      </w:r>
    </w:p>
    <w:p w14:paraId="5B53725A" w14:textId="77777777" w:rsidR="00292B2B" w:rsidRDefault="00757BA4">
      <w:pPr>
        <w:spacing w:after="60" w:line="276" w:lineRule="auto"/>
        <w:ind w:left="648" w:hanging="648"/>
      </w:pPr>
      <w:r>
        <w:rPr>
          <w:sz w:val="20"/>
        </w:rPr>
        <w:t>383. Is Unifying Chaotic Dynamical Systems Possible?, E. Zeraoulia and J.C. Sprott, International Journal of Open Problems in Computational Mathematics 5, 75 (2012).</w:t>
      </w:r>
    </w:p>
    <w:p w14:paraId="2B56C9C1" w14:textId="77777777" w:rsidR="00292B2B" w:rsidRDefault="00757BA4">
      <w:pPr>
        <w:spacing w:after="60" w:line="276" w:lineRule="auto"/>
        <w:ind w:left="648" w:hanging="648"/>
      </w:pPr>
      <w:r>
        <w:rPr>
          <w:sz w:val="20"/>
        </w:rPr>
        <w:t>384. A General Approach for Hyperchaotifying n-Dimensional Continuous-time Systems, E. Zeraoulia and J.C. Sprott, Sci Tech Journal of Science and Technology 1, 106 (2012).</w:t>
      </w:r>
    </w:p>
    <w:p w14:paraId="3B86A989" w14:textId="77777777" w:rsidR="00292B2B" w:rsidRDefault="00757BA4">
      <w:pPr>
        <w:spacing w:after="60" w:line="276" w:lineRule="auto"/>
        <w:ind w:left="648" w:hanging="648"/>
      </w:pPr>
      <w:r>
        <w:rPr>
          <w:sz w:val="20"/>
        </w:rPr>
        <w:t>385. On a Conjecture about Monomial Henon Mappings, E. Zeraoulia and J.C. Sprott, International Journal of Open Problems in Computers and Mathematics 6, 55 (2013).</w:t>
      </w:r>
    </w:p>
    <w:p w14:paraId="3822BDFE" w14:textId="77777777" w:rsidR="00292B2B" w:rsidRDefault="00757BA4">
      <w:pPr>
        <w:spacing w:after="60" w:line="276" w:lineRule="auto"/>
        <w:ind w:left="648" w:hanging="648"/>
      </w:pPr>
      <w:r>
        <w:rPr>
          <w:sz w:val="20"/>
        </w:rPr>
        <w:t>386. Period-doubling Bifurcation in a Dissipative Map, I. Djellit, J.C. Sprott, A. Hachemi, and T. Loulou, Journal of Advanced Research in Dynamical and Control Systems 6, 1 (2014).</w:t>
      </w:r>
    </w:p>
    <w:p w14:paraId="27DF8F38" w14:textId="77777777" w:rsidR="00292B2B" w:rsidRDefault="00757BA4">
      <w:pPr>
        <w:spacing w:after="60" w:line="276" w:lineRule="auto"/>
        <w:ind w:left="648" w:hanging="648"/>
      </w:pPr>
      <w:r>
        <w:rPr>
          <w:sz w:val="20"/>
        </w:rPr>
        <w:t>387. Evaluating Lyapunov Exponent Spectra with Neural Networks, A. Maus and J.C. Sprott, Chaos, Solitons, and Fractals 51, 13 (2013).</w:t>
      </w:r>
    </w:p>
    <w:p w14:paraId="468617EF" w14:textId="77777777" w:rsidR="00292B2B" w:rsidRDefault="00757BA4">
      <w:pPr>
        <w:spacing w:after="60" w:line="276" w:lineRule="auto"/>
        <w:ind w:left="648" w:hanging="648"/>
      </w:pPr>
      <w:r>
        <w:rPr>
          <w:sz w:val="20"/>
        </w:rPr>
        <w:t>388. A New Cost Function for Parameter Estimation of Chaotic Systems using Return Maps as Fingerprints, S. Jafari, J.C. Sprott, V. Pham, S.M.R.H. Golpayegani, A.H. Jafari, International Journal of Bifurcation and Chaos 24, 1450134 (2014).</w:t>
      </w:r>
    </w:p>
    <w:p w14:paraId="2150F555" w14:textId="77777777" w:rsidR="00292B2B" w:rsidRDefault="00757BA4">
      <w:pPr>
        <w:spacing w:after="60" w:line="276" w:lineRule="auto"/>
        <w:ind w:left="648" w:hanging="648"/>
      </w:pPr>
      <w:r>
        <w:rPr>
          <w:sz w:val="20"/>
        </w:rPr>
        <w:t>389. Layla and Majnun: A Complex Love Story, S. Jafari, J.C. Sprott, and S.M.R.H. Golpayegani, Nonlinear Dynamics 83, 615 (2016).</w:t>
      </w:r>
    </w:p>
    <w:p w14:paraId="39E078A0" w14:textId="77777777" w:rsidR="00292B2B" w:rsidRDefault="00757BA4">
      <w:pPr>
        <w:spacing w:after="60" w:line="276" w:lineRule="auto"/>
        <w:ind w:left="648" w:hanging="648"/>
      </w:pPr>
      <w:r>
        <w:rPr>
          <w:sz w:val="20"/>
        </w:rPr>
        <w:t>390. Application of Takagi-Sugeno Fuzzy Model to a Class of Chaotic Synchronization and Anti-Synchronization, D. Chen, W. Zhao, J.C. Sprott, and X. Ma, Nonlinear Dynamics 73, 1495 (2013).</w:t>
      </w:r>
    </w:p>
    <w:p w14:paraId="7380552F" w14:textId="77777777" w:rsidR="00292B2B" w:rsidRDefault="00757BA4">
      <w:pPr>
        <w:spacing w:after="60" w:line="276" w:lineRule="auto"/>
        <w:ind w:left="648" w:hanging="648"/>
      </w:pPr>
      <w:r>
        <w:rPr>
          <w:sz w:val="20"/>
        </w:rPr>
        <w:t>391. Simplest 3-D Quadratic Continuous Time Systems that are Candidates for Generating n- Scroll Chaotic Attractors, E. Zeraoulia and J.C. Sprott, International Journal of Bifurcation and Chaos 23, 1350120 (2013).</w:t>
      </w:r>
    </w:p>
    <w:p w14:paraId="1D50DBB8" w14:textId="77777777" w:rsidR="00292B2B" w:rsidRDefault="00757BA4">
      <w:pPr>
        <w:spacing w:after="60" w:line="276" w:lineRule="auto"/>
        <w:ind w:left="648" w:hanging="648"/>
      </w:pPr>
      <w:r>
        <w:rPr>
          <w:sz w:val="20"/>
        </w:rPr>
        <w:t>392. Elementary Quadratic Chaotic Flows with no Equilibria, S. Jaffari, J.C. Sprott, and S.M.R.H. Golpayegani, Physics Letters A 377, 699 (2013).</w:t>
      </w:r>
    </w:p>
    <w:p w14:paraId="4209EE32" w14:textId="77777777" w:rsidR="00292B2B" w:rsidRDefault="00757BA4">
      <w:pPr>
        <w:spacing w:after="60" w:line="276" w:lineRule="auto"/>
        <w:ind w:left="648" w:hanging="648"/>
      </w:pPr>
      <w:r>
        <w:rPr>
          <w:sz w:val="20"/>
        </w:rPr>
        <w:t>393. A Novel Four-Wing Strange Attractor Born in Bistability, C. Li, I. Pehlivan, J.C. Sprott, and A. Akgul, IEICE Electronics Express 12, 20141116 (2015).</w:t>
      </w:r>
    </w:p>
    <w:p w14:paraId="1203D187" w14:textId="77777777" w:rsidR="00292B2B" w:rsidRDefault="00757BA4">
      <w:pPr>
        <w:spacing w:after="60" w:line="276" w:lineRule="auto"/>
        <w:ind w:left="648" w:hanging="648"/>
      </w:pPr>
      <w:r>
        <w:rPr>
          <w:sz w:val="20"/>
        </w:rPr>
        <w:t>394. A Chaotic Model of Sustaining Attention Problem in Attention Deficit Disorder, G. Baghdadi, S. Jafari, J.C. Sprott, F. Towhidkhah, and M.R.H. Golpayegani, Commun. Nonlinear Sci. Numer. Simulat. 20, 174-185 (2015).</w:t>
      </w:r>
    </w:p>
    <w:p w14:paraId="3789E7F5" w14:textId="77777777" w:rsidR="00292B2B" w:rsidRDefault="00757BA4">
      <w:pPr>
        <w:spacing w:after="60" w:line="276" w:lineRule="auto"/>
        <w:ind w:left="648" w:hanging="648"/>
      </w:pPr>
      <w:r>
        <w:rPr>
          <w:sz w:val="20"/>
        </w:rPr>
        <w:t>395. Coexistence of Point, Periodic, and Strange Attractors, J.C. Sprott, X. Wang, and G. Chen, International Journal of Bifurcation and Chaos 23, 1350093 (2013).</w:t>
      </w:r>
    </w:p>
    <w:p w14:paraId="40947985" w14:textId="77777777" w:rsidR="00292B2B" w:rsidRDefault="00757BA4">
      <w:pPr>
        <w:spacing w:after="60" w:line="276" w:lineRule="auto"/>
        <w:ind w:left="648" w:hanging="648"/>
      </w:pPr>
      <w:r>
        <w:rPr>
          <w:sz w:val="20"/>
        </w:rPr>
        <w:t>396. Amplitude Control Approach for Chaotic Signals, C. Li and J.C. Sprott, Nonlinear Dynamics 73, 1335 (2013).</w:t>
      </w:r>
    </w:p>
    <w:p w14:paraId="1B06C327" w14:textId="77777777" w:rsidR="00292B2B" w:rsidRDefault="00757BA4">
      <w:pPr>
        <w:spacing w:after="60" w:line="276" w:lineRule="auto"/>
        <w:ind w:left="648" w:hanging="648"/>
      </w:pPr>
      <w:r>
        <w:rPr>
          <w:sz w:val="20"/>
        </w:rPr>
        <w:t>397. A Gaussian Mixture Model Based Cost Function for Parameter Estimation of Chaotic Biological Systems, Y. Shekofteh, S. Jafari, J.C. Sprott, S.M.R.H. Golpayegani, and F. Almasganj, Communications in Nonlinear Science and Numerical Simulation 20, 469 (2015).</w:t>
      </w:r>
    </w:p>
    <w:p w14:paraId="6D796EDB" w14:textId="77777777" w:rsidR="00292B2B" w:rsidRDefault="00757BA4">
      <w:pPr>
        <w:spacing w:after="60" w:line="276" w:lineRule="auto"/>
        <w:ind w:left="648" w:hanging="648"/>
      </w:pPr>
      <w:r>
        <w:rPr>
          <w:sz w:val="20"/>
        </w:rPr>
        <w:t>398. Amplitude-Phase Control of a Novel Chaotic Attractor, C. Li, I. Pehlivan, and J.C. Sprott, Turkish Journal of Electrical Engineering and Computer Sciences 24, 1, (2016).</w:t>
      </w:r>
    </w:p>
    <w:p w14:paraId="669EB088" w14:textId="77777777" w:rsidR="00292B2B" w:rsidRDefault="00757BA4">
      <w:pPr>
        <w:spacing w:after="60" w:line="276" w:lineRule="auto"/>
        <w:ind w:left="648" w:hanging="648"/>
      </w:pPr>
      <w:r>
        <w:rPr>
          <w:sz w:val="20"/>
        </w:rPr>
        <w:t>399. Simple Chaotic Flows with one Stable Equilibrium, M. Molaie, S. Jafari, J.C. Sprott, and S.M.R.H. Golpayegani, International Journal of Bifurcation and Chaos 23, 1350188 (2013).</w:t>
      </w:r>
    </w:p>
    <w:p w14:paraId="70E73DAD" w14:textId="77777777" w:rsidR="00292B2B" w:rsidRDefault="00757BA4">
      <w:pPr>
        <w:spacing w:after="60" w:line="276" w:lineRule="auto"/>
        <w:ind w:left="648" w:hanging="648"/>
      </w:pPr>
      <w:r>
        <w:rPr>
          <w:sz w:val="20"/>
        </w:rPr>
        <w:t>400. Amplitude Control in Chaotic Systems, C. Li and J.C. Sprott, Dynamics Days poster (2013).</w:t>
      </w:r>
    </w:p>
    <w:p w14:paraId="723601BE" w14:textId="77777777" w:rsidR="00292B2B" w:rsidRDefault="00757BA4">
      <w:pPr>
        <w:spacing w:after="60" w:line="276" w:lineRule="auto"/>
        <w:ind w:left="648" w:hanging="648"/>
      </w:pPr>
      <w:r>
        <w:rPr>
          <w:sz w:val="20"/>
        </w:rPr>
        <w:t>401. Projective Synchronization Based on Amplitude Control, C. Li and J.C. Sprott, 8th International Conference on Physics and Control (PhysCon 2017).</w:t>
      </w:r>
    </w:p>
    <w:p w14:paraId="1CEDC572" w14:textId="77777777" w:rsidR="00292B2B" w:rsidRDefault="00757BA4">
      <w:pPr>
        <w:spacing w:after="60" w:line="276" w:lineRule="auto"/>
        <w:ind w:left="648" w:hanging="648"/>
      </w:pPr>
      <w:r>
        <w:rPr>
          <w:sz w:val="20"/>
        </w:rPr>
        <w:t>402. Coexistence of Three Basic Attractors: Point, Periodic and Chaotic Attractors, J.C. Sprott, X. Wang, and G. Chen, 6th Chaotic Modeling and Simulation International Conference, Istanbul, Turkey (2013).</w:t>
      </w:r>
    </w:p>
    <w:p w14:paraId="68BC5DC9" w14:textId="77777777" w:rsidR="00292B2B" w:rsidRDefault="00757BA4">
      <w:pPr>
        <w:spacing w:after="60" w:line="276" w:lineRule="auto"/>
        <w:ind w:left="648" w:hanging="648"/>
      </w:pPr>
      <w:r>
        <w:rPr>
          <w:sz w:val="20"/>
        </w:rPr>
        <w:t>403. Extensions in Dynamic Models of Human Happiness; Effect of Memory, S.S. Tabatabaei, M.J. Yazdanpanah, S. Jafari, and J.C. Sprott, International Journal of Happiness and Developments 1, 344 (2014).</w:t>
      </w:r>
    </w:p>
    <w:p w14:paraId="1D66CAC7" w14:textId="77777777" w:rsidR="00292B2B" w:rsidRDefault="00757BA4">
      <w:pPr>
        <w:spacing w:after="60" w:line="276" w:lineRule="auto"/>
        <w:ind w:left="648" w:hanging="648"/>
      </w:pPr>
      <w:r>
        <w:rPr>
          <w:sz w:val="20"/>
        </w:rPr>
        <w:t>404. Broken Symmetry in Modified Lorenz Model, B. Kalini, I. Djellit, and J.C. Sprott, International Journal of Dynamical Systems and Differential Equations 5, 136 (2015).</w:t>
      </w:r>
    </w:p>
    <w:p w14:paraId="0B7DF735" w14:textId="77777777" w:rsidR="00292B2B" w:rsidRDefault="00757BA4">
      <w:pPr>
        <w:spacing w:after="60" w:line="276" w:lineRule="auto"/>
        <w:ind w:left="648" w:hanging="648"/>
      </w:pPr>
      <w:r>
        <w:rPr>
          <w:sz w:val="20"/>
        </w:rPr>
        <w:t>405. Finding Coexisting Attractors using Amplitude Control, C. Li and J.C. Sprott, Nonlinear Dynamics 78, 2059 (2014).</w:t>
      </w:r>
    </w:p>
    <w:p w14:paraId="7A816798" w14:textId="77777777" w:rsidR="00292B2B" w:rsidRDefault="00757BA4">
      <w:pPr>
        <w:spacing w:after="60" w:line="276" w:lineRule="auto"/>
        <w:ind w:left="648" w:hanging="648"/>
      </w:pPr>
      <w:r>
        <w:rPr>
          <w:sz w:val="20"/>
        </w:rPr>
        <w:t>406. Coexisting Hidden Attractors in a 4-D Simplified Lorenz System, C. Li and J.C. Sprott, International Journal of Bifurcation and Chaos 24, 1450034 (2014).</w:t>
      </w:r>
    </w:p>
    <w:p w14:paraId="51702D07" w14:textId="77777777" w:rsidR="00292B2B" w:rsidRDefault="00757BA4">
      <w:pPr>
        <w:spacing w:after="60" w:line="276" w:lineRule="auto"/>
        <w:ind w:left="648" w:hanging="648"/>
      </w:pPr>
      <w:r>
        <w:rPr>
          <w:sz w:val="20"/>
        </w:rPr>
        <w:t>407. Simplest Chaotic Flows with Involutional Symmetries, J.C. Sprott, International Journal of Bifurcation and Chaos 24, 1450009 (2014).</w:t>
      </w:r>
    </w:p>
    <w:p w14:paraId="577C344B" w14:textId="77777777" w:rsidR="00292B2B" w:rsidRDefault="00757BA4">
      <w:pPr>
        <w:spacing w:after="60" w:line="276" w:lineRule="auto"/>
        <w:ind w:left="648" w:hanging="648"/>
      </w:pPr>
      <w:r>
        <w:rPr>
          <w:sz w:val="20"/>
        </w:rPr>
        <w:t>408. Multistability in a Butterfly Flow, C. Li and J.C. Sprott, International Journal of Bifurcation and Chaos 23, 1350199 (2013).</w:t>
      </w:r>
    </w:p>
    <w:p w14:paraId="52EEF76A" w14:textId="77777777" w:rsidR="00292B2B" w:rsidRDefault="00757BA4">
      <w:pPr>
        <w:spacing w:after="60" w:line="276" w:lineRule="auto"/>
        <w:ind w:left="648" w:hanging="648"/>
      </w:pPr>
      <w:r>
        <w:rPr>
          <w:sz w:val="20"/>
        </w:rPr>
        <w:t>409. Simple Chaotic Flows with a Line Equilibrium, S. Jafari and J.C. Sprott, Chaos, Solitons &amp; Fractals 57, 79 (2013).</w:t>
      </w:r>
    </w:p>
    <w:p w14:paraId="34967301" w14:textId="77777777" w:rsidR="00292B2B" w:rsidRDefault="00757BA4">
      <w:pPr>
        <w:spacing w:after="60" w:line="276" w:lineRule="auto"/>
        <w:ind w:left="648" w:hanging="648"/>
      </w:pPr>
      <w:r>
        <w:rPr>
          <w:sz w:val="20"/>
        </w:rPr>
        <w:t>410. A Simple Chaotic Flow with a Continuously Adjustable Attractor Dimension, B. Munmuangsaen, J.C. Sprott W.J. Thio, A. Burscarino, L. Fortuna, International Journal of Bifurcation and Chaos 25, 1530036 (2015).</w:t>
      </w:r>
    </w:p>
    <w:p w14:paraId="0AC6AA82" w14:textId="77777777" w:rsidR="00292B2B" w:rsidRDefault="00757BA4">
      <w:pPr>
        <w:spacing w:after="60" w:line="276" w:lineRule="auto"/>
        <w:ind w:left="648" w:hanging="648"/>
      </w:pPr>
      <w:r>
        <w:rPr>
          <w:sz w:val="20"/>
        </w:rPr>
        <w:t>411. Chaotic Flows with a Single Nonquadratic Term, C. Li and J.C. Sprott, Physics Letters A 378, 178 (2014).</w:t>
      </w:r>
    </w:p>
    <w:p w14:paraId="0287F919" w14:textId="77777777" w:rsidR="00292B2B" w:rsidRDefault="00757BA4">
      <w:pPr>
        <w:spacing w:after="60" w:line="276" w:lineRule="auto"/>
        <w:ind w:left="648" w:hanging="648"/>
      </w:pPr>
      <w:r>
        <w:rPr>
          <w:sz w:val="20"/>
        </w:rPr>
        <w:t>412. Comment on ‘How to Obtain Extreme Multistability in Coupled Dynamical Systems, J. . Sprott and C. Li, Physical Review E 89, 066901 (2014).</w:t>
      </w:r>
    </w:p>
    <w:p w14:paraId="356BEC94" w14:textId="77777777" w:rsidR="00292B2B" w:rsidRDefault="00757BA4">
      <w:pPr>
        <w:spacing w:after="60" w:line="276" w:lineRule="auto"/>
        <w:ind w:left="648" w:hanging="648"/>
      </w:pPr>
      <w:r>
        <w:rPr>
          <w:sz w:val="20"/>
        </w:rPr>
        <w:t>413. Cost Function Based on Gaussian Mixture Model for Parameter Estimation of a Chaotic Circuit with a Hidden Attractor, S. Lao, Y. Shekofteh, S. Jafari, and J.C. Sprott, International Journal of Bifurcation and Chaos 24, 1450010 (2014).</w:t>
      </w:r>
    </w:p>
    <w:p w14:paraId="085FC1F6" w14:textId="77777777" w:rsidR="00292B2B" w:rsidRDefault="00757BA4">
      <w:pPr>
        <w:spacing w:after="60" w:line="276" w:lineRule="auto"/>
        <w:ind w:left="648" w:hanging="648"/>
      </w:pPr>
      <w:r>
        <w:rPr>
          <w:sz w:val="20"/>
        </w:rPr>
        <w:t>414. A Chaotic Viewpoint on Noise Reduction from Respiratory Sounds, M. Molaie, S. Jafari, M.H. Moradi, J.C. Sprott, and S.M.R.H. Golpayegani, Biomedical Signal Processing and Control 10, 245 (2014).</w:t>
      </w:r>
    </w:p>
    <w:p w14:paraId="5CA0BCD4" w14:textId="77777777" w:rsidR="00292B2B" w:rsidRDefault="00757BA4">
      <w:pPr>
        <w:spacing w:after="60" w:line="276" w:lineRule="auto"/>
        <w:ind w:left="648" w:hanging="648"/>
      </w:pPr>
      <w:r>
        <w:rPr>
          <w:sz w:val="20"/>
        </w:rPr>
        <w:t>415. Crisis in Amplitude Control Hides in Multistability, C. Li, J.C. Sprott, and H. Xing, International Journal of Bifurcation and Chaos 26, 1650233-1-11 (2016).</w:t>
      </w:r>
    </w:p>
    <w:p w14:paraId="1D78EF47" w14:textId="77777777" w:rsidR="00292B2B" w:rsidRDefault="00757BA4">
      <w:pPr>
        <w:spacing w:after="60" w:line="276" w:lineRule="auto"/>
        <w:ind w:left="648" w:hanging="648"/>
      </w:pPr>
      <w:r>
        <w:rPr>
          <w:sz w:val="20"/>
        </w:rPr>
        <w:t>416. Bistability in a Hyperchaotic System with a Line Equilibrium, C. Li, J.C. Sprott, and W. Theo, Journal of Experimental and Theoretical Physics 118, 494 (2014).</w:t>
      </w:r>
    </w:p>
    <w:p w14:paraId="43803D9A" w14:textId="77777777" w:rsidR="00292B2B" w:rsidRDefault="00757BA4">
      <w:pPr>
        <w:spacing w:after="60" w:line="276" w:lineRule="auto"/>
        <w:ind w:left="648" w:hanging="648"/>
      </w:pPr>
      <w:r>
        <w:rPr>
          <w:sz w:val="20"/>
        </w:rPr>
        <w:t>417. Multistability in the Lorenz System: A Broken Butterfly, C. Li and J.C. Sprott, International Journal of Bifurcation and Chaos 24, 1450131 (2014).</w:t>
      </w:r>
    </w:p>
    <w:p w14:paraId="29C80960" w14:textId="77777777" w:rsidR="00292B2B" w:rsidRDefault="00757BA4">
      <w:pPr>
        <w:spacing w:after="60" w:line="276" w:lineRule="auto"/>
        <w:ind w:left="648" w:hanging="648"/>
      </w:pPr>
      <w:r>
        <w:rPr>
          <w:sz w:val="20"/>
        </w:rPr>
        <w:t>418. Multistability in the Lorenz System, C. Li and J.C. Sprott, Dynamics Days, Georgia Tech (2014).</w:t>
      </w:r>
    </w:p>
    <w:p w14:paraId="7A1C65D6" w14:textId="77777777" w:rsidR="00292B2B" w:rsidRDefault="00757BA4">
      <w:pPr>
        <w:spacing w:after="60" w:line="276" w:lineRule="auto"/>
        <w:ind w:left="648" w:hanging="648"/>
      </w:pPr>
      <w:r>
        <w:rPr>
          <w:sz w:val="20"/>
        </w:rPr>
        <w:t>419. A Rigorous Solution of the Chaotic Lozi Mapping, E. Zeraoulia and J.C. Sprott, submitted to International Journal of Bifurcation and Chaos (never published).</w:t>
      </w:r>
    </w:p>
    <w:p w14:paraId="2E7BCB43" w14:textId="77777777" w:rsidR="00292B2B" w:rsidRDefault="00757BA4">
      <w:pPr>
        <w:spacing w:after="60" w:line="276" w:lineRule="auto"/>
        <w:ind w:left="648" w:hanging="648"/>
      </w:pPr>
      <w:r>
        <w:rPr>
          <w:sz w:val="20"/>
        </w:rPr>
        <w:t>420. A Conjecture that Three-Dimensional Quadratic Continuous-Time Systems are not Chaotic, E. Zeraoulia and J.C. Sprott, submitted to International Journal of Bifurcation and Chaos (never published).</w:t>
      </w:r>
    </w:p>
    <w:p w14:paraId="5E31A161" w14:textId="77777777" w:rsidR="00292B2B" w:rsidRDefault="00757BA4">
      <w:pPr>
        <w:spacing w:after="60" w:line="276" w:lineRule="auto"/>
        <w:ind w:left="648" w:hanging="648"/>
      </w:pPr>
      <w:r>
        <w:rPr>
          <w:sz w:val="20"/>
        </w:rPr>
        <w:t>421. Heat Conduction, and the Lack Thereof, in Time-Reversible Dynamical Systems: Generalized Nose-Hoover Oscillators with a Temperature Gradient, J.C. Sprott, W.G. Hoover, and C.G. Hoover, Physical Review E 89, 042914 (2014).</w:t>
      </w:r>
    </w:p>
    <w:p w14:paraId="3108F07D" w14:textId="77777777" w:rsidR="00292B2B" w:rsidRDefault="00757BA4">
      <w:pPr>
        <w:spacing w:after="60" w:line="276" w:lineRule="auto"/>
        <w:ind w:left="648" w:hanging="648"/>
      </w:pPr>
      <w:r>
        <w:rPr>
          <w:sz w:val="20"/>
        </w:rPr>
        <w:t>422. When two Dual Chaotic Systems Shake Hands, J.C. Sprott, X. Wang, and G. Chen, International Journal of Bifurcation and Chaos 24, 1450086 (2014).</w:t>
      </w:r>
    </w:p>
    <w:p w14:paraId="3EFEB49E" w14:textId="77777777" w:rsidR="00292B2B" w:rsidRDefault="00757BA4">
      <w:pPr>
        <w:spacing w:after="60" w:line="276" w:lineRule="auto"/>
        <w:ind w:left="648" w:hanging="648"/>
      </w:pPr>
      <w:r>
        <w:rPr>
          <w:sz w:val="20"/>
        </w:rPr>
        <w:t>423. A Dynamical System with a Strange Attractor and Invariant Tori, J.C. Sprott, Physics Letters A 378, 1361 (2014).</w:t>
      </w:r>
    </w:p>
    <w:p w14:paraId="4C63D6A2" w14:textId="77777777" w:rsidR="00292B2B" w:rsidRDefault="00757BA4">
      <w:pPr>
        <w:spacing w:after="60" w:line="276" w:lineRule="auto"/>
        <w:ind w:left="648" w:hanging="648"/>
      </w:pPr>
      <w:r>
        <w:rPr>
          <w:sz w:val="20"/>
        </w:rPr>
        <w:t>424. Artificial Neural Networks: Powerful Tools for Modeling Chaotic Behavior in the Nervous System, M. Molaie, R. Falahian, S. Gharibzadeh, S. Jafari, and J.C. Sprott, Frontiers in Computational Neuroscience 8, 241-243 (2014).</w:t>
      </w:r>
    </w:p>
    <w:p w14:paraId="2D2DD866" w14:textId="77777777" w:rsidR="00292B2B" w:rsidRDefault="00757BA4">
      <w:pPr>
        <w:spacing w:after="60" w:line="276" w:lineRule="auto"/>
        <w:ind w:left="648" w:hanging="648"/>
      </w:pPr>
      <w:r>
        <w:rPr>
          <w:sz w:val="20"/>
        </w:rPr>
        <w:t>425. Chaotic Systems and Circuits with Hidden Attractors, S. Jafari, V.T. Pham, and J.C. Sprott, in “New Research Trends in Nonlinear Circuits: Design, Chaotic Phenomena and Applications” (Nova Science Publishers, New York, 2014).</w:t>
      </w:r>
    </w:p>
    <w:p w14:paraId="52D388D6" w14:textId="77777777" w:rsidR="00292B2B" w:rsidRDefault="00757BA4">
      <w:pPr>
        <w:spacing w:after="60" w:line="276" w:lineRule="auto"/>
        <w:ind w:left="648" w:hanging="648"/>
      </w:pPr>
      <w:r>
        <w:rPr>
          <w:sz w:val="20"/>
        </w:rPr>
        <w:t>426. Adaptive Complex Modified Hybrid Function Projective Synchronization of Different Dimensional Complex Chaos with Uncertain Complex Parameters, J. Liu, S. Liu, and J.C. Sprott, Nonlinear Dynamics 83,1109 (2016).</w:t>
      </w:r>
    </w:p>
    <w:p w14:paraId="18355409" w14:textId="77777777" w:rsidR="00292B2B" w:rsidRDefault="00757BA4">
      <w:pPr>
        <w:spacing w:after="60" w:line="276" w:lineRule="auto"/>
        <w:ind w:left="648" w:hanging="648"/>
      </w:pPr>
      <w:r>
        <w:rPr>
          <w:sz w:val="20"/>
        </w:rPr>
        <w:t>427. A New Piecewise-linear Hyperchaotic Circuit, C. Li, J.C. Sprott, W. Thio, and H. Zhu, IEEE Transactions on Circuits and Systems—II: Express Briefs 61, 977 (2014).</w:t>
      </w:r>
    </w:p>
    <w:p w14:paraId="50E58C06" w14:textId="77777777" w:rsidR="00292B2B" w:rsidRDefault="00757BA4">
      <w:pPr>
        <w:spacing w:after="60" w:line="276" w:lineRule="auto"/>
        <w:ind w:left="648" w:hanging="648"/>
      </w:pPr>
      <w:r>
        <w:rPr>
          <w:sz w:val="20"/>
        </w:rPr>
        <w:t>428. A Unique Signum Switch for Chaos and Hyperchaos, C. Li, J.C. Sprott, W. Thio, and H. Zhu, International Workshop on Chaos – Fractals Theories and Applicatins, Shandong China (2014) and Seventh International Conference on Physics and Control, Istanbul, Turkey (2015).</w:t>
      </w:r>
    </w:p>
    <w:p w14:paraId="1139A936" w14:textId="77777777" w:rsidR="00292B2B" w:rsidRDefault="00757BA4">
      <w:pPr>
        <w:spacing w:after="60" w:line="276" w:lineRule="auto"/>
        <w:ind w:left="648" w:hanging="648"/>
      </w:pPr>
      <w:r>
        <w:rPr>
          <w:sz w:val="20"/>
        </w:rPr>
        <w:t>429. Lessons Learned from Twenty Years of Chaos and Commplexity, J.C. Sprott, Society for Chaos Theory in Psychology &amp; Life Sciences Newsletter 22, October 2014-6-9 (2014).</w:t>
      </w:r>
    </w:p>
    <w:p w14:paraId="6C1D26B9" w14:textId="77777777" w:rsidR="00292B2B" w:rsidRDefault="00757BA4">
      <w:pPr>
        <w:spacing w:after="60" w:line="276" w:lineRule="auto"/>
        <w:ind w:left="648" w:hanging="648"/>
      </w:pPr>
      <w:r>
        <w:rPr>
          <w:sz w:val="20"/>
        </w:rPr>
        <w:t>430. A Chaotic System with a Single Unstable Node, J.C. Sprott, S. Jafari, V.T. Pham, and Z.S. Hosseini, Physics Letters A 379, 2030 (2015).</w:t>
      </w:r>
    </w:p>
    <w:p w14:paraId="35638A8F" w14:textId="77777777" w:rsidR="00292B2B" w:rsidRDefault="00757BA4">
      <w:pPr>
        <w:spacing w:after="60" w:line="276" w:lineRule="auto"/>
        <w:ind w:left="648" w:hanging="648"/>
      </w:pPr>
      <w:r>
        <w:rPr>
          <w:sz w:val="20"/>
        </w:rPr>
        <w:t>431. New Chaotic Regimes in the Lorenz and Chen Systems, J.C. Sprott, International Journal of Bifurcation and Chaos 25, 1550033 (2015).</w:t>
      </w:r>
    </w:p>
    <w:p w14:paraId="46C75376" w14:textId="77777777" w:rsidR="00292B2B" w:rsidRDefault="00757BA4">
      <w:pPr>
        <w:spacing w:after="60" w:line="276" w:lineRule="auto"/>
        <w:ind w:left="648" w:hanging="648"/>
      </w:pPr>
      <w:r>
        <w:rPr>
          <w:sz w:val="20"/>
        </w:rPr>
        <w:t>432. Linearization of the Lorenz System, C. Li, J.C. Sprott, and W. Thio, Physics Letters A 379, 888 (2015).</w:t>
      </w:r>
    </w:p>
    <w:p w14:paraId="67D9A297" w14:textId="77777777" w:rsidR="00292B2B" w:rsidRDefault="00757BA4">
      <w:pPr>
        <w:spacing w:after="60" w:line="276" w:lineRule="auto"/>
        <w:ind w:left="648" w:hanging="648"/>
      </w:pPr>
      <w:r>
        <w:rPr>
          <w:sz w:val="20"/>
        </w:rPr>
        <w:t>433. Symmetric Time-Reversible Flows with a Strange Attractor, J.C. Sprott, International Journal of Bifurcation and Chaos 25, 1550078 (2015).</w:t>
      </w:r>
    </w:p>
    <w:p w14:paraId="233F7B0F" w14:textId="77777777" w:rsidR="00292B2B" w:rsidRDefault="00757BA4">
      <w:pPr>
        <w:spacing w:after="60" w:line="276" w:lineRule="auto"/>
        <w:ind w:left="648" w:hanging="648"/>
      </w:pPr>
      <w:r>
        <w:rPr>
          <w:sz w:val="20"/>
        </w:rPr>
        <w:t>434. Deterministic Time-Reversible Thermostats: Chaos, Ergodicity and the Zeroth Law of Thermodynamics, P.K. Patra, J.C. Sprott, W.G. Hoover, and C.G. Hoover, Molecular Physics 113, 2863 (2015).</w:t>
      </w:r>
    </w:p>
    <w:p w14:paraId="5560C01F" w14:textId="77777777" w:rsidR="00292B2B" w:rsidRDefault="00757BA4">
      <w:pPr>
        <w:spacing w:after="60" w:line="276" w:lineRule="auto"/>
        <w:ind w:left="648" w:hanging="648"/>
      </w:pPr>
      <w:r>
        <w:rPr>
          <w:sz w:val="20"/>
        </w:rPr>
        <w:t>435. Strange Attractors with Various Equilibrium Types, J.C. Sprott, European Physical Journal Special Topics 224, 1409 (2015).</w:t>
      </w:r>
    </w:p>
    <w:p w14:paraId="7BB73EA6" w14:textId="77777777" w:rsidR="00292B2B" w:rsidRDefault="00757BA4">
      <w:pPr>
        <w:spacing w:after="60" w:line="276" w:lineRule="auto"/>
        <w:ind w:left="648" w:hanging="648"/>
      </w:pPr>
      <w:r>
        <w:rPr>
          <w:sz w:val="20"/>
        </w:rPr>
        <w:t>436. Multistability in Symmetric Chaotic Systems, C. Li, W. Hu, J.C. Sprott, and X. Wang, Eur. Phys. J. Spec. Top. 224, 1493-1506 (2015).</w:t>
      </w:r>
    </w:p>
    <w:p w14:paraId="3FEB5AE5" w14:textId="77777777" w:rsidR="00292B2B" w:rsidRDefault="00757BA4">
      <w:pPr>
        <w:spacing w:after="60" w:line="276" w:lineRule="auto"/>
        <w:ind w:left="648" w:hanging="648"/>
      </w:pPr>
      <w:r>
        <w:rPr>
          <w:sz w:val="20"/>
        </w:rPr>
        <w:t>437. Elementary Quadratic Chaotic Flows with a Single Nonhyperbolic Equilibrium, Z. Wei, J.C. Sprott, and H. Chen, Physics Letters A 379, 2184 (2015).</w:t>
      </w:r>
    </w:p>
    <w:p w14:paraId="430ACEF2" w14:textId="77777777" w:rsidR="00292B2B" w:rsidRDefault="00757BA4">
      <w:pPr>
        <w:spacing w:after="60" w:line="276" w:lineRule="auto"/>
        <w:ind w:left="648" w:hanging="648"/>
      </w:pPr>
      <w:r>
        <w:rPr>
          <w:sz w:val="20"/>
        </w:rPr>
        <w:t>438. Constructing Chaotic Systems with Total Amplitude Control, C. Li, J.C. Sprott, Z. Yuan, and H. Li, International Journal of Bifurcation and Chaos 25, 1530025 (2015).</w:t>
      </w:r>
    </w:p>
    <w:p w14:paraId="10B1E5E5" w14:textId="77777777" w:rsidR="00292B2B" w:rsidRDefault="00757BA4">
      <w:pPr>
        <w:spacing w:after="60" w:line="276" w:lineRule="auto"/>
        <w:ind w:left="648" w:hanging="648"/>
      </w:pPr>
      <w:r>
        <w:rPr>
          <w:sz w:val="20"/>
        </w:rPr>
        <w:t>439. Recent New Examples of Hidden Attractors, S. Jafari, J.C. Sprott, and F. Nazarimehr, Eur. Phys. J. Spec. Top. 224, 1469-1476 (2015).</w:t>
      </w:r>
    </w:p>
    <w:p w14:paraId="13CD3CB7" w14:textId="77777777" w:rsidR="00292B2B" w:rsidRDefault="00757BA4">
      <w:pPr>
        <w:spacing w:after="60" w:line="276" w:lineRule="auto"/>
        <w:ind w:left="648" w:hanging="648"/>
      </w:pPr>
      <w:r>
        <w:rPr>
          <w:sz w:val="20"/>
        </w:rPr>
        <w:t>440. Using Rate of Divergence as an Objective Measure to Differentiate between Voice Signal Types Based on the Amount of Disorder in the Signal, W.M. Calawerts, L. Lin, J.C. Sprott, and J.J. Jiang, Journal of Voice 31, 16 (2017).</w:t>
      </w:r>
    </w:p>
    <w:p w14:paraId="439EE6A3" w14:textId="77777777" w:rsidR="00292B2B" w:rsidRDefault="00757BA4">
      <w:pPr>
        <w:spacing w:after="60" w:line="276" w:lineRule="auto"/>
        <w:ind w:left="648" w:hanging="648"/>
      </w:pPr>
      <w:r>
        <w:rPr>
          <w:sz w:val="20"/>
        </w:rPr>
        <w:t>441. Ergodic Time-Reversible Chaos for Gibbs’ Canonical Oscillator, W.G. Hoover, J.C. Sprott, P.K. Patra, Physics Letters A 379, 2935 (2015).</w:t>
      </w:r>
    </w:p>
    <w:p w14:paraId="4202D0DC" w14:textId="77777777" w:rsidR="00292B2B" w:rsidRDefault="00757BA4">
      <w:pPr>
        <w:spacing w:after="60" w:line="276" w:lineRule="auto"/>
        <w:ind w:left="648" w:hanging="648"/>
      </w:pPr>
      <w:r>
        <w:rPr>
          <w:sz w:val="20"/>
        </w:rPr>
        <w:t>442. Classifying and Quantifying Basins of Attraction, J.C. Sprott and A. Xiong, Chaos 25, 083101 (2015).</w:t>
      </w:r>
    </w:p>
    <w:p w14:paraId="01135301" w14:textId="77777777" w:rsidR="00292B2B" w:rsidRDefault="00757BA4">
      <w:pPr>
        <w:spacing w:after="60" w:line="276" w:lineRule="auto"/>
        <w:ind w:left="648" w:hanging="648"/>
      </w:pPr>
      <w:r>
        <w:rPr>
          <w:sz w:val="20"/>
        </w:rPr>
        <w:t>443. A Simple Chaotic Flow with a Plane of Equilibria, S. Jafari, J.C. Sprott, and M. Molaie, International Journal of Bifurcation and 26, 1650098 (2016).</w:t>
      </w:r>
    </w:p>
    <w:p w14:paraId="5D6400FD" w14:textId="77777777" w:rsidR="00292B2B" w:rsidRDefault="00757BA4">
      <w:pPr>
        <w:spacing w:after="60" w:line="276" w:lineRule="auto"/>
        <w:ind w:left="648" w:hanging="648"/>
      </w:pPr>
      <w:r>
        <w:rPr>
          <w:sz w:val="20"/>
        </w:rPr>
        <w:t>444. Erratum to: “Simple Chaotic Flows with a Line Equilibrium” [Chaos, Solitons and Fractals 57 (2013) 79-84], S. Jafari and J.C. Sprott, Chaos, Solitons &amp; Fractals 77, 341 (2015).</w:t>
      </w:r>
    </w:p>
    <w:p w14:paraId="6086C985" w14:textId="77777777" w:rsidR="00292B2B" w:rsidRDefault="00757BA4">
      <w:pPr>
        <w:spacing w:after="60" w:line="276" w:lineRule="auto"/>
        <w:ind w:left="648" w:hanging="648"/>
      </w:pPr>
      <w:r>
        <w:rPr>
          <w:sz w:val="20"/>
        </w:rPr>
        <w:t>445. Ergodicity of a Singly-Thermostated Harmonic Oscillator, W.G. Hoover, J.C. Sprott, and C.G. Hoover, Communications in Nonlinear Science and Numerical Simulation 32, 234 (2016).</w:t>
      </w:r>
    </w:p>
    <w:p w14:paraId="2DEDCFEE" w14:textId="77777777" w:rsidR="00292B2B" w:rsidRDefault="00757BA4">
      <w:pPr>
        <w:spacing w:after="60" w:line="276" w:lineRule="auto"/>
        <w:ind w:left="648" w:hanging="648"/>
      </w:pPr>
      <w:r>
        <w:rPr>
          <w:sz w:val="20"/>
        </w:rPr>
        <w:t>446. Limitation of Perpetual Points for Confirming Conservation in Dynamical Systems, S. Jafari, F. Nazarimehr, J.C. Sprott, and S.M.R.H. Golpayegani, International Journal of Bifurcation and Chaos 25, 1550182 (2015).</w:t>
      </w:r>
    </w:p>
    <w:p w14:paraId="174EA46C" w14:textId="77777777" w:rsidR="00292B2B" w:rsidRDefault="00757BA4">
      <w:pPr>
        <w:spacing w:after="60" w:line="276" w:lineRule="auto"/>
        <w:ind w:left="648" w:hanging="648"/>
      </w:pPr>
      <w:r>
        <w:rPr>
          <w:sz w:val="20"/>
        </w:rPr>
        <w:t>447. Asymmetric Bistability in the Rössler System, J.C. Sprott and C. Li, Acta Physica Polonica B 48, 97 (2017).</w:t>
      </w:r>
    </w:p>
    <w:p w14:paraId="3F06773C" w14:textId="77777777" w:rsidR="00292B2B" w:rsidRDefault="00757BA4">
      <w:pPr>
        <w:spacing w:after="60" w:line="276" w:lineRule="auto"/>
        <w:ind w:left="648" w:hanging="648"/>
      </w:pPr>
      <w:r>
        <w:rPr>
          <w:sz w:val="20"/>
        </w:rPr>
        <w:t>448. Nonideal Behavior of Analog Multipliers for Chaos Generation, A. Buscarino, C. Corradino, L. Fortuna, M. Frasca, and J.C. Sprott, IEEE Transactions on Circuits and Systems II: Express Briefs 63, 396 (2016).</w:t>
      </w:r>
    </w:p>
    <w:p w14:paraId="761914E1" w14:textId="77777777" w:rsidR="00292B2B" w:rsidRDefault="00757BA4">
      <w:pPr>
        <w:spacing w:after="60" w:line="276" w:lineRule="auto"/>
        <w:ind w:left="648" w:hanging="648"/>
      </w:pPr>
      <w:r>
        <w:rPr>
          <w:sz w:val="20"/>
        </w:rPr>
        <w:t>449. Nonequilibrium Systems: Hard Disks and Harmonic Oscillators Near and Far From Equilibrium, W.G. Hoover, C.G. Hoover, and J.C. Sprott, Molecular Simulation 42, 1300 (2016).</w:t>
      </w:r>
    </w:p>
    <w:p w14:paraId="3B430502" w14:textId="77777777" w:rsidR="00292B2B" w:rsidRDefault="00757BA4">
      <w:pPr>
        <w:spacing w:after="60" w:line="276" w:lineRule="auto"/>
        <w:ind w:left="648" w:hanging="648"/>
      </w:pPr>
      <w:r>
        <w:rPr>
          <w:sz w:val="20"/>
        </w:rPr>
        <w:t>450. Synchronization of two Rossler Systems with Switching Coupling, A. Buscarino, M. Frasca, M. Branciforte, L. Fortuna, and J.C. Sprott, Nonlinear Dynamics 88, 673 (2017).</w:t>
      </w:r>
    </w:p>
    <w:p w14:paraId="1523EE94" w14:textId="77777777" w:rsidR="00292B2B" w:rsidRDefault="00757BA4">
      <w:pPr>
        <w:spacing w:after="60" w:line="276" w:lineRule="auto"/>
        <w:ind w:left="648" w:hanging="648"/>
      </w:pPr>
      <w:r>
        <w:rPr>
          <w:sz w:val="20"/>
        </w:rPr>
        <w:t>451. Using Chaotic Artificial Neural Networks to Model Memory in the Brain, Z. Aram, S. Jafari, J. Ma, J.C. Sprott, S. Zendehrouth, and V.T-. Pham, Communications in Nonlinear Science and Numerical Simulation 44, 449-459 (2017).</w:t>
      </w:r>
    </w:p>
    <w:p w14:paraId="1E8456DE" w14:textId="77777777" w:rsidR="00292B2B" w:rsidRDefault="00757BA4">
      <w:pPr>
        <w:spacing w:after="60" w:line="276" w:lineRule="auto"/>
        <w:ind w:left="648" w:hanging="648"/>
      </w:pPr>
      <w:r>
        <w:rPr>
          <w:sz w:val="20"/>
        </w:rPr>
        <w:t>452. The Speed of Reaction-diffusion Fronts on Fractals: Testing the Campos-Mendez-Fort Formula, O. Suwannasen, M.A. Allen, and J.C. Sprott, ScienceAsia 42, 33 (2016).</w:t>
      </w:r>
    </w:p>
    <w:p w14:paraId="560557D7" w14:textId="77777777" w:rsidR="00292B2B" w:rsidRDefault="00757BA4">
      <w:pPr>
        <w:spacing w:after="60" w:line="276" w:lineRule="auto"/>
        <w:ind w:left="648" w:hanging="648"/>
      </w:pPr>
      <w:r>
        <w:rPr>
          <w:sz w:val="20"/>
        </w:rPr>
        <w:t>453. NARX Prediction of Some Rare Chaotic Flows: Recurrent Fuzzy Functions Approach, S. Goudarzi, S. Jafari, M.H. Moradi, and J.C. Sprott, Physics Letters A 380, 696 (2016).</w:t>
      </w:r>
    </w:p>
    <w:p w14:paraId="2607C11A" w14:textId="77777777" w:rsidR="00292B2B" w:rsidRDefault="00757BA4">
      <w:pPr>
        <w:spacing w:after="60" w:line="276" w:lineRule="auto"/>
        <w:ind w:left="648" w:hanging="648"/>
      </w:pPr>
      <w:r>
        <w:rPr>
          <w:sz w:val="20"/>
        </w:rPr>
        <w:t>454. Simplest Chaotic System with Hyperbolic Sine and its Applications in DCSK Scheme, J. Liu, J.C. Sprott, S. Wang, and Y. Ma, IET Communications 12, 800-815 (2018).</w:t>
      </w:r>
    </w:p>
    <w:p w14:paraId="1287CECD" w14:textId="77777777" w:rsidR="00292B2B" w:rsidRDefault="00757BA4">
      <w:pPr>
        <w:spacing w:after="60" w:line="276" w:lineRule="auto"/>
        <w:ind w:left="648" w:hanging="648"/>
      </w:pPr>
      <w:r>
        <w:rPr>
          <w:sz w:val="20"/>
        </w:rPr>
        <w:t>455. The Equivalence of Dissipation from Gibbs’ Entropy Production with Phase-Volume Loss in Ergodic Heat-Conducting Oscillators, P.K. Patra, W.G. Hoover, C.G. Hoover, and J.C. Sprott, International Journal of Bifurcation and Chaos 26, 1650089 (2016).</w:t>
      </w:r>
    </w:p>
    <w:p w14:paraId="7F154577" w14:textId="77777777" w:rsidR="00292B2B" w:rsidRDefault="00757BA4">
      <w:pPr>
        <w:spacing w:after="60" w:line="276" w:lineRule="auto"/>
        <w:ind w:left="648" w:hanging="648"/>
      </w:pPr>
      <w:r>
        <w:rPr>
          <w:sz w:val="20"/>
        </w:rPr>
        <w:t>456. Hidden Hyperchaos and Electronic Circuit Application in a 5D Self-exciting Homopolar Disc Dynamo, Z. Wei, I. Moroz, J.C. Sprott, A. Akgul, and W. Zhang, Chaos 27, 033101 (2017).</w:t>
      </w:r>
    </w:p>
    <w:p w14:paraId="6E16F2DE" w14:textId="77777777" w:rsidR="00292B2B" w:rsidRDefault="00757BA4">
      <w:pPr>
        <w:spacing w:after="60" w:line="276" w:lineRule="auto"/>
        <w:ind w:left="648" w:hanging="648"/>
      </w:pPr>
      <w:r>
        <w:rPr>
          <w:sz w:val="20"/>
        </w:rPr>
        <w:t>457. Hypogenetic Chaotic Jerk Flows, C. Li, J.C. Sprott, and H. Xing, Physics Letters A 380, 1172 (2016).</w:t>
      </w:r>
    </w:p>
    <w:p w14:paraId="01702C9B" w14:textId="77777777" w:rsidR="00292B2B" w:rsidRDefault="00757BA4">
      <w:pPr>
        <w:spacing w:after="60" w:line="276" w:lineRule="auto"/>
        <w:ind w:left="648" w:hanging="648"/>
      </w:pPr>
      <w:r>
        <w:rPr>
          <w:sz w:val="20"/>
        </w:rPr>
        <w:t>458. Dynamics at Infinity, Degenerate Hopf and Zero-Hopf Bifurcations for Kingni-Jafari System with Hidden Attractors, Z. Wei, Z. Wang, J.C. Sprott, and T. Kapitaniak, International Journal of Bifurcation and Chaos 26, 1650125 (2016).</w:t>
      </w:r>
    </w:p>
    <w:p w14:paraId="476BF6D2" w14:textId="77777777" w:rsidR="00292B2B" w:rsidRDefault="00757BA4">
      <w:pPr>
        <w:spacing w:after="60" w:line="276" w:lineRule="auto"/>
        <w:ind w:left="648" w:hanging="648"/>
      </w:pPr>
      <w:r>
        <w:rPr>
          <w:sz w:val="20"/>
        </w:rPr>
        <w:t>459. Chaos in a Class of Local Interaction Models, O. Gomes and J.C. Sprott, rejected.</w:t>
      </w:r>
    </w:p>
    <w:p w14:paraId="13E8BF31" w14:textId="77777777" w:rsidR="00292B2B" w:rsidRDefault="00757BA4">
      <w:pPr>
        <w:spacing w:after="60" w:line="276" w:lineRule="auto"/>
        <w:ind w:left="648" w:hanging="648"/>
      </w:pPr>
      <w:r>
        <w:rPr>
          <w:sz w:val="20"/>
        </w:rPr>
        <w:t>460. Simple Chaotic Flow with Circle and Square Equilibrium, T. Gotthans, J.C. Sprott, and J. Petrzela, International Journal of Bifurcation and Chaos 26, 1650137 (2016).</w:t>
      </w:r>
    </w:p>
    <w:p w14:paraId="62FB8521" w14:textId="77777777" w:rsidR="00292B2B" w:rsidRDefault="00757BA4">
      <w:pPr>
        <w:spacing w:after="60" w:line="276" w:lineRule="auto"/>
        <w:ind w:left="648" w:hanging="648"/>
      </w:pPr>
      <w:r>
        <w:rPr>
          <w:sz w:val="20"/>
        </w:rPr>
        <w:t>461. Variable-boostable Chaotic Flows, C. Li and J.C. Sprott, Optik – International Journal for Light and Electron Optics 127, 10389 (2016).</w:t>
      </w:r>
    </w:p>
    <w:p w14:paraId="662F2405" w14:textId="77777777" w:rsidR="00292B2B" w:rsidRDefault="00757BA4">
      <w:pPr>
        <w:spacing w:after="60" w:line="276" w:lineRule="auto"/>
        <w:ind w:left="648" w:hanging="648"/>
      </w:pPr>
      <w:r>
        <w:rPr>
          <w:sz w:val="20"/>
        </w:rPr>
        <w:t>462. Synchronization between Integer-order Chaotic Systems and a Class of Fractional-order Chaotic System Based on Fuzzy Sliding Mode Control, D. Chen, R. Zhang, J.C. Sprott, X. Ma, Nonlinear Dynamics 70, 1549 (2012).</w:t>
      </w:r>
    </w:p>
    <w:p w14:paraId="3985B646" w14:textId="77777777" w:rsidR="00292B2B" w:rsidRDefault="00757BA4">
      <w:pPr>
        <w:spacing w:after="60" w:line="276" w:lineRule="auto"/>
        <w:ind w:left="648" w:hanging="648"/>
      </w:pPr>
      <w:r>
        <w:rPr>
          <w:sz w:val="20"/>
        </w:rPr>
        <w:t>463. Adaptive Runge-Kutta Integration for Stiff Systems: Comparing Nosé and Nosé-Hoover Dynamics for the Harmonic Oscillator, W.G. Hoover, J.C. Sprott, and C.G. Hoover, American Journal of Physics 86, 786 (2016).</w:t>
      </w:r>
    </w:p>
    <w:p w14:paraId="59AE68D4" w14:textId="77777777" w:rsidR="00292B2B" w:rsidRDefault="00757BA4">
      <w:pPr>
        <w:spacing w:after="60" w:line="276" w:lineRule="auto"/>
        <w:ind w:left="648" w:hanging="648"/>
      </w:pPr>
      <w:r>
        <w:rPr>
          <w:sz w:val="20"/>
        </w:rPr>
        <w:t>464. Sentiment-Driven Limit Cycles and Chaos, O. Gomes and J.C. Sprott, Journal of Evolutionary Economics 27, 729 (2017).</w:t>
      </w:r>
    </w:p>
    <w:p w14:paraId="12F87F36" w14:textId="77777777" w:rsidR="00292B2B" w:rsidRDefault="00757BA4">
      <w:pPr>
        <w:spacing w:after="60" w:line="276" w:lineRule="auto"/>
        <w:ind w:left="648" w:hanging="648"/>
      </w:pPr>
      <w:r>
        <w:rPr>
          <w:sz w:val="20"/>
        </w:rPr>
        <w:t>465. Simple Chaotic 3D Flows with Surfaces of Equilibria, S. Jafari, J.C. Sprott, V.-T. Pham, C. Volos, and C. Li, Nonlinear Dynamics 86, 1349 (2016).</w:t>
      </w:r>
    </w:p>
    <w:p w14:paraId="6234E733" w14:textId="77777777" w:rsidR="00292B2B" w:rsidRDefault="00757BA4">
      <w:pPr>
        <w:spacing w:after="60" w:line="276" w:lineRule="auto"/>
        <w:ind w:left="648" w:hanging="648"/>
      </w:pPr>
      <w:r>
        <w:rPr>
          <w:sz w:val="20"/>
        </w:rPr>
        <w:t>466. Simple Chaotic Hyperjerk System, F.Y. Dalkiran and J.C. Sprott, International Journal of Bifurcation and Chaos 26, 1650189 (2016).</w:t>
      </w:r>
    </w:p>
    <w:p w14:paraId="22966C4A" w14:textId="77777777" w:rsidR="00292B2B" w:rsidRDefault="00757BA4">
      <w:pPr>
        <w:spacing w:after="60" w:line="276" w:lineRule="auto"/>
        <w:ind w:left="648" w:hanging="648"/>
      </w:pPr>
      <w:r>
        <w:rPr>
          <w:sz w:val="20"/>
        </w:rPr>
        <w:t>467. Infinite Multistability in a Self-reproducing Chaotic System, C. Li, J.C. Sprott, W. Hu, and Y. Xu, International Journal of Bifurcation and Chaos 27, 1750160 (2017).</w:t>
      </w:r>
    </w:p>
    <w:p w14:paraId="7FC527C6" w14:textId="77777777" w:rsidR="00292B2B" w:rsidRDefault="00757BA4">
      <w:pPr>
        <w:spacing w:after="60" w:line="276" w:lineRule="auto"/>
        <w:ind w:left="648" w:hanging="648"/>
      </w:pPr>
      <w:r>
        <w:rPr>
          <w:sz w:val="20"/>
        </w:rPr>
        <w:t>468. Categorizing Chaotic Flows from the Viewpoint of Fixed Points and Perpetual Points, F. Nazarimehr, S. Jafari, S.M.R.H. Golpayegani, and J.C. Sprott, International Journal of Bifurcation and Chaos 27, 1750023 (2017).</w:t>
      </w:r>
    </w:p>
    <w:p w14:paraId="4993CF6A" w14:textId="77777777" w:rsidR="00292B2B" w:rsidRDefault="00757BA4">
      <w:pPr>
        <w:spacing w:after="60" w:line="276" w:lineRule="auto"/>
        <w:ind w:left="648" w:hanging="648"/>
      </w:pPr>
      <w:r>
        <w:rPr>
          <w:sz w:val="20"/>
        </w:rPr>
        <w:t>469. Can Lyapunov Exponent Predict the Critical Transitions in Biological Systems?, F. Nazarimehr, S. Jafari, S.M.R.H. Golpayegani, and J.C. Sprott, Communications in Nonlinear Science and Numerical Simulation 88, 1493 (2017).</w:t>
      </w:r>
    </w:p>
    <w:p w14:paraId="4688F258" w14:textId="77777777" w:rsidR="00292B2B" w:rsidRDefault="00757BA4">
      <w:pPr>
        <w:spacing w:after="60" w:line="276" w:lineRule="auto"/>
        <w:ind w:left="648" w:hanging="648"/>
      </w:pPr>
      <w:r>
        <w:rPr>
          <w:sz w:val="20"/>
        </w:rPr>
        <w:t>470. Could Edward Lorenz wake Michael Schumacher up?, S. Jafari, S. Kamali, S. Gharibzadeh, and J.C. Sprott, submitted to Chronobiology International (never published).</w:t>
      </w:r>
    </w:p>
    <w:p w14:paraId="0EC5F5D6" w14:textId="77777777" w:rsidR="00292B2B" w:rsidRDefault="00757BA4">
      <w:pPr>
        <w:spacing w:after="60" w:line="276" w:lineRule="auto"/>
        <w:ind w:left="648" w:hanging="648"/>
      </w:pPr>
      <w:r>
        <w:rPr>
          <w:sz w:val="20"/>
        </w:rPr>
        <w:t>471. Detecting Hidden Chaotic Regions and Complex Dynamics in a Self-exciting Homopolar Disc Dynamo, Z. Wei, I. Moroz, J.C. Sprott, Z. Wang, and W. Zhang, International Journal of Bifurcation and Chaos 27, 1730008 (2017).</w:t>
      </w:r>
    </w:p>
    <w:p w14:paraId="5B74BA61" w14:textId="77777777" w:rsidR="00292B2B" w:rsidRDefault="00757BA4">
      <w:pPr>
        <w:spacing w:after="60" w:line="276" w:lineRule="auto"/>
        <w:ind w:left="648" w:hanging="648"/>
      </w:pPr>
      <w:r>
        <w:rPr>
          <w:sz w:val="20"/>
        </w:rPr>
        <w:t>472. Book Review “Modeling Love Dynamics by Sergio Rinaldi, Fabio Della Rossa, Fabio Dercole, Alessandra Gragnani and Pietro Landi,” J.C. Sprott, Nonlinear Dynamics in Psychology and Life Sciences 20, 568 (2016).</w:t>
      </w:r>
    </w:p>
    <w:p w14:paraId="281EF873" w14:textId="77777777" w:rsidR="00292B2B" w:rsidRDefault="00757BA4">
      <w:pPr>
        <w:spacing w:after="60" w:line="276" w:lineRule="auto"/>
        <w:ind w:left="648" w:hanging="648"/>
      </w:pPr>
      <w:r>
        <w:rPr>
          <w:sz w:val="20"/>
        </w:rPr>
        <w:t>473. Hidden Attractors and Chaotic Bursting Oscillations in a Three-dimensional Autonomous System with a Parabolic Equilibrium, S.T. Kingni, J.C. Sprott, V.-T. Pham, and S. Jafari, withdrawn.</w:t>
      </w:r>
    </w:p>
    <w:p w14:paraId="472E2C1E" w14:textId="77777777" w:rsidR="00292B2B" w:rsidRDefault="00757BA4">
      <w:pPr>
        <w:spacing w:after="60" w:line="276" w:lineRule="auto"/>
        <w:ind w:left="648" w:hanging="648"/>
      </w:pPr>
      <w:r>
        <w:rPr>
          <w:sz w:val="20"/>
        </w:rPr>
        <w:t>474. Simple Chaotic Flows with a Curve of Equilibria, K. Barati, S. Jafari, J.C. Sprott, and V.- T. Pham, International Journal of Bifurcation and Chaos 26, 1630034 (2016).</w:t>
      </w:r>
    </w:p>
    <w:p w14:paraId="515F5AA8" w14:textId="77777777" w:rsidR="00292B2B" w:rsidRDefault="00757BA4">
      <w:pPr>
        <w:spacing w:after="60" w:line="276" w:lineRule="auto"/>
        <w:ind w:left="648" w:hanging="648"/>
      </w:pPr>
      <w:r>
        <w:rPr>
          <w:sz w:val="20"/>
        </w:rPr>
        <w:t>475. Are Perpetual Points Sufficient for Locating Hidden Attractors?, F. Nazarimehr, B. Saedi, S. Jafari, and J.C. Sprott, International Journal of Bifurcation and Chaos 27, 1750037 (2017).</w:t>
      </w:r>
    </w:p>
    <w:p w14:paraId="5225BE1D" w14:textId="77777777" w:rsidR="00292B2B" w:rsidRDefault="00757BA4">
      <w:pPr>
        <w:spacing w:after="60" w:line="276" w:lineRule="auto"/>
        <w:ind w:left="648" w:hanging="648"/>
      </w:pPr>
      <w:r>
        <w:rPr>
          <w:sz w:val="20"/>
        </w:rPr>
        <w:t>476. Constructing Chaotic Systems with Conditional Symmetry, C. Li, J.C. Sprott, and H. Xing, Nonlinear Dynamics 87, 1351 (2017).</w:t>
      </w:r>
    </w:p>
    <w:p w14:paraId="0CFB4BA2" w14:textId="77777777" w:rsidR="00292B2B" w:rsidRDefault="00757BA4">
      <w:pPr>
        <w:spacing w:after="60" w:line="276" w:lineRule="auto"/>
        <w:ind w:left="648" w:hanging="648"/>
      </w:pPr>
      <w:r>
        <w:rPr>
          <w:sz w:val="20"/>
        </w:rPr>
        <w:t>477. 3D Printing -- The Basins of Tri-Stability in the Lorenz System, A. Xiong, J.C. Sprott, J. Lyu, and X. Wang, International Journal of Bifurcation and Chaos 27, 1750128 (2017).</w:t>
      </w:r>
    </w:p>
    <w:p w14:paraId="1F914B50" w14:textId="77777777" w:rsidR="00292B2B" w:rsidRDefault="00757BA4">
      <w:pPr>
        <w:spacing w:after="60" w:line="276" w:lineRule="auto"/>
        <w:ind w:left="648" w:hanging="648"/>
      </w:pPr>
      <w:r>
        <w:rPr>
          <w:sz w:val="20"/>
        </w:rPr>
        <w:t>478. How to Bridge Attractors and Repellors, C. Li and J.C. Sprott, International Journal of Bifurcation and Chaos 27, 1750149 (2017).</w:t>
      </w:r>
    </w:p>
    <w:p w14:paraId="2402FE27" w14:textId="77777777" w:rsidR="00292B2B" w:rsidRDefault="00757BA4">
      <w:pPr>
        <w:spacing w:after="60" w:line="276" w:lineRule="auto"/>
        <w:ind w:left="648" w:hanging="648"/>
      </w:pPr>
      <w:r>
        <w:rPr>
          <w:sz w:val="20"/>
        </w:rPr>
        <w:t>479. Linear Synchronization and Circuit Implementation of Chaotic Systems with Complete Amplitude Control, C. Li, W.J. Thio, J.C. Sprott, R. Zhang, and T. Lu, Chinese Physics B 26, 120501 (2017).</w:t>
      </w:r>
    </w:p>
    <w:p w14:paraId="21DCD997" w14:textId="77777777" w:rsidR="00292B2B" w:rsidRDefault="00757BA4">
      <w:pPr>
        <w:spacing w:after="60" w:line="276" w:lineRule="auto"/>
        <w:ind w:left="648" w:hanging="648"/>
      </w:pPr>
      <w:r>
        <w:rPr>
          <w:sz w:val="20"/>
        </w:rPr>
        <w:t>480. An Infinite 2-D Lattice of Strange Attractors, C. Li, J.C. Sprott, and Y. Mei, Nonlinear Dynamics 89, 2629-2639 (2017).</w:t>
      </w:r>
    </w:p>
    <w:p w14:paraId="30942AE8" w14:textId="77777777" w:rsidR="00292B2B" w:rsidRDefault="00757BA4">
      <w:pPr>
        <w:spacing w:after="60" w:line="276" w:lineRule="auto"/>
        <w:ind w:left="648" w:hanging="648"/>
      </w:pPr>
      <w:r>
        <w:rPr>
          <w:sz w:val="20"/>
        </w:rPr>
        <w:t>481. Towards a Complex System Understanding of Cancer: A Personal Dependent Chaotic Model Based on External Environmental Factors, F. Khatibi, S.M.R.H. Golpayeghani, S. Jafari, R. Malekzadeh, and J.C. Sprott, rejected.</w:t>
      </w:r>
    </w:p>
    <w:p w14:paraId="3F3ED0D6" w14:textId="77777777" w:rsidR="00292B2B" w:rsidRDefault="00757BA4">
      <w:pPr>
        <w:spacing w:after="60" w:line="276" w:lineRule="auto"/>
        <w:ind w:left="648" w:hanging="648"/>
      </w:pPr>
      <w:r>
        <w:rPr>
          <w:sz w:val="20"/>
        </w:rPr>
        <w:t>482. Megastability: Coexistence of a Countable Infinity of Nested Attractors in a Periodically- forced Oscillator with Spatially-periodic Damping, J.C. Sprott, S. Jafari, F.J.M. Khalaf, and T. Kapitaniak, European Physical Journal – Special Topics 226, 1979 (2017).</w:t>
      </w:r>
    </w:p>
    <w:p w14:paraId="67DE7150" w14:textId="77777777" w:rsidR="00292B2B" w:rsidRDefault="00757BA4">
      <w:pPr>
        <w:spacing w:after="60" w:line="276" w:lineRule="auto"/>
        <w:ind w:left="648" w:hanging="648"/>
      </w:pPr>
      <w:r>
        <w:rPr>
          <w:sz w:val="20"/>
        </w:rPr>
        <w:t>483. A New Chaotic Oscillator with Free Control, C. Li, J.C. Sprott, A. Akgul, H.H.C. Iu, and Y. Zhao, Chaos 27, 083101 (2017).</w:t>
      </w:r>
    </w:p>
    <w:p w14:paraId="5BAE0684" w14:textId="77777777" w:rsidR="00292B2B" w:rsidRDefault="00757BA4">
      <w:pPr>
        <w:spacing w:after="60" w:line="276" w:lineRule="auto"/>
        <w:ind w:left="648" w:hanging="648"/>
      </w:pPr>
      <w:r>
        <w:rPr>
          <w:sz w:val="20"/>
        </w:rPr>
        <w:t>484. A Symmetric Pair of Hyperchaotic Attractors, C. Li, A. Akgul, J.C. Sprott, H.H.C. Iu, and W.J. Thio, International Journal of Circuit Theory and Applications 46, 2434 (2018).</w:t>
      </w:r>
    </w:p>
    <w:p w14:paraId="3E3CEAD7" w14:textId="77777777" w:rsidR="00292B2B" w:rsidRDefault="00757BA4">
      <w:pPr>
        <w:spacing w:after="60" w:line="276" w:lineRule="auto"/>
        <w:ind w:left="648" w:hanging="648"/>
      </w:pPr>
      <w:r>
        <w:rPr>
          <w:sz w:val="20"/>
        </w:rPr>
        <w:t>485. Categories of Conservative Flows, S. Jafari and J.C. Sprott, International Journal of Bifurcation and Chaos 29, 1950021 (2019).</w:t>
      </w:r>
    </w:p>
    <w:p w14:paraId="420A21BB" w14:textId="77777777" w:rsidR="00292B2B" w:rsidRDefault="00757BA4">
      <w:pPr>
        <w:spacing w:after="60" w:line="276" w:lineRule="auto"/>
        <w:ind w:left="648" w:hanging="648"/>
      </w:pPr>
      <w:r>
        <w:rPr>
          <w:sz w:val="20"/>
        </w:rPr>
        <w:t>486. A New Chaotic Model for the Glucose-Insulin Regulatory System, P. S. Shabestari, S. Panahi, B. Hatef, S. Jafari, and J.C. Sprott, Chaos, Solitons &amp; Fractals 112, 44-51 (2018).</w:t>
      </w:r>
    </w:p>
    <w:p w14:paraId="19BCE4CB" w14:textId="77777777" w:rsidR="00292B2B" w:rsidRDefault="00757BA4">
      <w:pPr>
        <w:spacing w:after="60" w:line="276" w:lineRule="auto"/>
        <w:ind w:left="648" w:hanging="648"/>
      </w:pPr>
      <w:r>
        <w:rPr>
          <w:sz w:val="20"/>
        </w:rPr>
        <w:t>487. Constructing Infinitely Many Attractors in a Programmable Chaotic Circuit, C. Li, W.J. Thio, J.C. Sprott, H.H.C. Iu, and Y. Xu, IEEE Access 6, 29003 (2018).</w:t>
      </w:r>
    </w:p>
    <w:p w14:paraId="7EA1FBC3" w14:textId="77777777" w:rsidR="00292B2B" w:rsidRDefault="00757BA4">
      <w:pPr>
        <w:spacing w:after="60" w:line="276" w:lineRule="auto"/>
        <w:ind w:left="648" w:hanging="648"/>
      </w:pPr>
      <w:r>
        <w:rPr>
          <w:sz w:val="20"/>
        </w:rPr>
        <w:t>488. Applied Chaos Level Test for Validation of Voice Classification Method Performances under Varying Signal Noise Conditions, B. Liu. E. Polce, J.C. Sprott, and J.J. Jiang, Journal of Speech, Language, and Hearing Research 61, 1130 (2018).</w:t>
      </w:r>
    </w:p>
    <w:p w14:paraId="274454A3" w14:textId="77777777" w:rsidR="00292B2B" w:rsidRDefault="00757BA4">
      <w:pPr>
        <w:spacing w:after="60" w:line="276" w:lineRule="auto"/>
        <w:ind w:left="648" w:hanging="648"/>
      </w:pPr>
      <w:r>
        <w:rPr>
          <w:sz w:val="20"/>
        </w:rPr>
        <w:t>489. Infinite Lattice of Hyperchaotic Strange Attractors, C. Li, J.C. Sprott, T. Kapitaniak, and T. Lu, Chaos, Solitons, and Fractals 109, 76-82 (2018).</w:t>
      </w:r>
    </w:p>
    <w:p w14:paraId="036FC12B" w14:textId="77777777" w:rsidR="00292B2B" w:rsidRDefault="00757BA4">
      <w:pPr>
        <w:spacing w:after="60" w:line="276" w:lineRule="auto"/>
        <w:ind w:left="648" w:hanging="648"/>
      </w:pPr>
      <w:r>
        <w:rPr>
          <w:sz w:val="20"/>
        </w:rPr>
        <w:t>490. A Chaotic Model of Migraine Headache Considering the Dynamical Transitions of this Cyclic Disease, A. Bayani, S. Jafari, J.C. Sprott, and B. Hatef, Europhysics Letters 123, 10006-1-6 (2018).</w:t>
      </w:r>
    </w:p>
    <w:p w14:paraId="71523AD3" w14:textId="77777777" w:rsidR="00292B2B" w:rsidRDefault="00757BA4">
      <w:pPr>
        <w:spacing w:after="60" w:line="276" w:lineRule="auto"/>
        <w:ind w:left="648" w:hanging="648"/>
      </w:pPr>
      <w:r>
        <w:rPr>
          <w:sz w:val="20"/>
        </w:rPr>
        <w:t>491. An Infinite 3-D Quasiperiodic Lattice of Chaotic Attractors, C. Li and J.C. Sprott, Physics Letters A 382, 581 (2018).</w:t>
      </w:r>
    </w:p>
    <w:p w14:paraId="7AA7B74C" w14:textId="77777777" w:rsidR="00292B2B" w:rsidRDefault="00757BA4">
      <w:pPr>
        <w:spacing w:after="60" w:line="276" w:lineRule="auto"/>
        <w:ind w:left="648" w:hanging="648"/>
      </w:pPr>
      <w:r>
        <w:rPr>
          <w:sz w:val="20"/>
        </w:rPr>
        <w:t>492. Harmonic Oscillators with Nonlinear Damping, J.C. Sprott and W.G. Hoover, International Journal of Bifurcation and Chaos 27, 1730037-1-19 (2017).</w:t>
      </w:r>
    </w:p>
    <w:p w14:paraId="0F2FC830" w14:textId="77777777" w:rsidR="00292B2B" w:rsidRDefault="00757BA4">
      <w:pPr>
        <w:spacing w:after="60" w:line="276" w:lineRule="auto"/>
        <w:ind w:left="648" w:hanging="648"/>
      </w:pPr>
      <w:r>
        <w:rPr>
          <w:sz w:val="20"/>
        </w:rPr>
        <w:t>493. Modeling of Epilepsy Based on Chaotic Artificial Neural Network, S. Panahi, Z. Aram, S. Jafari, J. Ma, and J.C. Sprott, Chaos, Solitons and Fractals 105, 150-156 (2017).</w:t>
      </w:r>
    </w:p>
    <w:p w14:paraId="371F8A5E" w14:textId="77777777" w:rsidR="00292B2B" w:rsidRDefault="00757BA4">
      <w:pPr>
        <w:spacing w:after="60" w:line="276" w:lineRule="auto"/>
        <w:ind w:left="648" w:hanging="648"/>
      </w:pPr>
      <w:r>
        <w:rPr>
          <w:sz w:val="20"/>
        </w:rPr>
        <w:t>494. Offset-boosting for Breeding Conditional Symmetry, C. Li, J.C. Sprott, Y. Liu, Z. Gu, and J. Zhang, International Journal of Bifurcation and Chaos 28, 1850163-1-13 (2018).</w:t>
      </w:r>
    </w:p>
    <w:p w14:paraId="500C0313" w14:textId="77777777" w:rsidR="00292B2B" w:rsidRDefault="00757BA4">
      <w:pPr>
        <w:spacing w:after="60" w:line="276" w:lineRule="auto"/>
        <w:ind w:left="648" w:hanging="648"/>
      </w:pPr>
      <w:r>
        <w:rPr>
          <w:sz w:val="20"/>
        </w:rPr>
        <w:t>495. Comment on “A Hidden Chaotic Attractor in the Classical Lorenz System,” J.C. Sprott and B. Munmuangsaen, Chaos, Solitons and Fractals 113, 261-262 (2018).</w:t>
      </w:r>
    </w:p>
    <w:p w14:paraId="77DEE251" w14:textId="77777777" w:rsidR="00292B2B" w:rsidRDefault="00757BA4">
      <w:pPr>
        <w:spacing w:after="60" w:line="276" w:lineRule="auto"/>
        <w:ind w:left="648" w:hanging="648"/>
      </w:pPr>
      <w:r>
        <w:rPr>
          <w:sz w:val="20"/>
        </w:rPr>
        <w:t>496. Simple Chaotic Systems with Specific Analytical Solutions, Z. Faghani, F. Nazarimehr, S. Jafari, and J.C. Sprott, International Journal of Bifurcation and Chaos 29, 1950116-1-11 (2019).</w:t>
      </w:r>
    </w:p>
    <w:p w14:paraId="3C9D2547" w14:textId="77777777" w:rsidR="00292B2B" w:rsidRDefault="00757BA4">
      <w:pPr>
        <w:spacing w:after="60" w:line="276" w:lineRule="auto"/>
        <w:ind w:left="648" w:hanging="648"/>
      </w:pPr>
      <w:r>
        <w:rPr>
          <w:sz w:val="20"/>
        </w:rPr>
        <w:t>497. A Simple Chaotic Model for Development of HIV Virus, F. Parastesh, Z. Aram, H. Namazi, J.C. Sprott, and S. Jafari, Scientia Iranica D 28, 1643-1652 (2021).</w:t>
      </w:r>
    </w:p>
    <w:p w14:paraId="73ABE557" w14:textId="77777777" w:rsidR="00292B2B" w:rsidRDefault="00757BA4">
      <w:pPr>
        <w:spacing w:after="60" w:line="276" w:lineRule="auto"/>
        <w:ind w:left="648" w:hanging="648"/>
      </w:pPr>
      <w:r>
        <w:rPr>
          <w:sz w:val="20"/>
        </w:rPr>
        <w:t>498. Predicting Tipping Points of Dynamical Systems During a Period-doubling Route to Chaos, F. Nazarimehr, S. Jafari, S.M.R.H. Golpayegani, and J.C. Sprott, Chaos 28, 073102-1-10 (2018).</w:t>
      </w:r>
    </w:p>
    <w:p w14:paraId="248A1E90" w14:textId="77777777" w:rsidR="00292B2B" w:rsidRDefault="00757BA4">
      <w:pPr>
        <w:spacing w:after="60" w:line="276" w:lineRule="auto"/>
        <w:ind w:left="648" w:hanging="648"/>
      </w:pPr>
      <w:r>
        <w:rPr>
          <w:sz w:val="20"/>
        </w:rPr>
        <w:t>499. Ergodicity of One-dimensional Oscillators with a Signum Thermostat, J.C. Sprott, Computational Methods in Science and Technology 24, 169-176 (2018).</w:t>
      </w:r>
    </w:p>
    <w:p w14:paraId="61C339C6" w14:textId="77777777" w:rsidR="00292B2B" w:rsidRDefault="00757BA4">
      <w:pPr>
        <w:spacing w:after="60" w:line="276" w:lineRule="auto"/>
        <w:ind w:left="648" w:hanging="648"/>
      </w:pPr>
      <w:r>
        <w:rPr>
          <w:sz w:val="20"/>
        </w:rPr>
        <w:t>500. Two Simplest Quadratic Chaotic Maps without Equilibrium, S. Panahi, J.C. Sprott, and S. Jafari, International Journal of Bifurcation and Chaos 28, 1850144-1-7 (2018).</w:t>
      </w:r>
    </w:p>
    <w:p w14:paraId="198C5B5D" w14:textId="77777777" w:rsidR="00292B2B" w:rsidRDefault="00757BA4">
      <w:pPr>
        <w:spacing w:after="60" w:line="276" w:lineRule="auto"/>
        <w:ind w:left="648" w:hanging="648"/>
      </w:pPr>
      <w:r>
        <w:rPr>
          <w:sz w:val="20"/>
        </w:rPr>
        <w:t>501. Studying the Performance of Critical Slowing Down Indicators in a Biological System with a Period-doubling Route to Chaos, N.N. Moghadam, F. Nazarimehr, S. Jafari, and J.C. Sprott, Physica A 544, 123396 (2020).</w:t>
      </w:r>
    </w:p>
    <w:p w14:paraId="3899D0FB" w14:textId="77777777" w:rsidR="00292B2B" w:rsidRDefault="00757BA4">
      <w:pPr>
        <w:spacing w:after="60" w:line="276" w:lineRule="auto"/>
        <w:ind w:left="648" w:hanging="648"/>
      </w:pPr>
      <w:r>
        <w:rPr>
          <w:sz w:val="20"/>
        </w:rPr>
        <w:t>502. Time-reversible Chaotic System with Conditional Symmetry, C. Li, J.C. Sprott, and Y. Liu, International Journal of Bifurcation and Chaos 30, 2050067-1-12 (2020).</w:t>
      </w:r>
    </w:p>
    <w:p w14:paraId="7FF310FC" w14:textId="77777777" w:rsidR="00292B2B" w:rsidRDefault="00757BA4">
      <w:pPr>
        <w:spacing w:after="60" w:line="276" w:lineRule="auto"/>
        <w:ind w:left="648" w:hanging="648"/>
      </w:pPr>
      <w:r>
        <w:rPr>
          <w:sz w:val="20"/>
        </w:rPr>
        <w:t>503. Process Equation as a Model for the Development of Cells, F. Nazarimehr, S.S. Hosseini, A.J.M. Khalaf, S. Jafari, and J.C. Sprott, European Physical Journal Special Topics 229, 921-927 (2020).</w:t>
      </w:r>
    </w:p>
    <w:p w14:paraId="2ADF91A7" w14:textId="77777777" w:rsidR="00292B2B" w:rsidRDefault="00757BA4">
      <w:pPr>
        <w:spacing w:after="60" w:line="276" w:lineRule="auto"/>
        <w:ind w:left="648" w:hanging="648"/>
      </w:pPr>
      <w:r>
        <w:rPr>
          <w:sz w:val="20"/>
        </w:rPr>
        <w:t>504. The Nose-Hoover, Dettmann, and Hoover-Holian Oscillators, W.G. Hoover, J.C. Sprott, C.G. Hoover, Computational Methods in Science and Technology 25, 121-124, 2019.</w:t>
      </w:r>
    </w:p>
    <w:p w14:paraId="5DE3821E" w14:textId="77777777" w:rsidR="00292B2B" w:rsidRDefault="00757BA4">
      <w:pPr>
        <w:spacing w:after="60" w:line="276" w:lineRule="auto"/>
        <w:ind w:left="648" w:hanging="648"/>
      </w:pPr>
      <w:r>
        <w:rPr>
          <w:sz w:val="20"/>
        </w:rPr>
        <w:t>505. A Chaotic Iterative Fuzzy Modeling of Circulating a Simple Sentence, N. Zandi-Mehran, F. Nazarimehr, A.J.M. Khalaf, S. Jafari, and J.C. Sprott, Scientia Iranica D 28, 1552- 1559 (2021).</w:t>
      </w:r>
    </w:p>
    <w:p w14:paraId="7C03998D" w14:textId="77777777" w:rsidR="00292B2B" w:rsidRDefault="00757BA4">
      <w:pPr>
        <w:spacing w:after="60" w:line="276" w:lineRule="auto"/>
        <w:ind w:left="648" w:hanging="648"/>
      </w:pPr>
      <w:r>
        <w:rPr>
          <w:sz w:val="20"/>
        </w:rPr>
        <w:t>506. A Chaotic Circuit for Producing Gaussian Random Numbers, J.C. Sprott and W.J. Thio, International Journal of Bifurcation and Chaos 30, 2050116-1-8 (2020).</w:t>
      </w:r>
    </w:p>
    <w:p w14:paraId="3126C291" w14:textId="77777777" w:rsidR="00292B2B" w:rsidRDefault="00757BA4">
      <w:pPr>
        <w:spacing w:after="60" w:line="276" w:lineRule="auto"/>
        <w:ind w:left="648" w:hanging="648"/>
      </w:pPr>
      <w:r>
        <w:rPr>
          <w:sz w:val="20"/>
        </w:rPr>
        <w:t>507. Variants of the Nose-Hoover Oscillator, J.C. Sprott, European Physical Journal Special Topics 229, 963-971 (2020).</w:t>
      </w:r>
    </w:p>
    <w:p w14:paraId="3702F065" w14:textId="77777777" w:rsidR="00292B2B" w:rsidRDefault="00757BA4">
      <w:pPr>
        <w:spacing w:after="60" w:line="276" w:lineRule="auto"/>
        <w:ind w:left="648" w:hanging="648"/>
      </w:pPr>
      <w:r>
        <w:rPr>
          <w:sz w:val="20"/>
        </w:rPr>
        <w:t>508. Investigating Chaotic Attractor of the Simplest Chaotic System with a Line of Equilibria, F. Nazarimehr and J.C. Sprott, European Physical Journal Special Topics 229, 1289- 1297 (2020).</w:t>
      </w:r>
    </w:p>
    <w:p w14:paraId="06CD239E" w14:textId="77777777" w:rsidR="00292B2B" w:rsidRDefault="00757BA4">
      <w:pPr>
        <w:spacing w:after="60" w:line="276" w:lineRule="auto"/>
        <w:ind w:left="648" w:hanging="648"/>
      </w:pPr>
      <w:r>
        <w:rPr>
          <w:sz w:val="20"/>
        </w:rPr>
        <w:t>509. Hidden Attractors with Conditional Symmetry, C. Li, J. Sun, J.C. Sprott, and T. Lei, International Journal of Bifurcation and Chaos 30, 2030042-1-14 (2020).</w:t>
      </w:r>
    </w:p>
    <w:p w14:paraId="06DC1E79" w14:textId="77777777" w:rsidR="00292B2B" w:rsidRDefault="00757BA4">
      <w:pPr>
        <w:spacing w:after="60" w:line="276" w:lineRule="auto"/>
        <w:ind w:left="648" w:hanging="648"/>
      </w:pPr>
      <w:r>
        <w:rPr>
          <w:sz w:val="20"/>
        </w:rPr>
        <w:t>510. Globally Attracting Hidden Attractors, J.C. Sprott, in Chaotic Systems with Multistability and Hidden Attractors, X. Wang, N.V. Kuznetsov, and G. Chen, editors (Springer, Cham, Switzerland), 595-606 (2022).</w:t>
      </w:r>
    </w:p>
    <w:p w14:paraId="4589B2AB" w14:textId="77777777" w:rsidR="00292B2B" w:rsidRDefault="00757BA4">
      <w:pPr>
        <w:spacing w:after="60" w:line="276" w:lineRule="auto"/>
        <w:ind w:left="648" w:hanging="648"/>
      </w:pPr>
      <w:r>
        <w:rPr>
          <w:sz w:val="20"/>
        </w:rPr>
        <w:t>511. The Butterfly Effect in Primary Visual Cortex, J. Liu, J. Lian, J.C. Sprott, Q. Liu, and Y. Ma, IEEE Trans. Comput. 71, 2803-2815 (2022).</w:t>
      </w:r>
    </w:p>
    <w:p w14:paraId="4E981220" w14:textId="77777777" w:rsidR="00292B2B" w:rsidRDefault="00757BA4">
      <w:pPr>
        <w:spacing w:after="60" w:line="276" w:lineRule="auto"/>
        <w:ind w:left="648" w:hanging="648"/>
      </w:pPr>
      <w:r>
        <w:rPr>
          <w:sz w:val="20"/>
        </w:rPr>
        <w:t>512. Coexisting Infinite Equilibria and Chaos, C. Li, Y. Peng, Z. Tao, J.C. Sprott, and S. Jafari, International Journal of Bifurcation and Chaos 31, 2130014-1-17 (2021).</w:t>
      </w:r>
    </w:p>
    <w:p w14:paraId="3AFC44D2" w14:textId="77777777" w:rsidR="00292B2B" w:rsidRDefault="00757BA4">
      <w:pPr>
        <w:spacing w:after="60" w:line="276" w:lineRule="auto"/>
        <w:ind w:left="648" w:hanging="648"/>
      </w:pPr>
      <w:r>
        <w:rPr>
          <w:sz w:val="20"/>
        </w:rPr>
        <w:t>513. A New Category of Three-Dimensional Chaotic Flows with Identical Eigenvalues, Z. Faghani, F. Nazarimehr, S. Jafari, and J.C. Sprott, International Journal of Bifurcation and Chaos, 30, 2050026 (2020).</w:t>
      </w:r>
    </w:p>
    <w:p w14:paraId="7AE8F50B" w14:textId="77777777" w:rsidR="00292B2B" w:rsidRDefault="00757BA4">
      <w:pPr>
        <w:spacing w:after="60" w:line="276" w:lineRule="auto"/>
        <w:ind w:left="648" w:hanging="648"/>
      </w:pPr>
      <w:r>
        <w:rPr>
          <w:sz w:val="20"/>
        </w:rPr>
        <w:t>514. Do We Need More Chaos Examples?, J.C. Sprott, Chaos Theory and Applications 2, 1-3 (2020).</w:t>
      </w:r>
    </w:p>
    <w:p w14:paraId="560D8F25" w14:textId="77777777" w:rsidR="00292B2B" w:rsidRDefault="00757BA4">
      <w:pPr>
        <w:spacing w:after="60" w:line="276" w:lineRule="auto"/>
        <w:ind w:left="648" w:hanging="648"/>
      </w:pPr>
      <w:r>
        <w:rPr>
          <w:sz w:val="20"/>
        </w:rPr>
        <w:t>515. A Chaotic Circuit Based on a Physical Memristor, L. Minati, L.V. Gambuzza, W.J. Thio, J.C. Sprott, and M. Frasca, Chaos Solitons and Fractals 138, 109990-1-9 (2020).</w:t>
      </w:r>
    </w:p>
    <w:p w14:paraId="61396ADC" w14:textId="77777777" w:rsidR="00292B2B" w:rsidRDefault="00757BA4">
      <w:pPr>
        <w:spacing w:after="60" w:line="276" w:lineRule="auto"/>
        <w:ind w:left="648" w:hanging="648"/>
      </w:pPr>
      <w:r>
        <w:rPr>
          <w:sz w:val="20"/>
        </w:rPr>
        <w:t>516. Polarity Balance for Attractor Self-reproducing, C. Li, J. Sun, T. Lu, J.C. Sprott, and Z. Liu, Chaos 30, 063144-1-9 (2020).</w:t>
      </w:r>
    </w:p>
    <w:p w14:paraId="72C573C1" w14:textId="77777777" w:rsidR="00292B2B" w:rsidRDefault="00757BA4">
      <w:pPr>
        <w:spacing w:after="60" w:line="276" w:lineRule="auto"/>
        <w:ind w:left="648" w:hanging="648"/>
      </w:pPr>
      <w:r>
        <w:rPr>
          <w:sz w:val="20"/>
        </w:rPr>
        <w:t>517. Optimal Synchronization of Circulant and Non-circulant Oscillators, S. Panahi, F. Nazarimehr, S. Jafari, J.C. Sprott, M. Perc, and R. Repnik, Applied Mathematics and Computation 394, 125830-1-8 (2021).</w:t>
      </w:r>
    </w:p>
    <w:p w14:paraId="1BF69A4B" w14:textId="77777777" w:rsidR="00292B2B" w:rsidRDefault="00757BA4">
      <w:pPr>
        <w:spacing w:after="60" w:line="276" w:lineRule="auto"/>
        <w:ind w:left="648" w:hanging="648"/>
      </w:pPr>
      <w:r>
        <w:rPr>
          <w:sz w:val="20"/>
        </w:rPr>
        <w:t>518. Quantifying the Robustness of a Chaotic System, J.C. Sprott, Chaos 32, 033124-1-6 (2022).</w:t>
      </w:r>
    </w:p>
    <w:p w14:paraId="5E89E75E" w14:textId="77777777" w:rsidR="00292B2B" w:rsidRDefault="00757BA4">
      <w:pPr>
        <w:spacing w:after="60" w:line="276" w:lineRule="auto"/>
        <w:ind w:left="648" w:hanging="648"/>
      </w:pPr>
      <w:r>
        <w:rPr>
          <w:sz w:val="20"/>
        </w:rPr>
        <w:t>519. A Simple Memristive Jerk System, C. Li, J.C. Sprott, W.J. Thio, and Z. Gu, IET Circuits, Devices &amp; Systems 15, 388-392 (2021).</w:t>
      </w:r>
    </w:p>
    <w:p w14:paraId="6B7DDCDC" w14:textId="77777777" w:rsidR="00292B2B" w:rsidRDefault="00757BA4">
      <w:pPr>
        <w:spacing w:after="60" w:line="276" w:lineRule="auto"/>
        <w:ind w:left="648" w:hanging="648"/>
      </w:pPr>
      <w:r>
        <w:rPr>
          <w:sz w:val="20"/>
        </w:rPr>
        <w:t>520. Constructing Conditional Symmetry in Symmetric Chaotic Systems, C. Li, J.C. Sprott, X. Zhang, L. Chai, and Z. Liu, Chaos, Solitons and Fractals 155, 111723-1-8 (2022).</w:t>
      </w:r>
    </w:p>
    <w:p w14:paraId="568ECA59" w14:textId="77777777" w:rsidR="00292B2B" w:rsidRDefault="00757BA4">
      <w:pPr>
        <w:spacing w:after="60" w:line="276" w:lineRule="auto"/>
        <w:ind w:left="648" w:hanging="648"/>
      </w:pPr>
      <w:r>
        <w:rPr>
          <w:sz w:val="20"/>
        </w:rPr>
        <w:t>521. Effects of Amplitude, Maximal Lyapunov Exponent, and Kaplan-Yorke Dimension of Dynamical Oscillators on Master Stability Function, M.S. Kafraj, F. Nazarimehr, D. Ghosh, K. Rajagopal, S. Jafari, and J.C. Sprott, International Journal of Bifurcation and Chaos 32, 2250067-1-8 (2022).</w:t>
      </w:r>
    </w:p>
    <w:p w14:paraId="3EF59DDC" w14:textId="77777777" w:rsidR="00292B2B" w:rsidRDefault="00757BA4">
      <w:pPr>
        <w:spacing w:after="60" w:line="276" w:lineRule="auto"/>
        <w:ind w:left="648" w:hanging="648"/>
      </w:pPr>
      <w:r>
        <w:rPr>
          <w:sz w:val="20"/>
        </w:rPr>
        <w:t>522. Chaos in Memory Function of Sleep: A Nonlinear Dynamical Analysis in Thalamocortical Study, A. Foroutannia, F. Nazarimehr, M. Ghasemi, S. Jafari, and J.C. Sprott, submitted.</w:t>
      </w:r>
    </w:p>
    <w:p w14:paraId="6FB5DF7B" w14:textId="77777777" w:rsidR="00292B2B" w:rsidRDefault="00757BA4">
      <w:pPr>
        <w:spacing w:after="60" w:line="276" w:lineRule="auto"/>
        <w:ind w:left="648" w:hanging="648"/>
      </w:pPr>
      <w:r>
        <w:rPr>
          <w:sz w:val="20"/>
        </w:rPr>
        <w:t>523. Critical Slowing Down Indicators, F. Nazarimehr, S. Jafari, M. Perc, and J.C. Sprott, Europhysics Letters (EPL) 132, 18001-1-7 (2020).</w:t>
      </w:r>
    </w:p>
    <w:p w14:paraId="2F4B545E" w14:textId="77777777" w:rsidR="00292B2B" w:rsidRDefault="00757BA4">
      <w:pPr>
        <w:spacing w:after="60" w:line="276" w:lineRule="auto"/>
        <w:ind w:left="648" w:hanging="648"/>
      </w:pPr>
      <w:r>
        <w:rPr>
          <w:sz w:val="20"/>
        </w:rPr>
        <w:t>524. Generalized Multistability and its Control in a Laser, R. Meucci, J. Ginoux, M. Mehrabbeik, J. Jafari, and J.C. Sprott, Chaos 32, 083111-1-11 (2022).</w:t>
      </w:r>
    </w:p>
    <w:p w14:paraId="77F0562A" w14:textId="77777777" w:rsidR="00292B2B" w:rsidRDefault="00757BA4">
      <w:pPr>
        <w:spacing w:after="60" w:line="276" w:lineRule="auto"/>
        <w:ind w:left="648" w:hanging="648"/>
      </w:pPr>
      <w:r>
        <w:rPr>
          <w:sz w:val="20"/>
        </w:rPr>
        <w:t>525. A Simple Three-dimensional Quadratic Flow with an Attracting Torus, M. Mehrabbeik, S. Jafari, and J.C. Sprott, Physics Letters A 451, 128427-1-8 (2022).</w:t>
      </w:r>
    </w:p>
    <w:p w14:paraId="5A26760D" w14:textId="77777777" w:rsidR="00292B2B" w:rsidRDefault="00757BA4">
      <w:pPr>
        <w:spacing w:after="60" w:line="276" w:lineRule="auto"/>
        <w:ind w:left="648" w:hanging="648"/>
      </w:pPr>
      <w:r>
        <w:rPr>
          <w:sz w:val="20"/>
        </w:rPr>
        <w:t>526. Chaotic Oscillators with Two Types of Semi-fractal Equilibrium Points: Bifurcations, Multistability, and Fractal Basins of Attraction, H.G. Damghani, F. Nazarimehr, S. Jafari, and J.C. Sprott, Communications in Nonlinear Science and Numerical Simulation 120, 107143-1-13 (2023).</w:t>
      </w:r>
    </w:p>
    <w:p w14:paraId="108BC70A" w14:textId="77777777" w:rsidR="00292B2B" w:rsidRDefault="00757BA4">
      <w:pPr>
        <w:spacing w:after="60" w:line="276" w:lineRule="auto"/>
        <w:ind w:left="648" w:hanging="648"/>
      </w:pPr>
      <w:r>
        <w:rPr>
          <w:sz w:val="20"/>
        </w:rPr>
        <w:t>527. Multi-Stability Detection in Chaotic Systems, C. Li and J.C. Sprott, in Chaotic Systems with Multistability and Hidden Attractors, X. Wang, N.V. Kuznetsov, and G. Chen, editors (Springer, Cham, Switzerland), 377-396 (2022).</w:t>
      </w:r>
    </w:p>
    <w:p w14:paraId="5D5F76D7" w14:textId="77777777" w:rsidR="00292B2B" w:rsidRDefault="00757BA4">
      <w:pPr>
        <w:spacing w:after="60" w:line="276" w:lineRule="auto"/>
        <w:ind w:left="648" w:hanging="648"/>
      </w:pPr>
      <w:r>
        <w:rPr>
          <w:sz w:val="20"/>
        </w:rPr>
        <w:t>528. Multi-Stability in Asymmetric Systems, C. Li and J.C. Sprott, in Chaotic Systems with Multistability and Hidden Attractors, X. Wang, N.V. Kuznetsov, and G. Chen, editors (Springer, Cham, Switzerland), 331-344 (2022).</w:t>
      </w:r>
    </w:p>
    <w:p w14:paraId="325EF664" w14:textId="77777777" w:rsidR="00292B2B" w:rsidRDefault="00757BA4">
      <w:pPr>
        <w:spacing w:after="60" w:line="276" w:lineRule="auto"/>
        <w:ind w:left="648" w:hanging="648"/>
      </w:pPr>
      <w:r>
        <w:rPr>
          <w:sz w:val="20"/>
        </w:rPr>
        <w:t>529. Multi-Stability in Conditional Symmetric Systems, C. Li and J.C. Sprott, in Chaotic Systems with Multistability and Hidden Attractors, X. Wang, N.V. Kuznetsov, and G. Chen, editors (Springer, Cham, Switzerland), 345-358 (2022).</w:t>
      </w:r>
    </w:p>
    <w:p w14:paraId="001F1D78" w14:textId="77777777" w:rsidR="00292B2B" w:rsidRDefault="00757BA4">
      <w:pPr>
        <w:spacing w:after="60" w:line="276" w:lineRule="auto"/>
        <w:ind w:left="648" w:hanging="648"/>
      </w:pPr>
      <w:r>
        <w:rPr>
          <w:sz w:val="20"/>
        </w:rPr>
        <w:t>530. Multi-Stability in Self-Reproducing Systems, C. Li and J.C. Sprott, in Chaotic Systems with Multistability and Hidden Attractors, X. Wang, N.V. Kuznetsov, and G. Chen, editors (Springer, Cham, Switzerland), 359-375 (2022).</w:t>
      </w:r>
    </w:p>
    <w:p w14:paraId="44BA2E7B" w14:textId="77777777" w:rsidR="00292B2B" w:rsidRDefault="00757BA4">
      <w:pPr>
        <w:spacing w:after="60" w:line="276" w:lineRule="auto"/>
        <w:ind w:left="648" w:hanging="648"/>
      </w:pPr>
      <w:r>
        <w:rPr>
          <w:sz w:val="20"/>
        </w:rPr>
        <w:t>531. Multi-Stability in Symmetric Systems, C. Li and J.C. Sprott, in Chaotic Systems with Multistability and Hidden Attractors, X. Wang, N.V. Kuznetsov, and G. Chen, editors (Springer, Cham, Switzerland), 311-329 (2022).</w:t>
      </w:r>
    </w:p>
    <w:p w14:paraId="3595ECC4" w14:textId="77777777" w:rsidR="00292B2B" w:rsidRDefault="00757BA4">
      <w:pPr>
        <w:spacing w:after="60" w:line="276" w:lineRule="auto"/>
        <w:ind w:left="648" w:hanging="648"/>
      </w:pPr>
      <w:r>
        <w:rPr>
          <w:sz w:val="20"/>
        </w:rPr>
        <w:t>532. Artificial Intelligence Study of the System JCS-08-13-2022, J.C. Sprott, International Journal of Bifurcation and Chaos 32, 2230028 (2022).</w:t>
      </w:r>
    </w:p>
    <w:p w14:paraId="53A8F963" w14:textId="77777777" w:rsidR="00292B2B" w:rsidRDefault="00757BA4">
      <w:pPr>
        <w:spacing w:after="60" w:line="276" w:lineRule="auto"/>
        <w:ind w:left="648" w:hanging="648"/>
      </w:pPr>
      <w:r>
        <w:rPr>
          <w:sz w:val="20"/>
        </w:rPr>
        <w:t>533. Field Coupling Synchronization in a Chaotic Neuronal System, Z. Yao, K. Sun, S. He, and J.C. Sprott, submitted.</w:t>
      </w:r>
    </w:p>
    <w:p w14:paraId="1474312C" w14:textId="77777777" w:rsidR="00292B2B" w:rsidRDefault="00757BA4">
      <w:pPr>
        <w:spacing w:after="60" w:line="276" w:lineRule="auto"/>
        <w:ind w:left="648" w:hanging="648"/>
      </w:pPr>
      <w:r>
        <w:rPr>
          <w:sz w:val="20"/>
        </w:rPr>
        <w:t>534. Jerk Dynamics in the Minimal Universal Model of Laser, J.-M. Ginoux, R. Meucci, S. Euzzor, E. Pugliese, and J.C. Sprott, International Journal of Bifurcation and Chaos 32, 2250249 (2022).</w:t>
      </w:r>
    </w:p>
    <w:p w14:paraId="488F0F2B" w14:textId="77777777" w:rsidR="00292B2B" w:rsidRDefault="00757BA4">
      <w:pPr>
        <w:spacing w:after="60" w:line="276" w:lineRule="auto"/>
        <w:ind w:left="648" w:hanging="648"/>
      </w:pPr>
      <w:r>
        <w:rPr>
          <w:sz w:val="20"/>
        </w:rPr>
        <w:t>535. The Role of Artificial Intelligence in Chaos Research, J.C. Sprott, Society for Chaos Theory in Psychology &amp; Life Sciences Newsletter 30, May 2023-5 (2023).</w:t>
      </w:r>
    </w:p>
    <w:p w14:paraId="3345C894" w14:textId="77777777" w:rsidR="00292B2B" w:rsidRDefault="00757BA4">
      <w:pPr>
        <w:spacing w:after="60" w:line="276" w:lineRule="auto"/>
        <w:ind w:left="648" w:hanging="648"/>
      </w:pPr>
      <w:r>
        <w:rPr>
          <w:sz w:val="20"/>
        </w:rPr>
        <w:t>536. Similar Master Stability Functions for Different Coupling Schemes in Basic Chaotic Systems, Z. Dayani, F. Parastesh, S. Jafari, E. Schӧll, J. Kurths, and J.C. Sprott, International Journal of Bifurcation and Chaos 33, 2350122 (2023).</w:t>
      </w:r>
    </w:p>
    <w:p w14:paraId="172C9515" w14:textId="77777777" w:rsidR="00292B2B" w:rsidRDefault="00757BA4">
      <w:pPr>
        <w:spacing w:after="60" w:line="276" w:lineRule="auto"/>
        <w:ind w:left="648" w:hanging="648"/>
      </w:pPr>
      <w:r>
        <w:rPr>
          <w:sz w:val="20"/>
        </w:rPr>
        <w:t>537. The Jerk Dynamics of Lorenz Model, J.-M. Ginoux, R. Meucci, J. Llibre, and J.C. Sprott, in Advances in Nonlinear Dynamics, Volume III, Proceedings of the Third International Nonlinear Dynamics Conference (NODYCON 2023) (Springer, Cham, Switzerland), 121-129 (2024).</w:t>
      </w:r>
    </w:p>
    <w:p w14:paraId="24600CC4" w14:textId="77777777" w:rsidR="00292B2B" w:rsidRDefault="00757BA4">
      <w:pPr>
        <w:spacing w:after="60" w:line="276" w:lineRule="auto"/>
        <w:ind w:left="648" w:hanging="648"/>
      </w:pPr>
      <w:r>
        <w:rPr>
          <w:sz w:val="20"/>
        </w:rPr>
        <w:t>538. Mixing Rates of Ergodic Algorithms, J.C. Sprott, Computational Methods in Science and Technology 30, 5-9 (2024).</w:t>
      </w:r>
    </w:p>
    <w:p w14:paraId="13D66F48" w14:textId="77777777" w:rsidR="00292B2B" w:rsidRDefault="00757BA4">
      <w:pPr>
        <w:spacing w:after="60" w:line="276" w:lineRule="auto"/>
        <w:ind w:left="648" w:hanging="648"/>
      </w:pPr>
      <w:r>
        <w:rPr>
          <w:sz w:val="20"/>
        </w:rPr>
        <w:t>539. Bifurcation Analysis for Generalized Nose-Hoover Oscillator System, R.H. Salih, J.C. Sprott, and B.M. Mohammed, International Journal of Bifurcation and Chaos 34, 2450179-1-15 (2024).</w:t>
      </w:r>
    </w:p>
    <w:p w14:paraId="2477D9DA" w14:textId="77777777" w:rsidR="00292B2B" w:rsidRDefault="00757BA4">
      <w:pPr>
        <w:spacing w:after="60" w:line="276" w:lineRule="auto"/>
        <w:ind w:left="648" w:hanging="648"/>
      </w:pPr>
      <w:r>
        <w:rPr>
          <w:sz w:val="20"/>
        </w:rPr>
        <w:t>540. Energy Function of 2D and 3D Dynamical Systems, J.-M. Ginoux, R. Meucci, J. Llibre, and J.C. Sprott, Chaos, Solitons and Fractals 190, 115768-1-6 (2025).</w:t>
      </w:r>
    </w:p>
    <w:p w14:paraId="24ED389E" w14:textId="77777777" w:rsidR="00292B2B" w:rsidRDefault="00757BA4">
      <w:pPr>
        <w:spacing w:after="60" w:line="276" w:lineRule="auto"/>
        <w:ind w:left="648" w:hanging="648"/>
      </w:pPr>
      <w:r>
        <w:rPr>
          <w:sz w:val="20"/>
        </w:rPr>
        <w:t>541. Energy Function of 2D and 3D Coarse Systems, J.-M. Ginoux, R. Meucci, J. Llibre, and J.C. Sprott, Chaos, Solitons and Fractals 199, 116643-1-9 (2025).</w:t>
      </w:r>
    </w:p>
    <w:p w14:paraId="3BA1D69F" w14:textId="77777777" w:rsidR="00292B2B" w:rsidRDefault="00757BA4">
      <w:pPr>
        <w:spacing w:after="60" w:line="276" w:lineRule="auto"/>
        <w:ind w:left="648" w:hanging="648"/>
      </w:pPr>
      <w:r>
        <w:rPr>
          <w:sz w:val="20"/>
        </w:rPr>
        <w:t>542. Multistability in a 3D Circulant Chaotic Flow: The Circulant Symmetry of Coexisting Dynamics, K. Rajagopal, F. Nazarimehr, S. Jafari, and J.C. Sprott, Int. J. Bifurcation Chaos 35, 2540004-1-13 (2025).</w:t>
      </w:r>
    </w:p>
    <w:p w14:paraId="4AB367B4" w14:textId="77777777" w:rsidR="00292B2B" w:rsidRDefault="00757BA4">
      <w:pPr>
        <w:spacing w:after="60" w:line="276" w:lineRule="auto"/>
        <w:ind w:left="648" w:hanging="648"/>
      </w:pPr>
      <w:r>
        <w:rPr>
          <w:sz w:val="20"/>
        </w:rPr>
        <w:t>543. A Novel Circulant System with Six Coexisting Symmetric Conservative Chaotic Seas, K. Rajagopal, F. Nazarimehr, S. Jafari, and J.C. Sprott, Int. J. Bifurcation Chaos 36, 2650087 (2026).</w:t>
      </w:r>
    </w:p>
    <w:p w14:paraId="5F9E4B57" w14:textId="77777777" w:rsidR="00292B2B" w:rsidRDefault="00757BA4">
      <w:pPr>
        <w:spacing w:after="60" w:line="276" w:lineRule="auto"/>
        <w:ind w:left="648" w:hanging="648"/>
      </w:pPr>
      <w:r>
        <w:rPr>
          <w:sz w:val="20"/>
        </w:rPr>
        <w:t>544. Hidden Attractor in a Dynamical System Without Fixed Points and Perpetual Points, S. Jafari, A. Soheylifar, A. Bayani, K. Rajagopal, and J.C. Sprott, Int. J. Bifurcation Chaos 36, 2630021 (2026).</w:t>
      </w:r>
    </w:p>
    <w:p w14:paraId="56BD3879" w14:textId="77777777" w:rsidR="00292B2B" w:rsidRDefault="00757BA4">
      <w:pPr>
        <w:spacing w:after="60" w:line="276" w:lineRule="auto"/>
        <w:ind w:left="648" w:hanging="648"/>
      </w:pPr>
      <w:r>
        <w:rPr>
          <w:sz w:val="20"/>
        </w:rPr>
        <w:t>545. The Simplest Chaotic Lotka-Volterra System with Reflection, Rotation, and Inversion Symmetries, S. Jafari, A. Bayani, K. Rajagopal, C. Li, and J.C. Sprott, C</w:t>
      </w:r>
      <w:bookmarkStart w:id="0" w:name="_GoBack"/>
      <w:bookmarkEnd w:id="0"/>
      <w:r>
        <w:rPr>
          <w:sz w:val="20"/>
        </w:rPr>
        <w:t>haos, Solitons &amp; Fractals 201, 117305-1-7 (2025).</w:t>
      </w:r>
    </w:p>
    <w:p w14:paraId="342C5B11" w14:textId="77777777" w:rsidR="00292B2B" w:rsidRDefault="00757BA4">
      <w:pPr>
        <w:spacing w:after="60" w:line="276" w:lineRule="auto"/>
        <w:ind w:left="648" w:hanging="648"/>
      </w:pPr>
      <w:r>
        <w:rPr>
          <w:sz w:val="20"/>
        </w:rPr>
        <w:t>546. Complex Dynamics and Synchronization of a Memristive Membrane Neuron Model with Bounded Hyperbolic Memductance, K. Rajagopal, F. Parastesh, Z. Wei, and J.C. Sprott, Eur. Phys. J. Spec. Top. 234, 8641-8655 (2025).</w:t>
      </w:r>
    </w:p>
    <w:p w14:paraId="24AE5E3D" w14:textId="77777777" w:rsidR="00292B2B" w:rsidRDefault="00757BA4">
      <w:pPr>
        <w:spacing w:after="60" w:line="276" w:lineRule="auto"/>
        <w:ind w:left="648" w:hanging="648"/>
      </w:pPr>
      <w:r>
        <w:rPr>
          <w:sz w:val="20"/>
        </w:rPr>
        <w:t>547. Simple Chemical Systems with Chaos, T. Plesa and J.C. Sprott, Chaos 36, 053135 (2026).</w:t>
      </w:r>
    </w:p>
    <w:p w14:paraId="50621370" w14:textId="77777777" w:rsidR="00292B2B" w:rsidRDefault="00757BA4">
      <w:pPr>
        <w:spacing w:after="60" w:line="276" w:lineRule="auto"/>
        <w:ind w:left="648" w:hanging="648"/>
      </w:pPr>
      <w:r>
        <w:rPr>
          <w:sz w:val="20"/>
        </w:rPr>
        <w:t>548. Finding More Chaotic Flows with Complete Control, C. Li, J.C. Sprott, and W. Liu, Int. J. Bifurcation Chaos 36, 2650164 (2026).</w:t>
      </w:r>
    </w:p>
    <w:p w14:paraId="5D90A240" w14:textId="77777777" w:rsidR="00292B2B" w:rsidRDefault="00757BA4">
      <w:pPr>
        <w:spacing w:after="60" w:line="276" w:lineRule="auto"/>
        <w:ind w:left="648" w:hanging="648"/>
      </w:pPr>
      <w:r>
        <w:rPr>
          <w:sz w:val="20"/>
        </w:rPr>
        <w:t>549. Master Stability in the Presence of Megastability: Emergence of Oscillatory Synchronization Patterns, K. Rajagopal, A. Firouzeh, M. Mehrabbeik, S. Jafari, and J.C. Sprott, Chaos, Solitons &amp; Fractals 211, 118791-1-15 (2026).</w:t>
      </w:r>
    </w:p>
    <w:p w14:paraId="10AD670A" w14:textId="77777777" w:rsidR="00292B2B" w:rsidRDefault="00757BA4">
      <w:pPr>
        <w:spacing w:after="60" w:line="276" w:lineRule="auto"/>
        <w:ind w:left="648" w:hanging="648"/>
      </w:pPr>
      <w:r>
        <w:rPr>
          <w:sz w:val="20"/>
        </w:rPr>
        <w:t>550. Saturation of Collisionless Ion Temperature Gradient Turbulence via Symmetric Dynamics, A.A. Azelis, P.W. Terry, J.C. Sprott, and P.-Y. Li, submitted.</w:t>
      </w:r>
    </w:p>
    <w:p w14:paraId="6756B2C9" w14:textId="77777777" w:rsidR="00292B2B" w:rsidRDefault="00757BA4">
      <w:pPr>
        <w:spacing w:after="60" w:line="276" w:lineRule="auto"/>
        <w:ind w:left="648" w:hanging="648"/>
      </w:pPr>
      <w:r>
        <w:rPr>
          <w:sz w:val="20"/>
        </w:rPr>
        <w:t>551. Chaotic Flows with an Independent Amplitude Scaler, C. Li, J.C. Sprott, and W. Liu, Int. J. Bifurcation Chaos, 2730001 (2026), DOI: 10.1142/s0218127427300011.</w:t>
      </w:r>
    </w:p>
    <w:p w14:paraId="0415C627" w14:textId="77777777" w:rsidR="00292B2B" w:rsidRDefault="00757BA4">
      <w:pPr>
        <w:spacing w:after="60" w:line="276" w:lineRule="auto"/>
        <w:ind w:left="648" w:hanging="648"/>
      </w:pPr>
      <w:r>
        <w:rPr>
          <w:sz w:val="20"/>
        </w:rPr>
        <w:t>552. A Flying Lorenz Butterfly, J.C. Sprott, Int. J. Bifurcation Chaos, 2650234 (2026), DOI: 10.1142/s0218127426502342.</w:t>
      </w:r>
    </w:p>
    <w:p w14:paraId="525F86AE" w14:textId="77777777" w:rsidR="00292B2B" w:rsidRDefault="00757BA4">
      <w:pPr>
        <w:ind w:hanging="648" w:left="648"/>
      </w:pPr>
      <w:r>
        <w:rPr>
          <w:sz w:val="20"/>
        </w:rPr>
        <w:t>553. Multi-Stability in Asymmetric Systems, C. Li and J.C. Sprott, in Chaotic Systems with Multistability and Hidden Attractors, X. Wang, N.V. Kuznetsov, and G. Chen, editors (Springer, Cham, Switzerland), 331-344, DOI: 10.1007/978-3-030-75821-9_13 (2021) [duplicate of #528].</w:t>
      </w:r>
    </w:p>
    <w:p w14:paraId="35BEAA1D" w14:textId="77777777" w:rsidR="00292B2B" w:rsidRDefault="00757BA4">
      <w:pPr>
        <w:ind w:hanging="648" w:left="648"/>
      </w:pPr>
      <w:r>
        <w:rPr>
          <w:sz w:val="20"/>
        </w:rPr>
        <w:t>554. Chaotic Systems with Any Number and Various Types of Equilibria, X. Wang, G. Chen, and J.C. Sprott, in Chaotic Systems with Multistability and Hidden Attractors, X. Wang, N.V. Kuznetsov, and G. Chen, editors (Springer, Cham, Switzerland), 125-146, DOI: 10.1007/978-3-030-75821-9_7 (2021).</w:t>
      </w:r>
    </w:p>
    <w:p w14:paraId="0415C627" w14:textId="77777777" w:rsidR="00292B2B" w:rsidRDefault="00757BA4">
      <w:pPr>
        <w:spacing w:after="60" w:line="276" w:lineRule="auto"/>
        <w:ind w:left="648" w:hanging="648"/>
      </w:pPr>
      <w:r>
        <w:rPr>
          <w:sz w:val="20"/>
        </w:rPr>
        <w:t>555. Multistability in a 3D Circulant Chaotic Flow: The Circulant Symmetry of Coexisting Dynamics, K. Rajagopal, F. Nazarimehr, S. Jafari, and J.C. Sprott, in Memristors, Dynamics and Complexity, World Scientific Series on Nonlinear Science Series B (World Scientific, Singapore), 143-155 (2026) [reprint of #542].</w:t>
      </w:r>
    </w:p>
    <w:p w14:paraId="0415C627" w14:textId="77777777" w:rsidR="00292B2B" w:rsidRDefault="00757BA4">
      <w:pPr>
        <w:spacing w:after="60" w:line="276" w:lineRule="auto"/>
        <w:ind w:left="648" w:hanging="648"/>
      </w:pPr>
      <w:r>
        <w:rPr>
          <w:sz w:val="20"/>
        </w:rPr>
        <w:t>556. Chaotic Circuit Based on Physical Memristor, L. Minati, L.V. Gambuzza, W.J. Thio, J.C. Sprott, and M. Frasca, Proceedings of the 17th International Workshop on Cellular Nanoscale Networks and their Applications (CNNA 2021), 1-2 (2021) [short conference version of #515].</w:t>
      </w:r>
    </w:p>
    <w:p w14:paraId="0415C627" w14:textId="77777777" w:rsidR="00292B2B" w:rsidRDefault="00757BA4">
      <w:pPr>
        <w:spacing w:after="60" w:line="276" w:lineRule="auto"/>
        <w:ind w:left="648" w:hanging="648"/>
      </w:pPr>
      <w:r>
        <w:rPr>
          <w:sz w:val="20"/>
        </w:rPr>
        <w:t>557. Book Review “Chaos and Nonlinear Dynamics: An Introduction for Scientists and Engineers by Robert C. Hilborn,” J.C. Sprott, American Journal of Physics 62, 861 (1994).</w:t>
      </w:r>
    </w:p>
    <w:p w14:paraId="0415C627" w14:textId="77777777" w:rsidR="00292B2B" w:rsidRDefault="00757BA4">
      <w:pPr>
        <w:spacing w:after="60" w:line="276" w:lineRule="auto"/>
        <w:ind w:left="648" w:hanging="648"/>
      </w:pPr>
      <w:r>
        <w:rPr>
          <w:sz w:val="20"/>
        </w:rPr>
        <w:t>558. Book Review “Experiments and Demonstrations in Physics: Bar-Ilan Physics Laboratory by Yaakov Kraftmakher,” J.C. Sprott, Physics Today 61, 55 (2008).</w:t>
      </w:r>
    </w:p>
    <w:p w14:paraId="6E90D966" w14:textId="77777777" w:rsidR="00292B2B" w:rsidRDefault="00757BA4">
      <w:pPr>
        <w:pStyle w:val="Heading1"/>
      </w:pPr>
      <w:r>
        <w:rPr>
          <w:rFonts w:ascii="Times New Roman" w:eastAsia="Times New Roman" w:hAnsi="Times New Roman"/>
        </w:rPr>
        <w:t>Published Books, Book Chapters, Software, and Videos</w:t>
      </w:r>
    </w:p>
    <w:p w14:paraId="45F1071B" w14:textId="77777777" w:rsidR="00292B2B" w:rsidRDefault="00757BA4">
      <w:pPr>
        <w:spacing w:after="60" w:line="276" w:lineRule="auto"/>
        <w:ind w:left="576" w:hanging="576"/>
      </w:pPr>
      <w:r>
        <w:t>1. Introduction to Modern Electronics, Wiley (1981).</w:t>
      </w:r>
    </w:p>
    <w:p w14:paraId="4AAA63C2" w14:textId="77777777" w:rsidR="00292B2B" w:rsidRDefault="00757BA4">
      <w:pPr>
        <w:spacing w:after="60" w:line="276" w:lineRule="auto"/>
        <w:ind w:left="576" w:hanging="576"/>
      </w:pPr>
      <w:r>
        <w:t>2. Physics Demonstrations software, Physics Academic Software (1989).</w:t>
      </w:r>
    </w:p>
    <w:p w14:paraId="05C1F839" w14:textId="77777777" w:rsidR="00292B2B" w:rsidRDefault="00757BA4">
      <w:pPr>
        <w:spacing w:after="60" w:line="276" w:lineRule="auto"/>
        <w:ind w:left="576" w:hanging="576"/>
      </w:pPr>
      <w:r>
        <w:t>3. Chaos Demonstrations software, Physics Academic Software (1990).</w:t>
      </w:r>
    </w:p>
    <w:p w14:paraId="7D5C6803" w14:textId="77777777" w:rsidR="00292B2B" w:rsidRDefault="00757BA4">
      <w:pPr>
        <w:spacing w:after="60" w:line="276" w:lineRule="auto"/>
        <w:ind w:left="576" w:hanging="576"/>
      </w:pPr>
      <w:r>
        <w:t>4. The Wonders of Physics Lecture Kit, NSF (1990).</w:t>
      </w:r>
    </w:p>
    <w:p w14:paraId="5D0F3BF7" w14:textId="77777777" w:rsidR="00292B2B" w:rsidRDefault="00757BA4">
      <w:pPr>
        <w:spacing w:after="60" w:line="276" w:lineRule="auto"/>
        <w:ind w:left="576" w:hanging="576"/>
      </w:pPr>
      <w:r>
        <w:t>5. Numerical Recipes, Routines and Examples in BASIC, Cambridge University Press (1991).</w:t>
      </w:r>
    </w:p>
    <w:p w14:paraId="2C7C5CC1" w14:textId="77777777" w:rsidR="00292B2B" w:rsidRDefault="00757BA4">
      <w:pPr>
        <w:spacing w:after="60" w:line="276" w:lineRule="auto"/>
        <w:ind w:left="576" w:hanging="576"/>
      </w:pPr>
      <w:r>
        <w:t>6. Chaos Data Analyzer software, Physics Academic Software (1992).</w:t>
      </w:r>
    </w:p>
    <w:p w14:paraId="39FF32C7" w14:textId="77777777" w:rsidR="00292B2B" w:rsidRDefault="00757BA4">
      <w:pPr>
        <w:spacing w:after="60" w:line="276" w:lineRule="auto"/>
        <w:ind w:left="576" w:hanging="576"/>
      </w:pPr>
      <w:r>
        <w:t>7. The Wonders of Physics videos (40 hours), U. W. Physics Dept. (1986-2023).</w:t>
      </w:r>
    </w:p>
    <w:p w14:paraId="0E4BCDE5" w14:textId="77777777" w:rsidR="00292B2B" w:rsidRDefault="00757BA4">
      <w:pPr>
        <w:spacing w:after="60" w:line="276" w:lineRule="auto"/>
        <w:ind w:left="576" w:hanging="576"/>
      </w:pPr>
      <w:r>
        <w:t>8. Physics Demonstrations videos (2 hours), Saunders College Publishing (1991).</w:t>
      </w:r>
    </w:p>
    <w:p w14:paraId="0D267641" w14:textId="77777777" w:rsidR="00292B2B" w:rsidRDefault="00757BA4">
      <w:pPr>
        <w:spacing w:after="60" w:line="276" w:lineRule="auto"/>
        <w:ind w:left="576" w:hanging="576"/>
      </w:pPr>
      <w:r>
        <w:t>9. Chaos, Guest Essays in Serway, “Physics for Scientists and Engineers,” 3rd ed. and in Serway &amp; Faughn, “College Physics,” 3rd ed. Saunders College Publishing (1991).</w:t>
      </w:r>
    </w:p>
    <w:p w14:paraId="17934799" w14:textId="77777777" w:rsidR="00292B2B" w:rsidRDefault="00757BA4">
      <w:pPr>
        <w:spacing w:after="60" w:line="276" w:lineRule="auto"/>
        <w:ind w:left="576" w:hanging="576"/>
      </w:pPr>
      <w:r>
        <w:t>10. Strange Attractors: Creating Patterns in Chaos, M&amp;T Books (1993).</w:t>
      </w:r>
    </w:p>
    <w:p w14:paraId="082E83F7" w14:textId="77777777" w:rsidR="00292B2B" w:rsidRDefault="00757BA4">
      <w:pPr>
        <w:spacing w:after="60" w:line="276" w:lineRule="auto"/>
        <w:ind w:left="576" w:hanging="576"/>
      </w:pPr>
      <w:r>
        <w:t>11. The Computer Artist and Art Critic, in “Fractal Horizons: The Future Use of Fractals,” C. A. Pickover, ed. St. Martin’s Press (1996).</w:t>
      </w:r>
    </w:p>
    <w:p w14:paraId="7B8943DD" w14:textId="77777777" w:rsidR="00292B2B" w:rsidRDefault="00757BA4">
      <w:pPr>
        <w:spacing w:after="60" w:line="276" w:lineRule="auto"/>
        <w:ind w:left="576" w:hanging="576"/>
      </w:pPr>
      <w:r>
        <w:t>12. The Future Project: Twenty-Second-Century Wishes, Lies, and Dreams in “Information Imagineering: Meeting at the Interface,” M. T. Wolf, P. Ensor, and M. A. Thomas, ed. American Library Association (1998).</w:t>
      </w:r>
    </w:p>
    <w:p w14:paraId="5BFD6AC5" w14:textId="77777777" w:rsidR="00292B2B" w:rsidRDefault="00757BA4">
      <w:pPr>
        <w:spacing w:after="60" w:line="276" w:lineRule="auto"/>
        <w:ind w:left="576" w:hanging="576"/>
      </w:pPr>
      <w:r>
        <w:t>13. Automatic Generation of Strange Attractors (and two other articles) in “Chaos and Fractals: A Computer Graphical Journey,” C. A. Pickover, ed. Elsevier (1998).</w:t>
      </w:r>
    </w:p>
    <w:p w14:paraId="23F60094" w14:textId="77777777" w:rsidR="00292B2B" w:rsidRDefault="00757BA4">
      <w:pPr>
        <w:spacing w:after="60" w:line="276" w:lineRule="auto"/>
        <w:ind w:left="576" w:hanging="576"/>
      </w:pPr>
      <w:r>
        <w:t>14. Chaos and Time-Series Analysis, Oxford University Press (2003).</w:t>
      </w:r>
    </w:p>
    <w:p w14:paraId="2F80EEA8" w14:textId="77777777" w:rsidR="00292B2B" w:rsidRDefault="00757BA4">
      <w:pPr>
        <w:spacing w:after="60" w:line="276" w:lineRule="auto"/>
        <w:ind w:left="576" w:hanging="576"/>
      </w:pPr>
      <w:r>
        <w:t>15. Images of a Complex World: The Art and Poetry of Chaos (with Robin Chapman), World Scientific (2005).</w:t>
      </w:r>
    </w:p>
    <w:p w14:paraId="0050620D" w14:textId="77777777" w:rsidR="00292B2B" w:rsidRDefault="00757BA4">
      <w:pPr>
        <w:spacing w:after="60" w:line="276" w:lineRule="auto"/>
        <w:ind w:left="576" w:hanging="576"/>
      </w:pPr>
      <w:r>
        <w:t>16. Physics Demonstrations, University of Wisconsin Press (2006).</w:t>
      </w:r>
    </w:p>
    <w:p w14:paraId="26CE36FC" w14:textId="77777777" w:rsidR="00292B2B" w:rsidRDefault="00757BA4">
      <w:pPr>
        <w:spacing w:after="60" w:line="276" w:lineRule="auto"/>
        <w:ind w:left="576" w:hanging="576"/>
      </w:pPr>
      <w:r>
        <w:t>17. Elegant Chaos: Algebraically Simple Chaotic Flows, World Scientific (2010).</w:t>
      </w:r>
    </w:p>
    <w:p w14:paraId="5020261B" w14:textId="77777777" w:rsidR="00292B2B" w:rsidRDefault="00757BA4">
      <w:pPr>
        <w:spacing w:after="60" w:line="276" w:lineRule="auto"/>
        <w:ind w:left="576" w:hanging="576"/>
      </w:pPr>
      <w:r>
        <w:t>18. 2-D Quadratic Maps and 3-D ODE Systems: A Rigorous Approach (with E. Zeraoulia), World Scientific (2010).</w:t>
      </w:r>
    </w:p>
    <w:p w14:paraId="7C62C9C0" w14:textId="77777777" w:rsidR="00292B2B" w:rsidRDefault="00757BA4">
      <w:pPr>
        <w:spacing w:after="60" w:line="276" w:lineRule="auto"/>
        <w:ind w:left="576" w:hanging="576"/>
      </w:pPr>
      <w:r>
        <w:t>19. Frontiers in the Study of Chaotic Dynamical Systems with Open Problems (edited with E. Zeraoulia), World Scientific (2011).</w:t>
      </w:r>
    </w:p>
    <w:p w14:paraId="74E2B2D3" w14:textId="77777777" w:rsidR="00292B2B" w:rsidRDefault="00757BA4">
      <w:pPr>
        <w:spacing w:after="60" w:line="276" w:lineRule="auto"/>
        <w:ind w:left="576" w:hanging="576"/>
      </w:pPr>
      <w:r>
        <w:t>20. Algebraically Simple Chaotic Flows (with S. Linz), in “Le Néant dans la Penseé Contemporaraine,” N.-B. Barbe, ed. Bes Editions (2012).</w:t>
      </w:r>
    </w:p>
    <w:p w14:paraId="37F32E08" w14:textId="77777777" w:rsidR="00292B2B" w:rsidRDefault="00757BA4">
      <w:pPr>
        <w:spacing w:after="60" w:line="276" w:lineRule="auto"/>
        <w:ind w:left="576" w:hanging="576"/>
      </w:pPr>
      <w:r>
        <w:t>21. Robust Chaos and its Applications (with E. Zeraoulia), World Scientific (2011).</w:t>
      </w:r>
    </w:p>
    <w:p w14:paraId="0739B99C" w14:textId="77777777" w:rsidR="00292B2B" w:rsidRDefault="00757BA4">
      <w:pPr>
        <w:spacing w:after="60" w:line="276" w:lineRule="auto"/>
        <w:ind w:left="576" w:hanging="576"/>
      </w:pPr>
      <w:r>
        <w:t>22. Elegant Fractals: Automated Generation of Computer Art, World Scientific (2019).</w:t>
      </w:r>
    </w:p>
    <w:p w14:paraId="4C923AD6" w14:textId="77777777" w:rsidR="00292B2B" w:rsidRDefault="00757BA4">
      <w:pPr>
        <w:spacing w:after="60" w:line="276" w:lineRule="auto"/>
        <w:ind w:left="576" w:hanging="576"/>
      </w:pPr>
      <w:r>
        <w:t>23. Globally Attracting Hidden Attractors (and other chapters), in Chaotic Systems with Multistability and Hidden Attractors, X. Wang, N. V. Kuznetsov, and G. Chen (eds), Springer (2022).</w:t>
      </w:r>
    </w:p>
    <w:p w14:paraId="20E8012E" w14:textId="77777777" w:rsidR="00292B2B" w:rsidRDefault="00757BA4">
      <w:pPr>
        <w:spacing w:after="60" w:line="276" w:lineRule="auto"/>
        <w:ind w:left="576" w:hanging="576"/>
      </w:pPr>
      <w:r>
        <w:t>24. Elegant Circuits: Simple Chaotic Oscillators (with Wesley Thio), World Scientific (2022).</w:t>
      </w:r>
    </w:p>
    <w:p w14:paraId="7F820897" w14:textId="77777777" w:rsidR="00292B2B" w:rsidRDefault="00757BA4">
      <w:pPr>
        <w:spacing w:after="60" w:line="276" w:lineRule="auto"/>
        <w:ind w:left="576" w:hanging="576"/>
      </w:pPr>
      <w:r>
        <w:t>25. Elegant Simulations: From Simple Oscillators to Many-Body Systems (with William Hoover and Carol Hoover), World Scientific (2023)</w:t>
      </w:r>
    </w:p>
    <w:p w14:paraId="3A90829D" w14:textId="77777777" w:rsidR="00292B2B" w:rsidRDefault="00757BA4">
      <w:pPr>
        <w:spacing w:after="60" w:line="276" w:lineRule="auto"/>
        <w:ind w:left="576" w:hanging="576"/>
      </w:pPr>
      <w:r>
        <w:t>26. Elegant Automation: Robotic Analysis of Chaotic Systems, World Scientific (2023)</w:t>
      </w:r>
    </w:p>
    <w:p w14:paraId="54EFA151" w14:textId="77777777" w:rsidR="00292B2B" w:rsidRDefault="00757BA4">
      <w:r>
        <w:t>27. Elegant Theories: Simple Ideas with Profound Implications, World Scientific (2026).</w:t>
      </w:r>
    </w:p>
    <w:p w14:paraId="080C89EE" w14:textId="77777777" w:rsidR="00292B2B" w:rsidRDefault="00757BA4">
      <w:pPr>
        <w:pStyle w:val="Heading1"/>
      </w:pPr>
      <w:r>
        <w:rPr>
          <w:rFonts w:ascii="Times New Roman" w:eastAsia="Times New Roman" w:hAnsi="Times New Roman"/>
        </w:rPr>
        <w:t>Unpublished Invited Talks</w:t>
      </w:r>
    </w:p>
    <w:p w14:paraId="64141958" w14:textId="77777777" w:rsidR="00292B2B" w:rsidRDefault="00757BA4">
      <w:pPr>
        <w:spacing w:after="60" w:line="276" w:lineRule="auto"/>
        <w:ind w:left="576" w:hanging="576"/>
      </w:pPr>
      <w:r>
        <w:t>1. Microwave Heating in Toroidal Multipoles. Bull. Am. Phys. Soc. 15, 1449 (1970).</w:t>
      </w:r>
    </w:p>
    <w:p w14:paraId="721D3369" w14:textId="77777777" w:rsidR="00292B2B" w:rsidRDefault="00757BA4">
      <w:pPr>
        <w:spacing w:after="60" w:line="276" w:lineRule="auto"/>
        <w:ind w:left="576" w:hanging="576"/>
      </w:pPr>
      <w:r>
        <w:t>2. Oak Ridge National Lab Information Meeting, October 1973.</w:t>
      </w:r>
    </w:p>
    <w:p w14:paraId="654A394E" w14:textId="77777777" w:rsidR="00292B2B" w:rsidRDefault="00757BA4">
      <w:pPr>
        <w:spacing w:after="60" w:line="276" w:lineRule="auto"/>
        <w:ind w:left="576" w:hanging="576"/>
      </w:pPr>
      <w:r>
        <w:t>3. MIT Conference on Tokamak Research, May 1974.</w:t>
      </w:r>
    </w:p>
    <w:p w14:paraId="6B855068" w14:textId="77777777" w:rsidR="00292B2B" w:rsidRDefault="00757BA4">
      <w:pPr>
        <w:spacing w:after="60" w:line="276" w:lineRule="auto"/>
        <w:ind w:left="576" w:hanging="576"/>
      </w:pPr>
      <w:r>
        <w:t>4. ERDA Meeting for Formulation of Near-term Plans for rf heating in Tokamaks, December 1975.</w:t>
      </w:r>
    </w:p>
    <w:p w14:paraId="746A9546" w14:textId="77777777" w:rsidR="00292B2B" w:rsidRDefault="00757BA4">
      <w:pPr>
        <w:spacing w:after="60" w:line="276" w:lineRule="auto"/>
        <w:ind w:left="576" w:hanging="576"/>
      </w:pPr>
      <w:r>
        <w:t>5. TRW Multipole Confinement Meeting, December 1977.</w:t>
      </w:r>
    </w:p>
    <w:p w14:paraId="37ED830F" w14:textId="77777777" w:rsidR="00292B2B" w:rsidRDefault="00757BA4">
      <w:pPr>
        <w:spacing w:after="60" w:line="276" w:lineRule="auto"/>
        <w:ind w:left="576" w:hanging="576"/>
      </w:pPr>
      <w:r>
        <w:t>6. Princeton Conference on Tokamak Research, March 1979.</w:t>
      </w:r>
    </w:p>
    <w:p w14:paraId="2DC9AE31" w14:textId="77777777" w:rsidR="00292B2B" w:rsidRDefault="00757BA4">
      <w:pPr>
        <w:spacing w:after="60" w:line="276" w:lineRule="auto"/>
        <w:ind w:left="576" w:hanging="576"/>
      </w:pPr>
      <w:r>
        <w:t>7. Princeton Conference on Tokamak Research, September 1979.</w:t>
      </w:r>
    </w:p>
    <w:p w14:paraId="2D2C5C2D" w14:textId="77777777" w:rsidR="00292B2B" w:rsidRDefault="00757BA4">
      <w:pPr>
        <w:spacing w:after="60" w:line="276" w:lineRule="auto"/>
        <w:ind w:left="576" w:hanging="576"/>
      </w:pPr>
      <w:r>
        <w:t>8. Princeton Workshop on Advanced Tokamak Concepts, February 1980.</w:t>
      </w:r>
    </w:p>
    <w:p w14:paraId="19D9040A" w14:textId="77777777" w:rsidR="00292B2B" w:rsidRDefault="00757BA4">
      <w:pPr>
        <w:spacing w:after="60" w:line="276" w:lineRule="auto"/>
        <w:ind w:left="576" w:hanging="576"/>
      </w:pPr>
      <w:r>
        <w:t>9. Princeton Conference on Tokamak Research, February 1983.</w:t>
      </w:r>
    </w:p>
    <w:p w14:paraId="357CB75E" w14:textId="77777777" w:rsidR="00292B2B" w:rsidRDefault="00757BA4">
      <w:pPr>
        <w:spacing w:after="60" w:line="276" w:lineRule="auto"/>
        <w:ind w:left="576" w:hanging="576"/>
      </w:pPr>
      <w:r>
        <w:t>10. APS, Los Angeles, on the role of Universities in the Tokamak program, November 1983.</w:t>
      </w:r>
    </w:p>
    <w:p w14:paraId="0C9372C9" w14:textId="77777777" w:rsidR="00292B2B" w:rsidRDefault="00757BA4">
      <w:pPr>
        <w:spacing w:after="60" w:line="276" w:lineRule="auto"/>
        <w:ind w:left="576" w:hanging="576"/>
      </w:pPr>
      <w:r>
        <w:t>11. Oak Ridge Small Tokamak Users meeting, February 1984.</w:t>
      </w:r>
    </w:p>
    <w:p w14:paraId="0FA73023" w14:textId="77777777" w:rsidR="00292B2B" w:rsidRDefault="00757BA4">
      <w:pPr>
        <w:spacing w:after="60" w:line="276" w:lineRule="auto"/>
        <w:ind w:left="576" w:hanging="576"/>
      </w:pPr>
      <w:r>
        <w:t>12. University of Tokyo, RFP exchange, December 1984.</w:t>
      </w:r>
    </w:p>
    <w:p w14:paraId="1BEE5B26" w14:textId="77777777" w:rsidR="00292B2B" w:rsidRDefault="00757BA4">
      <w:pPr>
        <w:spacing w:after="60" w:line="276" w:lineRule="auto"/>
        <w:ind w:left="576" w:hanging="576"/>
      </w:pPr>
      <w:r>
        <w:t>13. Electrotechnical Lab (Tsukuba, Japan), December 1984.</w:t>
      </w:r>
    </w:p>
    <w:p w14:paraId="222B8FA2" w14:textId="77777777" w:rsidR="00292B2B" w:rsidRDefault="00757BA4">
      <w:pPr>
        <w:spacing w:after="60" w:line="276" w:lineRule="auto"/>
        <w:ind w:left="576" w:hanging="576"/>
      </w:pPr>
      <w:r>
        <w:t>14. University of Nagoya (Japan), December 1984.</w:t>
      </w:r>
    </w:p>
    <w:p w14:paraId="7C31F09F" w14:textId="77777777" w:rsidR="00292B2B" w:rsidRDefault="00757BA4">
      <w:pPr>
        <w:spacing w:after="60" w:line="276" w:lineRule="auto"/>
        <w:ind w:left="576" w:hanging="576"/>
      </w:pPr>
      <w:r>
        <w:t>15. U.S./Japan RFP Workshop (Los Alamos), February 1985.</w:t>
      </w:r>
    </w:p>
    <w:p w14:paraId="22E8FB80" w14:textId="77777777" w:rsidR="00292B2B" w:rsidRDefault="00757BA4">
      <w:pPr>
        <w:spacing w:after="60" w:line="276" w:lineRule="auto"/>
        <w:ind w:left="576" w:hanging="576"/>
      </w:pPr>
      <w:r>
        <w:t>16. U.S./Japan RFP Workshop (Tsukuba, Japan), February 1986.</w:t>
      </w:r>
    </w:p>
    <w:p w14:paraId="5F051B2A" w14:textId="77777777" w:rsidR="00292B2B" w:rsidRDefault="00757BA4">
      <w:pPr>
        <w:spacing w:after="60" w:line="276" w:lineRule="auto"/>
        <w:ind w:left="576" w:hanging="576"/>
      </w:pPr>
      <w:r>
        <w:t>17. U.S./Japan RFP Workshop (Tokyo, Japan), March 1989.</w:t>
      </w:r>
    </w:p>
    <w:p w14:paraId="61F006E7" w14:textId="77777777" w:rsidR="00292B2B" w:rsidRDefault="00757BA4">
      <w:pPr>
        <w:spacing w:after="60" w:line="276" w:lineRule="auto"/>
        <w:ind w:left="576" w:hanging="576"/>
      </w:pPr>
      <w:r>
        <w:t>18. IBM Academic Computing Conference, June 1989.</w:t>
      </w:r>
    </w:p>
    <w:p w14:paraId="5045B44B" w14:textId="77777777" w:rsidR="00292B2B" w:rsidRDefault="00757BA4">
      <w:pPr>
        <w:spacing w:after="60" w:line="276" w:lineRule="auto"/>
        <w:ind w:left="576" w:hanging="576"/>
      </w:pPr>
      <w:r>
        <w:t>19. Demonstrating Chaos by Computer, AAPT Summer Meeting, June 1990.</w:t>
      </w:r>
    </w:p>
    <w:p w14:paraId="1D227C10" w14:textId="77777777" w:rsidR="00292B2B" w:rsidRDefault="00757BA4">
      <w:pPr>
        <w:spacing w:after="60" w:line="276" w:lineRule="auto"/>
        <w:ind w:left="576" w:hanging="576"/>
      </w:pPr>
      <w:r>
        <w:t>20. IBM Academic Computing Conference, June 1991.</w:t>
      </w:r>
    </w:p>
    <w:p w14:paraId="4EFE2AFB" w14:textId="77777777" w:rsidR="00292B2B" w:rsidRDefault="00757BA4">
      <w:pPr>
        <w:spacing w:after="60" w:line="276" w:lineRule="auto"/>
        <w:ind w:left="576" w:hanging="576"/>
      </w:pPr>
      <w:r>
        <w:t>21. AAAS Annual Meeting (Chicago), February 1992.</w:t>
      </w:r>
    </w:p>
    <w:p w14:paraId="07C3CFBB" w14:textId="77777777" w:rsidR="00292B2B" w:rsidRDefault="00757BA4">
      <w:pPr>
        <w:spacing w:after="60" w:line="276" w:lineRule="auto"/>
        <w:ind w:left="576" w:hanging="576"/>
      </w:pPr>
      <w:r>
        <w:t>22. Northwestern Wisconsin Education Association (Eau Claire), October 1992.</w:t>
      </w:r>
    </w:p>
    <w:p w14:paraId="7E04E5AA" w14:textId="77777777" w:rsidR="00292B2B" w:rsidRDefault="00757BA4">
      <w:pPr>
        <w:spacing w:after="60" w:line="276" w:lineRule="auto"/>
        <w:ind w:left="576" w:hanging="576"/>
      </w:pPr>
      <w:r>
        <w:t>23. UW Symposium on Nonlinear Dynamics and Chaos, April 1993.</w:t>
      </w:r>
    </w:p>
    <w:p w14:paraId="1CEB9575" w14:textId="77777777" w:rsidR="00292B2B" w:rsidRDefault="00757BA4">
      <w:pPr>
        <w:spacing w:after="60" w:line="276" w:lineRule="auto"/>
        <w:ind w:left="576" w:hanging="576"/>
      </w:pPr>
      <w:r>
        <w:t>24. Cornell University Sloan Workshop, May 1993.</w:t>
      </w:r>
    </w:p>
    <w:p w14:paraId="14D17629" w14:textId="77777777" w:rsidR="00292B2B" w:rsidRDefault="00757BA4">
      <w:pPr>
        <w:spacing w:after="60" w:line="276" w:lineRule="auto"/>
        <w:ind w:left="576" w:hanging="576"/>
      </w:pPr>
      <w:r>
        <w:t>25. AAPT Summer Meeting, August 1993.</w:t>
      </w:r>
    </w:p>
    <w:p w14:paraId="42AEAF67" w14:textId="77777777" w:rsidR="00292B2B" w:rsidRDefault="00757BA4">
      <w:pPr>
        <w:spacing w:after="60" w:line="276" w:lineRule="auto"/>
        <w:ind w:left="576" w:hanging="576"/>
      </w:pPr>
      <w:r>
        <w:t>26. American Association for Information Sciences, October 1993.</w:t>
      </w:r>
    </w:p>
    <w:p w14:paraId="428BD836" w14:textId="77777777" w:rsidR="00292B2B" w:rsidRDefault="00757BA4">
      <w:pPr>
        <w:spacing w:after="60" w:line="276" w:lineRule="auto"/>
        <w:ind w:left="576" w:hanging="576"/>
      </w:pPr>
      <w:r>
        <w:t>27. APS DDP Symposium on Public Education, November 1996.</w:t>
      </w:r>
    </w:p>
    <w:p w14:paraId="09F268A3" w14:textId="77777777" w:rsidR="00292B2B" w:rsidRDefault="00757BA4">
      <w:pPr>
        <w:spacing w:after="60" w:line="276" w:lineRule="auto"/>
        <w:ind w:left="576" w:hanging="576"/>
      </w:pPr>
      <w:r>
        <w:t>28. Society for Chaos Theory in Psychology and the Life Sciences, August 1997.</w:t>
      </w:r>
    </w:p>
    <w:p w14:paraId="33A4E099" w14:textId="77777777" w:rsidR="00292B2B" w:rsidRDefault="00757BA4">
      <w:pPr>
        <w:spacing w:after="60" w:line="276" w:lineRule="auto"/>
        <w:ind w:left="576" w:hanging="576"/>
      </w:pPr>
      <w:r>
        <w:t>29. First National Conference on Complexity and Health Care, December 1997.</w:t>
      </w:r>
    </w:p>
    <w:p w14:paraId="57492DF0" w14:textId="77777777" w:rsidR="00292B2B" w:rsidRDefault="00757BA4">
      <w:pPr>
        <w:spacing w:after="60" w:line="276" w:lineRule="auto"/>
        <w:ind w:left="576" w:hanging="576"/>
      </w:pPr>
      <w:r>
        <w:t>30. Wisconsin Public Power, Inc. Annual Meeting, September 1998.</w:t>
      </w:r>
    </w:p>
    <w:p w14:paraId="2D7440A8" w14:textId="77777777" w:rsidR="00292B2B" w:rsidRDefault="00757BA4">
      <w:pPr>
        <w:spacing w:after="60" w:line="276" w:lineRule="auto"/>
        <w:ind w:left="576" w:hanging="576"/>
      </w:pPr>
      <w:r>
        <w:t>31. University of Wisconsin-Whitewater, October 1998.</w:t>
      </w:r>
    </w:p>
    <w:p w14:paraId="5FE13928" w14:textId="77777777" w:rsidR="00292B2B" w:rsidRDefault="00757BA4">
      <w:pPr>
        <w:spacing w:after="60" w:line="276" w:lineRule="auto"/>
        <w:ind w:left="576" w:hanging="576"/>
      </w:pPr>
      <w:r>
        <w:t>32. Illinois section of AAPT, October 1998.</w:t>
      </w:r>
    </w:p>
    <w:p w14:paraId="5E5AA259" w14:textId="77777777" w:rsidR="00292B2B" w:rsidRDefault="00757BA4">
      <w:pPr>
        <w:spacing w:after="60" w:line="276" w:lineRule="auto"/>
        <w:ind w:left="576" w:hanging="576"/>
      </w:pPr>
      <w:r>
        <w:t>33. Wisconsin Association of Physics Teachers, October 1999.</w:t>
      </w:r>
    </w:p>
    <w:p w14:paraId="561322F9" w14:textId="77777777" w:rsidR="00292B2B" w:rsidRDefault="00757BA4">
      <w:pPr>
        <w:spacing w:after="60" w:line="276" w:lineRule="auto"/>
        <w:ind w:left="576" w:hanging="576"/>
      </w:pPr>
      <w:r>
        <w:t>34. University of Wisconsin – Washington County, December 2000.</w:t>
      </w:r>
    </w:p>
    <w:p w14:paraId="373180DA" w14:textId="77777777" w:rsidR="00292B2B" w:rsidRDefault="00757BA4">
      <w:pPr>
        <w:spacing w:after="60" w:line="276" w:lineRule="auto"/>
        <w:ind w:left="576" w:hanging="576"/>
      </w:pPr>
      <w:r>
        <w:t>35. US-Japan Workshop on Complexity Science, March 2002.</w:t>
      </w:r>
    </w:p>
    <w:p w14:paraId="0128EF3C" w14:textId="77777777" w:rsidR="00292B2B" w:rsidRDefault="00757BA4">
      <w:pPr>
        <w:spacing w:after="60" w:line="276" w:lineRule="auto"/>
        <w:ind w:left="576" w:hanging="576"/>
      </w:pPr>
      <w:r>
        <w:t>36. International Conference on Complex Systems, Hayama Japan, March 2003.</w:t>
      </w:r>
    </w:p>
    <w:p w14:paraId="1A6E8194" w14:textId="77777777" w:rsidR="00292B2B" w:rsidRDefault="00757BA4">
      <w:pPr>
        <w:spacing w:after="60" w:line="276" w:lineRule="auto"/>
        <w:ind w:left="576" w:hanging="576"/>
      </w:pPr>
      <w:r>
        <w:t>37. APS Annual Spring Meeting, April 2003.</w:t>
      </w:r>
    </w:p>
    <w:p w14:paraId="1C6DC7C3" w14:textId="77777777" w:rsidR="00292B2B" w:rsidRDefault="00757BA4">
      <w:pPr>
        <w:spacing w:after="60" w:line="276" w:lineRule="auto"/>
        <w:ind w:left="576" w:hanging="576"/>
      </w:pPr>
      <w:r>
        <w:t>38. Gordon Conference on Classical and Nonlinear Mechanics, June 2004.</w:t>
      </w:r>
    </w:p>
    <w:p w14:paraId="3A953D46" w14:textId="77777777" w:rsidR="00292B2B" w:rsidRDefault="00757BA4">
      <w:pPr>
        <w:spacing w:after="60" w:line="276" w:lineRule="auto"/>
        <w:ind w:left="576" w:hanging="576"/>
      </w:pPr>
      <w:r>
        <w:t>39. Mathematics Association of America (WI division), April 2006.</w:t>
      </w:r>
    </w:p>
    <w:p w14:paraId="0A5C75D2" w14:textId="77777777" w:rsidR="00292B2B" w:rsidRDefault="00757BA4">
      <w:pPr>
        <w:spacing w:after="60" w:line="276" w:lineRule="auto"/>
        <w:ind w:left="576" w:hanging="576"/>
      </w:pPr>
      <w:r>
        <w:t>40. AAPT Conference on Computational Physics, July 2007.</w:t>
      </w:r>
    </w:p>
    <w:p w14:paraId="1820AABF" w14:textId="77777777" w:rsidR="00292B2B" w:rsidRDefault="00757BA4">
      <w:pPr>
        <w:spacing w:after="60" w:line="276" w:lineRule="auto"/>
        <w:ind w:left="576" w:hanging="576"/>
      </w:pPr>
      <w:r>
        <w:t>41. Chaotic Modeling and Simulation International Conference, Crete, July 2008.</w:t>
      </w:r>
    </w:p>
    <w:p w14:paraId="3843105E" w14:textId="77777777" w:rsidR="00292B2B" w:rsidRDefault="00757BA4">
      <w:pPr>
        <w:spacing w:after="60" w:line="276" w:lineRule="auto"/>
        <w:ind w:left="576" w:hanging="576"/>
      </w:pPr>
      <w:r>
        <w:t>42. Tennessee Section of AAPT, March 2010.</w:t>
      </w:r>
    </w:p>
    <w:p w14:paraId="7FD7BBB7" w14:textId="77777777" w:rsidR="00292B2B" w:rsidRDefault="00757BA4">
      <w:pPr>
        <w:spacing w:after="60" w:line="276" w:lineRule="auto"/>
        <w:ind w:left="576" w:hanging="576"/>
      </w:pPr>
      <w:r>
        <w:t>43. Society for Chaos Theory in Psychology and Life Sciences, August 2014.</w:t>
      </w:r>
    </w:p>
    <w:p w14:paraId="124945F5" w14:textId="77777777" w:rsidR="00292B2B" w:rsidRDefault="00757BA4">
      <w:pPr>
        <w:spacing w:after="60" w:line="276" w:lineRule="auto"/>
        <w:ind w:left="576" w:hanging="576"/>
      </w:pPr>
      <w:r>
        <w:t>44. Utrecht Physics Challenge, May 2017.</w:t>
      </w:r>
    </w:p>
    <w:p w14:paraId="200D7FD4" w14:textId="77777777" w:rsidR="00292B2B" w:rsidRDefault="00757BA4">
      <w:pPr>
        <w:spacing w:after="60" w:line="276" w:lineRule="auto"/>
        <w:ind w:left="576" w:hanging="576"/>
      </w:pPr>
      <w:r>
        <w:t>45. Madison Literary Club, December 2021</w:t>
      </w:r>
    </w:p>
    <w:p w14:paraId="40EDA7DB" w14:textId="77777777" w:rsidR="00292B2B" w:rsidRDefault="00757BA4">
      <w:pPr>
        <w:spacing w:after="60" w:line="276" w:lineRule="auto"/>
        <w:ind w:left="576" w:hanging="576"/>
      </w:pPr>
      <w:r>
        <w:t>46. Madison IEEE Affinity Group, June, 2022.</w:t>
      </w:r>
    </w:p>
    <w:p w14:paraId="784D4D1A" w14:textId="77777777" w:rsidR="00292B2B" w:rsidRDefault="00757BA4">
      <w:pPr>
        <w:pStyle w:val="Heading1"/>
      </w:pPr>
      <w:r>
        <w:rPr>
          <w:rFonts w:ascii="Times New Roman" w:eastAsia="Times New Roman" w:hAnsi="Times New Roman"/>
        </w:rPr>
        <w:t>Colloquium and Seminar Talks (except UW)</w:t>
      </w:r>
    </w:p>
    <w:p w14:paraId="4893E8C3" w14:textId="77777777" w:rsidR="00292B2B" w:rsidRDefault="00757BA4">
      <w:pPr>
        <w:spacing w:after="60" w:line="276" w:lineRule="auto"/>
        <w:ind w:left="576" w:hanging="576"/>
      </w:pPr>
      <w:r>
        <w:t>1. Oak Ridge National Lab Colloquium, March 1974.</w:t>
      </w:r>
    </w:p>
    <w:p w14:paraId="6D5566AA" w14:textId="77777777" w:rsidR="00292B2B" w:rsidRDefault="00757BA4">
      <w:pPr>
        <w:spacing w:after="60" w:line="276" w:lineRule="auto"/>
        <w:ind w:left="576" w:hanging="576"/>
      </w:pPr>
      <w:r>
        <w:t>2. McDonnell Douglas Corporation Seminar, July 1977.</w:t>
      </w:r>
    </w:p>
    <w:p w14:paraId="00508232" w14:textId="77777777" w:rsidR="00292B2B" w:rsidRDefault="00757BA4">
      <w:pPr>
        <w:spacing w:after="60" w:line="276" w:lineRule="auto"/>
        <w:ind w:left="576" w:hanging="576"/>
      </w:pPr>
      <w:r>
        <w:t>3. McDonnell Douglas Corporation series of ten lectures on Plasma Physics, February-April 1978.</w:t>
      </w:r>
    </w:p>
    <w:p w14:paraId="2B9F6426" w14:textId="77777777" w:rsidR="00292B2B" w:rsidRDefault="00757BA4">
      <w:pPr>
        <w:spacing w:after="60" w:line="276" w:lineRule="auto"/>
        <w:ind w:left="576" w:hanging="576"/>
      </w:pPr>
      <w:r>
        <w:t>4. TRW Seminar, August 1978.</w:t>
      </w:r>
    </w:p>
    <w:p w14:paraId="1CD1D130" w14:textId="77777777" w:rsidR="00292B2B" w:rsidRDefault="00757BA4">
      <w:pPr>
        <w:spacing w:after="60" w:line="276" w:lineRule="auto"/>
        <w:ind w:left="576" w:hanging="576"/>
      </w:pPr>
      <w:r>
        <w:t>5. Princeton Plasma Physics Lab Colloquium, November 1978.</w:t>
      </w:r>
    </w:p>
    <w:p w14:paraId="3852D5F6" w14:textId="77777777" w:rsidR="00292B2B" w:rsidRDefault="00757BA4">
      <w:pPr>
        <w:spacing w:after="60" w:line="276" w:lineRule="auto"/>
        <w:ind w:left="576" w:hanging="576"/>
      </w:pPr>
      <w:r>
        <w:t>6. Presentation of Plasma Physics Program at DOE, November 1978.</w:t>
      </w:r>
    </w:p>
    <w:p w14:paraId="5CE708B2" w14:textId="77777777" w:rsidR="00292B2B" w:rsidRDefault="00757BA4">
      <w:pPr>
        <w:spacing w:after="60" w:line="276" w:lineRule="auto"/>
        <w:ind w:left="576" w:hanging="576"/>
      </w:pPr>
      <w:r>
        <w:t>7. Oak Ridge National Laboratory Colloquium, August 1980.</w:t>
      </w:r>
    </w:p>
    <w:p w14:paraId="264575B3" w14:textId="77777777" w:rsidR="00292B2B" w:rsidRDefault="00757BA4">
      <w:pPr>
        <w:spacing w:after="60" w:line="276" w:lineRule="auto"/>
        <w:ind w:left="576" w:hanging="576"/>
      </w:pPr>
      <w:r>
        <w:t>8. Honeywell Seminar, January 1981.</w:t>
      </w:r>
    </w:p>
    <w:p w14:paraId="51C1101E" w14:textId="77777777" w:rsidR="00292B2B" w:rsidRDefault="00757BA4">
      <w:pPr>
        <w:spacing w:after="60" w:line="276" w:lineRule="auto"/>
        <w:ind w:left="576" w:hanging="576"/>
      </w:pPr>
      <w:r>
        <w:t>9. Oak Ridge National Laboratory Colloquium, November 1981.</w:t>
      </w:r>
    </w:p>
    <w:p w14:paraId="769442A9" w14:textId="77777777" w:rsidR="00292B2B" w:rsidRDefault="00757BA4">
      <w:pPr>
        <w:spacing w:after="60" w:line="276" w:lineRule="auto"/>
        <w:ind w:left="576" w:hanging="576"/>
      </w:pPr>
      <w:r>
        <w:t>10. Presentation of UW Plasma Physics Program at DOE, April 1982.</w:t>
      </w:r>
    </w:p>
    <w:p w14:paraId="30CE3F96" w14:textId="77777777" w:rsidR="00292B2B" w:rsidRDefault="00757BA4">
      <w:pPr>
        <w:spacing w:after="60" w:line="276" w:lineRule="auto"/>
        <w:ind w:left="576" w:hanging="576"/>
      </w:pPr>
      <w:r>
        <w:t>11. Presentation of UW Plasma Physics Program at DOE, January 1984.</w:t>
      </w:r>
    </w:p>
    <w:p w14:paraId="736A306F" w14:textId="77777777" w:rsidR="00292B2B" w:rsidRDefault="00757BA4">
      <w:pPr>
        <w:spacing w:after="60" w:line="276" w:lineRule="auto"/>
        <w:ind w:left="576" w:hanging="576"/>
      </w:pPr>
      <w:r>
        <w:t>12. Public lecture on Chaos at UW-Oshkosh, February 1991.</w:t>
      </w:r>
    </w:p>
    <w:p w14:paraId="4BD11573" w14:textId="77777777" w:rsidR="00292B2B" w:rsidRDefault="00757BA4">
      <w:pPr>
        <w:spacing w:after="60" w:line="276" w:lineRule="auto"/>
        <w:ind w:left="576" w:hanging="576"/>
      </w:pPr>
      <w:r>
        <w:t>13. Lecture on Chaos at Highland Community College, April 1991.</w:t>
      </w:r>
    </w:p>
    <w:p w14:paraId="2F30B1D3" w14:textId="77777777" w:rsidR="00292B2B" w:rsidRDefault="00757BA4">
      <w:pPr>
        <w:spacing w:after="60" w:line="276" w:lineRule="auto"/>
        <w:ind w:left="576" w:hanging="576"/>
      </w:pPr>
      <w:r>
        <w:t>14. Lecture on Chaos at Moorehead State University, July 1992.</w:t>
      </w:r>
    </w:p>
    <w:p w14:paraId="7A22A558" w14:textId="77777777" w:rsidR="00292B2B" w:rsidRDefault="00757BA4">
      <w:pPr>
        <w:spacing w:after="60" w:line="276" w:lineRule="auto"/>
        <w:ind w:left="576" w:hanging="576"/>
      </w:pPr>
      <w:r>
        <w:t>15. Colloquium on Chaos at Edgewood College, November 1992.</w:t>
      </w:r>
    </w:p>
    <w:p w14:paraId="1E2E1BEE" w14:textId="77777777" w:rsidR="00292B2B" w:rsidRDefault="00757BA4">
      <w:pPr>
        <w:spacing w:after="60" w:line="276" w:lineRule="auto"/>
        <w:ind w:left="576" w:hanging="576"/>
      </w:pPr>
      <w:r>
        <w:t>16. College lecture on Chaos at Dickinson College, March 1994.</w:t>
      </w:r>
    </w:p>
    <w:p w14:paraId="69F22FC8" w14:textId="77777777" w:rsidR="00292B2B" w:rsidRDefault="00757BA4">
      <w:pPr>
        <w:spacing w:after="60" w:line="276" w:lineRule="auto"/>
        <w:ind w:left="576" w:hanging="576"/>
      </w:pPr>
      <w:r>
        <w:t>17. Physics colloquium on fractals at Dickinson College, March 1994.</w:t>
      </w:r>
    </w:p>
    <w:p w14:paraId="0B1FFFF3" w14:textId="77777777" w:rsidR="00292B2B" w:rsidRDefault="00757BA4">
      <w:pPr>
        <w:spacing w:after="60" w:line="276" w:lineRule="auto"/>
        <w:ind w:left="576" w:hanging="576"/>
      </w:pPr>
      <w:r>
        <w:t>18. Lecture on Chaos at Southwest Missouri State University, October 1995.</w:t>
      </w:r>
    </w:p>
    <w:p w14:paraId="65AABD28" w14:textId="77777777" w:rsidR="00292B2B" w:rsidRDefault="00757BA4">
      <w:pPr>
        <w:spacing w:after="60" w:line="276" w:lineRule="auto"/>
        <w:ind w:left="576" w:hanging="576"/>
      </w:pPr>
      <w:r>
        <w:t>19. Lecture on Chaos at University of Central Oklahoma, October 1996.</w:t>
      </w:r>
    </w:p>
    <w:p w14:paraId="622783FE" w14:textId="77777777" w:rsidR="00292B2B" w:rsidRDefault="00757BA4">
      <w:pPr>
        <w:spacing w:after="60" w:line="276" w:lineRule="auto"/>
        <w:ind w:left="576" w:hanging="576"/>
      </w:pPr>
      <w:r>
        <w:t>20. Lecture on Chaos at Milwaukee School of Engineering, April 1997.</w:t>
      </w:r>
    </w:p>
    <w:p w14:paraId="20FF86A9" w14:textId="77777777" w:rsidR="00292B2B" w:rsidRDefault="00757BA4">
      <w:pPr>
        <w:spacing w:after="60" w:line="276" w:lineRule="auto"/>
        <w:ind w:left="576" w:hanging="576"/>
      </w:pPr>
      <w:r>
        <w:t>21. Seminar on Strange Attractors at Santa Fe Institute, June 2000.</w:t>
      </w:r>
    </w:p>
    <w:p w14:paraId="05DDBDA4" w14:textId="77777777" w:rsidR="00292B2B" w:rsidRDefault="00757BA4">
      <w:pPr>
        <w:spacing w:after="60" w:line="276" w:lineRule="auto"/>
        <w:ind w:left="576" w:hanging="576"/>
      </w:pPr>
      <w:r>
        <w:t>22. Seminar on Chaotic Circuits at University of Iowa, February 2001.</w:t>
      </w:r>
    </w:p>
    <w:p w14:paraId="26C0F18E" w14:textId="77777777" w:rsidR="00292B2B" w:rsidRDefault="00757BA4">
      <w:pPr>
        <w:spacing w:after="60" w:line="276" w:lineRule="auto"/>
        <w:ind w:left="576" w:hanging="576"/>
      </w:pPr>
      <w:r>
        <w:t>23. Seminar on Chaos at Taylor University, March 2001.</w:t>
      </w:r>
    </w:p>
    <w:p w14:paraId="52FF982C" w14:textId="77777777" w:rsidR="00292B2B" w:rsidRDefault="00757BA4">
      <w:pPr>
        <w:spacing w:after="60" w:line="276" w:lineRule="auto"/>
        <w:ind w:left="576" w:hanging="576"/>
      </w:pPr>
      <w:r>
        <w:t>24. Colloquium on Chaotic circuits at University of Augsburg, October 2001.</w:t>
      </w:r>
    </w:p>
    <w:p w14:paraId="327DA3AE" w14:textId="77777777" w:rsidR="00292B2B" w:rsidRDefault="00757BA4">
      <w:pPr>
        <w:spacing w:after="60" w:line="276" w:lineRule="auto"/>
        <w:ind w:left="576" w:hanging="576"/>
      </w:pPr>
      <w:r>
        <w:t>25. Colloquium on Fractals at Swiss Federal Research Institute, October 2001.</w:t>
      </w:r>
    </w:p>
    <w:p w14:paraId="18FD1FEE" w14:textId="77777777" w:rsidR="00292B2B" w:rsidRDefault="00757BA4">
      <w:pPr>
        <w:spacing w:after="60" w:line="276" w:lineRule="auto"/>
        <w:ind w:left="576" w:hanging="576"/>
      </w:pPr>
      <w:r>
        <w:t>26. Colloquium on Chaos at North Carolina State University, January 2002.</w:t>
      </w:r>
    </w:p>
    <w:p w14:paraId="41BEBF82" w14:textId="77777777" w:rsidR="00292B2B" w:rsidRDefault="00757BA4">
      <w:pPr>
        <w:spacing w:after="60" w:line="276" w:lineRule="auto"/>
        <w:ind w:left="576" w:hanging="576"/>
      </w:pPr>
      <w:r>
        <w:t>27. Seminar on Chaotic Circuits at Duke University, January 2002.</w:t>
      </w:r>
    </w:p>
    <w:p w14:paraId="4DC5B418" w14:textId="77777777" w:rsidR="00292B2B" w:rsidRDefault="00757BA4">
      <w:pPr>
        <w:spacing w:after="60" w:line="276" w:lineRule="auto"/>
        <w:ind w:left="576" w:hanging="576"/>
      </w:pPr>
      <w:r>
        <w:t>28. Colloquium on Predator-Prey Dynamics at Swiss Federal Research Institute, April 2002.</w:t>
      </w:r>
    </w:p>
    <w:p w14:paraId="349ADCB4" w14:textId="77777777" w:rsidR="00292B2B" w:rsidRDefault="00757BA4">
      <w:pPr>
        <w:spacing w:after="60" w:line="276" w:lineRule="auto"/>
        <w:ind w:left="576" w:hanging="576"/>
      </w:pPr>
      <w:r>
        <w:t>29. Seminar on Chaotic Circuits at University of Warwick, August, 2002.</w:t>
      </w:r>
    </w:p>
    <w:p w14:paraId="3411B304" w14:textId="77777777" w:rsidR="00292B2B" w:rsidRDefault="00757BA4">
      <w:pPr>
        <w:spacing w:after="60" w:line="276" w:lineRule="auto"/>
        <w:ind w:left="576" w:hanging="576"/>
      </w:pPr>
      <w:r>
        <w:t>30. Seminar on Lotka-Volterra model at University of Iowa, Nov. 2003.</w:t>
      </w:r>
    </w:p>
    <w:p w14:paraId="260D8130" w14:textId="77777777" w:rsidR="00292B2B" w:rsidRDefault="00757BA4">
      <w:pPr>
        <w:spacing w:after="60" w:line="276" w:lineRule="auto"/>
        <w:ind w:left="576" w:hanging="576"/>
      </w:pPr>
      <w:r>
        <w:t>31. Colloquium on Strange attractors at University of North Carolina, Jan. 2004.</w:t>
      </w:r>
    </w:p>
    <w:p w14:paraId="6F21D504" w14:textId="77777777" w:rsidR="00292B2B" w:rsidRDefault="00757BA4">
      <w:pPr>
        <w:spacing w:after="60" w:line="276" w:lineRule="auto"/>
        <w:ind w:left="576" w:hanging="576"/>
      </w:pPr>
      <w:r>
        <w:t>32. Seminar on Chaos at the Santa Fe Institute, July 2004.</w:t>
      </w:r>
    </w:p>
    <w:p w14:paraId="7FF5FEB3" w14:textId="77777777" w:rsidR="00292B2B" w:rsidRDefault="00757BA4">
      <w:pPr>
        <w:spacing w:after="60" w:line="276" w:lineRule="auto"/>
        <w:ind w:left="576" w:hanging="576"/>
      </w:pPr>
      <w:r>
        <w:t>33. Seminar on Chaotic Systems and Circuits at University of Illinois, September 2004.</w:t>
      </w:r>
    </w:p>
    <w:p w14:paraId="1B3909CC" w14:textId="77777777" w:rsidR="00292B2B" w:rsidRDefault="00757BA4">
      <w:pPr>
        <w:spacing w:after="60" w:line="276" w:lineRule="auto"/>
        <w:ind w:left="576" w:hanging="576"/>
      </w:pPr>
      <w:r>
        <w:t>34. Seminar on Self-Organization at Denison University, April 2005.</w:t>
      </w:r>
    </w:p>
    <w:p w14:paraId="763998D2" w14:textId="77777777" w:rsidR="00292B2B" w:rsidRDefault="00757BA4">
      <w:pPr>
        <w:spacing w:after="60" w:line="276" w:lineRule="auto"/>
        <w:ind w:left="576" w:hanging="576"/>
      </w:pPr>
      <w:r>
        <w:t>35. Seminar on Chaotic Systems and Circuits at Fordham University, May 2005.</w:t>
      </w:r>
    </w:p>
    <w:p w14:paraId="1AA89598" w14:textId="77777777" w:rsidR="00292B2B" w:rsidRDefault="00757BA4">
      <w:pPr>
        <w:spacing w:after="60" w:line="276" w:lineRule="auto"/>
        <w:ind w:left="576" w:hanging="576"/>
      </w:pPr>
      <w:r>
        <w:t>36. Lecture on Fractals to Math Club at MATC, March 2007.</w:t>
      </w:r>
    </w:p>
    <w:p w14:paraId="507FB1DF" w14:textId="77777777" w:rsidR="00292B2B" w:rsidRDefault="00757BA4">
      <w:pPr>
        <w:spacing w:after="60" w:line="276" w:lineRule="auto"/>
        <w:ind w:left="576" w:hanging="576"/>
      </w:pPr>
      <w:r>
        <w:t>37. Lecture on Chaotic Systems and Circuits at S.E. University, China, April 2008.</w:t>
      </w:r>
    </w:p>
    <w:p w14:paraId="4DD7A70E" w14:textId="77777777" w:rsidR="00292B2B" w:rsidRDefault="00757BA4">
      <w:pPr>
        <w:spacing w:after="60" w:line="276" w:lineRule="auto"/>
        <w:ind w:left="576" w:hanging="576"/>
      </w:pPr>
      <w:r>
        <w:t>38. Lecture on Self-Organization at S. E. University, China, April 2008.</w:t>
      </w:r>
    </w:p>
    <w:p w14:paraId="6530A544" w14:textId="77777777" w:rsidR="00292B2B" w:rsidRDefault="00757BA4">
      <w:pPr>
        <w:spacing w:after="60" w:line="276" w:lineRule="auto"/>
        <w:ind w:left="576" w:hanging="576"/>
      </w:pPr>
      <w:r>
        <w:t>39. Lecture on Self-Organization at Fordham University, April 2008.</w:t>
      </w:r>
    </w:p>
    <w:p w14:paraId="16411219" w14:textId="77777777" w:rsidR="00292B2B" w:rsidRDefault="00757BA4">
      <w:pPr>
        <w:spacing w:after="60" w:line="276" w:lineRule="auto"/>
        <w:ind w:left="576" w:hanging="576"/>
      </w:pPr>
      <w:r>
        <w:t>40. Lecture on Self-Organization at Edgewood College, October 2008.</w:t>
      </w:r>
    </w:p>
    <w:p w14:paraId="59600E3D" w14:textId="77777777" w:rsidR="00292B2B" w:rsidRDefault="00757BA4">
      <w:pPr>
        <w:spacing w:after="60" w:line="276" w:lineRule="auto"/>
        <w:ind w:left="576" w:hanging="576"/>
      </w:pPr>
      <w:r>
        <w:t>41. Lecture on Chaos at University of Tennessee – Martin, March 2010.</w:t>
      </w:r>
    </w:p>
    <w:p w14:paraId="550F2D19" w14:textId="77777777" w:rsidR="00292B2B" w:rsidRDefault="00757BA4">
      <w:pPr>
        <w:spacing w:after="60" w:line="276" w:lineRule="auto"/>
        <w:ind w:left="576" w:hanging="576"/>
      </w:pPr>
      <w:r>
        <w:t>42. Lecture on Self-Organization at Mahidol University, Thailand, March 2011.</w:t>
      </w:r>
    </w:p>
    <w:p w14:paraId="42420A59" w14:textId="77777777" w:rsidR="00292B2B" w:rsidRDefault="00757BA4">
      <w:pPr>
        <w:spacing w:after="60" w:line="276" w:lineRule="auto"/>
        <w:ind w:left="576" w:hanging="576"/>
      </w:pPr>
      <w:r>
        <w:t>43. Lecture on Elegant Chaos at Thammasat University, Thailand, March 2011.</w:t>
      </w:r>
    </w:p>
    <w:p w14:paraId="7A93D23E" w14:textId="77777777" w:rsidR="00292B2B" w:rsidRDefault="00757BA4">
      <w:pPr>
        <w:spacing w:after="60" w:line="276" w:lineRule="auto"/>
        <w:ind w:left="576" w:hanging="576"/>
      </w:pPr>
      <w:r>
        <w:t>44. Lecture on The Wonders of Physics at South Central University, China, March 2011.</w:t>
      </w:r>
    </w:p>
    <w:p w14:paraId="13F59388" w14:textId="77777777" w:rsidR="00292B2B" w:rsidRDefault="00757BA4">
      <w:pPr>
        <w:spacing w:after="60" w:line="276" w:lineRule="auto"/>
        <w:ind w:left="576" w:hanging="576"/>
      </w:pPr>
      <w:r>
        <w:t>45. Lecture on Elegant Chaos at South Central University, China, March 2011.</w:t>
      </w:r>
    </w:p>
    <w:p w14:paraId="4F297763" w14:textId="77777777" w:rsidR="00292B2B" w:rsidRDefault="00757BA4">
      <w:pPr>
        <w:spacing w:after="60" w:line="276" w:lineRule="auto"/>
        <w:ind w:left="576" w:hanging="576"/>
      </w:pPr>
      <w:r>
        <w:t>46. Lecture on Self-Organization at Illinois State University, March 2011.</w:t>
      </w:r>
    </w:p>
    <w:p w14:paraId="04D5E689" w14:textId="77777777" w:rsidR="00292B2B" w:rsidRDefault="00757BA4">
      <w:pPr>
        <w:spacing w:after="60" w:line="276" w:lineRule="auto"/>
        <w:ind w:left="576" w:hanging="576"/>
      </w:pPr>
      <w:r>
        <w:t>47. Lecture on Self-Organization at Lawrence University, May 2011.</w:t>
      </w:r>
    </w:p>
    <w:p w14:paraId="1CF9D9E2" w14:textId="77777777" w:rsidR="00292B2B" w:rsidRDefault="00757BA4">
      <w:pPr>
        <w:spacing w:after="60" w:line="276" w:lineRule="auto"/>
        <w:ind w:left="576" w:hanging="576"/>
      </w:pPr>
      <w:r>
        <w:t>48. Lecture on Self-Organization at American University in Cairo, May 2011.</w:t>
      </w:r>
    </w:p>
    <w:p w14:paraId="38286AD9" w14:textId="77777777" w:rsidR="00292B2B" w:rsidRDefault="00757BA4">
      <w:pPr>
        <w:spacing w:after="60" w:line="276" w:lineRule="auto"/>
        <w:ind w:left="576" w:hanging="576"/>
      </w:pPr>
      <w:r>
        <w:t>49. Lecture on Elegant Chaos at American University in Cairo, May 2011.</w:t>
      </w:r>
    </w:p>
    <w:p w14:paraId="0197E612" w14:textId="77777777" w:rsidR="00292B2B" w:rsidRDefault="00757BA4">
      <w:pPr>
        <w:spacing w:after="60" w:line="276" w:lineRule="auto"/>
        <w:ind w:left="576" w:hanging="576"/>
      </w:pPr>
      <w:r>
        <w:t>50. Lecture on Chaos for Senior Summer School, Madison, July 2011.</w:t>
      </w:r>
    </w:p>
    <w:p w14:paraId="3B61EED8" w14:textId="77777777" w:rsidR="00292B2B" w:rsidRDefault="00757BA4">
      <w:pPr>
        <w:spacing w:after="60" w:line="276" w:lineRule="auto"/>
        <w:ind w:left="576" w:hanging="576"/>
      </w:pPr>
      <w:r>
        <w:t>51. Lecture on Fractals for Senior Summer School, Madison, July 2011.</w:t>
      </w:r>
    </w:p>
    <w:p w14:paraId="3714B80D" w14:textId="77777777" w:rsidR="00292B2B" w:rsidRDefault="00757BA4">
      <w:pPr>
        <w:spacing w:after="60" w:line="276" w:lineRule="auto"/>
        <w:ind w:left="576" w:hanging="576"/>
      </w:pPr>
      <w:r>
        <w:t>52. Lecture on Self-Organization for Senior Summer School, Madison, August 2011.</w:t>
      </w:r>
    </w:p>
    <w:p w14:paraId="30E59906" w14:textId="77777777" w:rsidR="00292B2B" w:rsidRDefault="00757BA4">
      <w:pPr>
        <w:spacing w:after="60" w:line="276" w:lineRule="auto"/>
        <w:ind w:left="576" w:hanging="576"/>
      </w:pPr>
      <w:r>
        <w:t>53. Physics Colloquium on Self-Organization at Brigham Young University, November 2012.</w:t>
      </w:r>
    </w:p>
    <w:p w14:paraId="732C4DE6" w14:textId="77777777" w:rsidR="00292B2B" w:rsidRDefault="00757BA4">
      <w:pPr>
        <w:spacing w:after="60" w:line="276" w:lineRule="auto"/>
        <w:ind w:left="576" w:hanging="576"/>
      </w:pPr>
      <w:r>
        <w:t>54. Physics Colloquium on Self-Organization at Embry-Riddle Aeronautical University, October 2013.</w:t>
      </w:r>
    </w:p>
    <w:p w14:paraId="05B55EC7" w14:textId="77777777" w:rsidR="00292B2B" w:rsidRDefault="00757BA4">
      <w:pPr>
        <w:spacing w:after="60" w:line="276" w:lineRule="auto"/>
        <w:ind w:left="576" w:hanging="576"/>
      </w:pPr>
      <w:r>
        <w:t>55. Physics Colloquium on Self-Organization at Dickinson College, October 2013.</w:t>
      </w:r>
    </w:p>
    <w:p w14:paraId="1A01B344" w14:textId="77777777" w:rsidR="00292B2B" w:rsidRDefault="00757BA4">
      <w:pPr>
        <w:spacing w:after="60" w:line="276" w:lineRule="auto"/>
        <w:ind w:left="576" w:hanging="576"/>
      </w:pPr>
      <w:r>
        <w:t>56. Physics Colloquium on Self-Organization at Howard University, October 2013.</w:t>
      </w:r>
    </w:p>
    <w:p w14:paraId="4E46E94E" w14:textId="77777777" w:rsidR="00292B2B" w:rsidRDefault="00757BA4">
      <w:pPr>
        <w:spacing w:after="60" w:line="276" w:lineRule="auto"/>
        <w:ind w:left="576" w:hanging="576"/>
      </w:pPr>
      <w:r>
        <w:t>57. Lecture on Simple Chaotic Systems and Circuits, University of Catania, July 2014.</w:t>
      </w:r>
    </w:p>
    <w:p w14:paraId="1171389E" w14:textId="77777777" w:rsidR="00292B2B" w:rsidRDefault="00757BA4">
      <w:pPr>
        <w:spacing w:after="60" w:line="276" w:lineRule="auto"/>
        <w:ind w:left="576" w:hanging="576"/>
      </w:pPr>
      <w:r>
        <w:t>58. Lecture on Self-Organization, University of Catania, July 2014.</w:t>
      </w:r>
    </w:p>
    <w:p w14:paraId="3F95D2BA" w14:textId="77777777" w:rsidR="00292B2B" w:rsidRDefault="00757BA4">
      <w:pPr>
        <w:spacing w:after="60" w:line="276" w:lineRule="auto"/>
        <w:ind w:left="576" w:hanging="576"/>
      </w:pPr>
      <w:r>
        <w:t>59. Colloquium on Self-Organization, University of Utrecht, May 2017.</w:t>
      </w:r>
    </w:p>
    <w:p w14:paraId="71C1EE6D" w14:textId="77777777" w:rsidR="00292B2B" w:rsidRDefault="00757BA4">
      <w:pPr>
        <w:spacing w:after="60" w:line="276" w:lineRule="auto"/>
        <w:ind w:left="576" w:hanging="576"/>
      </w:pPr>
      <w:r>
        <w:t>60. Lecture on Harmonic Oscillators, Nanjing University (China), Oct 2017.</w:t>
      </w:r>
    </w:p>
    <w:p w14:paraId="37E4C907" w14:textId="77777777" w:rsidR="00292B2B" w:rsidRDefault="00757BA4">
      <w:pPr>
        <w:spacing w:after="60" w:line="276" w:lineRule="auto"/>
        <w:ind w:left="576" w:hanging="576"/>
      </w:pPr>
      <w:r>
        <w:t>61. Lecture on Multistability and Hidden Attractors, University of Shandong, Oct 2017.</w:t>
      </w:r>
    </w:p>
    <w:p w14:paraId="5F00EE14" w14:textId="77777777" w:rsidR="00292B2B" w:rsidRDefault="00757BA4">
      <w:pPr>
        <w:spacing w:after="60" w:line="276" w:lineRule="auto"/>
        <w:ind w:left="576" w:hanging="576"/>
      </w:pPr>
      <w:r>
        <w:t>62. Lecture on Multistability and Hidden Attractors, University of Jinan, Oct 2017.</w:t>
      </w:r>
    </w:p>
    <w:p w14:paraId="41BA5B9E" w14:textId="77777777" w:rsidR="00292B2B" w:rsidRDefault="00757BA4">
      <w:pPr>
        <w:pStyle w:val="Heading1"/>
      </w:pPr>
      <w:r>
        <w:rPr>
          <w:rFonts w:ascii="Times New Roman" w:eastAsia="Times New Roman" w:hAnsi="Times New Roman"/>
        </w:rPr>
        <w:t>Students Graduated</w:t>
      </w:r>
    </w:p>
    <w:p w14:paraId="25599AE3" w14:textId="77777777" w:rsidR="00292B2B" w:rsidRDefault="00757BA4">
      <w:pPr>
        <w:spacing w:before="40" w:after="20" w:line="276" w:lineRule="auto"/>
        <w:ind w:left="288"/>
      </w:pPr>
      <w:r>
        <w:rPr>
          <w:b/>
        </w:rPr>
        <w:t>Barter, J.D.</w:t>
      </w:r>
      <w:r>
        <w:t xml:space="preserve">  —  Ph.D. Nov 1976</w:t>
      </w:r>
    </w:p>
    <w:p w14:paraId="7997ABD0" w14:textId="77777777" w:rsidR="00292B2B" w:rsidRDefault="00757BA4">
      <w:pPr>
        <w:spacing w:after="20" w:line="276" w:lineRule="auto"/>
        <w:ind w:left="360"/>
      </w:pPr>
      <w:r>
        <w:rPr>
          <w:i/>
          <w:sz w:val="20"/>
        </w:rPr>
        <w:t>“Ion Heating at the Cyclotron Resonance in Plasmas Magnetically Confined in a Toroidal Octupole Field”</w:t>
      </w:r>
    </w:p>
    <w:p w14:paraId="4AA730FD" w14:textId="77777777" w:rsidR="00292B2B" w:rsidRDefault="00757BA4">
      <w:pPr>
        <w:spacing w:line="276" w:lineRule="auto"/>
        <w:ind w:left="360"/>
      </w:pPr>
      <w:r>
        <w:rPr>
          <w:sz w:val="20"/>
        </w:rPr>
        <w:t>TRW</w:t>
      </w:r>
    </w:p>
    <w:p w14:paraId="0B0F3F71" w14:textId="77777777" w:rsidR="00292B2B" w:rsidRDefault="00757BA4">
      <w:pPr>
        <w:spacing w:before="40" w:after="20" w:line="276" w:lineRule="auto"/>
        <w:ind w:left="288"/>
      </w:pPr>
      <w:r>
        <w:rPr>
          <w:b/>
        </w:rPr>
        <w:t>Etzweiler, J.F.</w:t>
      </w:r>
      <w:r>
        <w:t xml:space="preserve">  —  Ph.D. Sep 1977</w:t>
      </w:r>
    </w:p>
    <w:p w14:paraId="63018A3F" w14:textId="77777777" w:rsidR="00292B2B" w:rsidRDefault="00757BA4">
      <w:pPr>
        <w:spacing w:after="20" w:line="276" w:lineRule="auto"/>
        <w:ind w:left="360"/>
      </w:pPr>
      <w:r>
        <w:rPr>
          <w:i/>
          <w:sz w:val="20"/>
        </w:rPr>
        <w:t>“Experimental Investigation of Plasma Resistivity and Ohmic Heating in the Octupole withToroidal Magnetic Field”</w:t>
      </w:r>
    </w:p>
    <w:p w14:paraId="4D217591" w14:textId="77777777" w:rsidR="00292B2B" w:rsidRDefault="00757BA4">
      <w:pPr>
        <w:spacing w:line="276" w:lineRule="auto"/>
        <w:ind w:left="360"/>
      </w:pPr>
      <w:r>
        <w:rPr>
          <w:sz w:val="20"/>
        </w:rPr>
        <w:t>NY Power and Light</w:t>
      </w:r>
    </w:p>
    <w:p w14:paraId="17A81DFC" w14:textId="77777777" w:rsidR="00292B2B" w:rsidRDefault="00757BA4">
      <w:pPr>
        <w:spacing w:before="40" w:after="20" w:line="276" w:lineRule="auto"/>
        <w:ind w:left="288"/>
      </w:pPr>
      <w:r>
        <w:rPr>
          <w:b/>
        </w:rPr>
        <w:t>Groebner, R.J.</w:t>
      </w:r>
      <w:r>
        <w:t xml:space="preserve">  —  Ph.D. May 1979</w:t>
      </w:r>
    </w:p>
    <w:p w14:paraId="27930C03" w14:textId="77777777" w:rsidR="00292B2B" w:rsidRDefault="00757BA4">
      <w:pPr>
        <w:spacing w:after="20" w:line="276" w:lineRule="auto"/>
        <w:ind w:left="360"/>
      </w:pPr>
      <w:r>
        <w:rPr>
          <w:i/>
          <w:sz w:val="20"/>
        </w:rPr>
        <w:t>“Vacuum Ultraviolet Spectroscopic Study ofPlasma in the Tokapole II Poloidal Divertor Experiment”</w:t>
      </w:r>
    </w:p>
    <w:p w14:paraId="4F40A329" w14:textId="77777777" w:rsidR="00292B2B" w:rsidRDefault="00757BA4">
      <w:pPr>
        <w:spacing w:line="276" w:lineRule="auto"/>
        <w:ind w:left="360"/>
      </w:pPr>
      <w:r>
        <w:rPr>
          <w:sz w:val="20"/>
        </w:rPr>
        <w:t>General Atomics</w:t>
      </w:r>
    </w:p>
    <w:p w14:paraId="7DC02E16" w14:textId="77777777" w:rsidR="00292B2B" w:rsidRDefault="00757BA4">
      <w:pPr>
        <w:spacing w:before="40" w:after="20" w:line="276" w:lineRule="auto"/>
        <w:ind w:left="288"/>
      </w:pPr>
      <w:r>
        <w:rPr>
          <w:b/>
        </w:rPr>
        <w:t>Strait, E.J.</w:t>
      </w:r>
      <w:r>
        <w:t xml:space="preserve">  —  Ph.D. Sep 1979</w:t>
      </w:r>
    </w:p>
    <w:p w14:paraId="50B50C29" w14:textId="77777777" w:rsidR="00292B2B" w:rsidRDefault="00757BA4">
      <w:pPr>
        <w:spacing w:after="20" w:line="276" w:lineRule="auto"/>
        <w:ind w:left="360"/>
      </w:pPr>
      <w:r>
        <w:rPr>
          <w:i/>
          <w:sz w:val="20"/>
        </w:rPr>
        <w:t>“Diverter Experiments in a Toroidal Plasma with x Drift Due to an Applied Radial Electric Field”</w:t>
      </w:r>
    </w:p>
    <w:p w14:paraId="4CA058A3" w14:textId="77777777" w:rsidR="00292B2B" w:rsidRDefault="00757BA4">
      <w:pPr>
        <w:spacing w:line="276" w:lineRule="auto"/>
        <w:ind w:left="360"/>
      </w:pPr>
      <w:r>
        <w:rPr>
          <w:sz w:val="20"/>
        </w:rPr>
        <w:t>General Atomics</w:t>
      </w:r>
    </w:p>
    <w:p w14:paraId="3E753397" w14:textId="77777777" w:rsidR="00292B2B" w:rsidRDefault="00757BA4">
      <w:pPr>
        <w:spacing w:before="40" w:after="20" w:line="276" w:lineRule="auto"/>
        <w:ind w:left="288"/>
      </w:pPr>
      <w:r>
        <w:rPr>
          <w:b/>
        </w:rPr>
        <w:t>Lipschultz, B.</w:t>
      </w:r>
      <w:r>
        <w:t xml:space="preserve">  —  Ph.D. Sep 1979</w:t>
      </w:r>
    </w:p>
    <w:p w14:paraId="3149018C" w14:textId="77777777" w:rsidR="00292B2B" w:rsidRDefault="00757BA4">
      <w:pPr>
        <w:spacing w:after="20" w:line="276" w:lineRule="auto"/>
        <w:ind w:left="360"/>
      </w:pPr>
      <w:r>
        <w:rPr>
          <w:i/>
          <w:sz w:val="20"/>
        </w:rPr>
        <w:t>“Axisymmetric Instability in a NoncircularTokamak”</w:t>
      </w:r>
    </w:p>
    <w:p w14:paraId="58CD1B98" w14:textId="77777777" w:rsidR="00292B2B" w:rsidRDefault="00757BA4">
      <w:pPr>
        <w:spacing w:line="276" w:lineRule="auto"/>
        <w:ind w:left="360"/>
      </w:pPr>
      <w:r>
        <w:rPr>
          <w:sz w:val="20"/>
        </w:rPr>
        <w:t>MIT</w:t>
      </w:r>
    </w:p>
    <w:p w14:paraId="4FA877DA" w14:textId="77777777" w:rsidR="00292B2B" w:rsidRDefault="00757BA4">
      <w:pPr>
        <w:spacing w:before="40" w:after="20" w:line="276" w:lineRule="auto"/>
        <w:ind w:left="288"/>
      </w:pPr>
      <w:r>
        <w:rPr>
          <w:b/>
        </w:rPr>
        <w:t>Biddle, A.P.</w:t>
      </w:r>
      <w:r>
        <w:t xml:space="preserve">  —  Ph.D. Jun 1980</w:t>
      </w:r>
    </w:p>
    <w:p w14:paraId="0D0AB3AD" w14:textId="77777777" w:rsidR="00292B2B" w:rsidRDefault="00757BA4">
      <w:pPr>
        <w:spacing w:after="20" w:line="276" w:lineRule="auto"/>
        <w:ind w:left="360"/>
      </w:pPr>
      <w:r>
        <w:rPr>
          <w:i/>
          <w:sz w:val="20"/>
        </w:rPr>
        <w:t>“Ion Heating in the Ion Cyclotron Range of Frequencies in the Wisconsin Tokapole II”</w:t>
      </w:r>
    </w:p>
    <w:p w14:paraId="6E9BA047" w14:textId="77777777" w:rsidR="00292B2B" w:rsidRDefault="00757BA4">
      <w:pPr>
        <w:spacing w:line="276" w:lineRule="auto"/>
        <w:ind w:left="360"/>
      </w:pPr>
      <w:r>
        <w:rPr>
          <w:sz w:val="20"/>
        </w:rPr>
        <w:t>American Airlines(retired)</w:t>
      </w:r>
    </w:p>
    <w:p w14:paraId="6360B8FB" w14:textId="77777777" w:rsidR="00292B2B" w:rsidRDefault="00757BA4">
      <w:pPr>
        <w:spacing w:before="40" w:after="20" w:line="276" w:lineRule="auto"/>
        <w:ind w:left="288"/>
      </w:pPr>
      <w:r>
        <w:rPr>
          <w:b/>
        </w:rPr>
        <w:t>Holly, D.J.</w:t>
      </w:r>
      <w:r>
        <w:t xml:space="preserve">  —  Ph.D. Jan 1982</w:t>
      </w:r>
    </w:p>
    <w:p w14:paraId="10A55253" w14:textId="77777777" w:rsidR="00292B2B" w:rsidRDefault="00757BA4">
      <w:pPr>
        <w:spacing w:after="20" w:line="276" w:lineRule="auto"/>
        <w:ind w:left="360"/>
      </w:pPr>
      <w:r>
        <w:rPr>
          <w:i/>
          <w:sz w:val="20"/>
        </w:rPr>
        <w:t>“Poloidal Ohmic Heating in a Multipole”</w:t>
      </w:r>
    </w:p>
    <w:p w14:paraId="3153E52A" w14:textId="77777777" w:rsidR="00292B2B" w:rsidRDefault="00757BA4">
      <w:pPr>
        <w:spacing w:line="276" w:lineRule="auto"/>
        <w:ind w:left="360"/>
      </w:pPr>
      <w:r>
        <w:rPr>
          <w:sz w:val="20"/>
        </w:rPr>
        <w:t>UW-Madison</w:t>
      </w:r>
    </w:p>
    <w:p w14:paraId="7A8B39C5" w14:textId="77777777" w:rsidR="00292B2B" w:rsidRDefault="00757BA4">
      <w:pPr>
        <w:spacing w:before="40" w:after="20" w:line="276" w:lineRule="auto"/>
        <w:ind w:left="288"/>
      </w:pPr>
      <w:r>
        <w:rPr>
          <w:b/>
        </w:rPr>
        <w:t>Smith, P.K.</w:t>
      </w:r>
      <w:r>
        <w:t xml:space="preserve">  —  Ph.D. Feb 1983</w:t>
      </w:r>
    </w:p>
    <w:p w14:paraId="4A343FA4" w14:textId="77777777" w:rsidR="00292B2B" w:rsidRDefault="00757BA4">
      <w:pPr>
        <w:spacing w:after="20" w:line="276" w:lineRule="auto"/>
        <w:ind w:left="360"/>
      </w:pPr>
      <w:r>
        <w:rPr>
          <w:i/>
          <w:sz w:val="20"/>
        </w:rPr>
        <w:t>“Plasma Potential in a Magnetic Mirror withElectron Cyclotron Resonance Heating”</w:t>
      </w:r>
    </w:p>
    <w:p w14:paraId="517A40D5" w14:textId="77777777" w:rsidR="00292B2B" w:rsidRDefault="00757BA4">
      <w:pPr>
        <w:spacing w:line="276" w:lineRule="auto"/>
        <w:ind w:left="360"/>
      </w:pPr>
      <w:r>
        <w:rPr>
          <w:sz w:val="20"/>
        </w:rPr>
        <w:t>Teledyne-Brown</w:t>
      </w:r>
    </w:p>
    <w:p w14:paraId="5A160571" w14:textId="77777777" w:rsidR="00292B2B" w:rsidRDefault="00757BA4">
      <w:pPr>
        <w:spacing w:before="40" w:after="20" w:line="276" w:lineRule="auto"/>
        <w:ind w:left="288"/>
      </w:pPr>
      <w:r>
        <w:rPr>
          <w:b/>
        </w:rPr>
        <w:t>Fortgang, C.M.</w:t>
      </w:r>
      <w:r>
        <w:t xml:space="preserve">  —  Ph.D. May 1983</w:t>
      </w:r>
    </w:p>
    <w:p w14:paraId="19DBA6A1" w14:textId="77777777" w:rsidR="00292B2B" w:rsidRDefault="00757BA4">
      <w:pPr>
        <w:spacing w:after="20" w:line="276" w:lineRule="auto"/>
        <w:ind w:left="360"/>
      </w:pPr>
      <w:r>
        <w:rPr>
          <w:i/>
          <w:sz w:val="20"/>
        </w:rPr>
        <w:t>“High Power Ion Cyclotron Resonance Heating in the Wisconsin Levitated Octupole”</w:t>
      </w:r>
    </w:p>
    <w:p w14:paraId="1A943B84" w14:textId="77777777" w:rsidR="00292B2B" w:rsidRDefault="00757BA4">
      <w:pPr>
        <w:spacing w:line="276" w:lineRule="auto"/>
        <w:ind w:left="360"/>
      </w:pPr>
      <w:r>
        <w:rPr>
          <w:sz w:val="20"/>
        </w:rPr>
        <w:t>Los Alamos National Lab</w:t>
      </w:r>
    </w:p>
    <w:p w14:paraId="43BC064D" w14:textId="77777777" w:rsidR="00292B2B" w:rsidRDefault="00757BA4">
      <w:pPr>
        <w:spacing w:before="40" w:after="20" w:line="276" w:lineRule="auto"/>
        <w:ind w:left="288"/>
      </w:pPr>
      <w:r>
        <w:rPr>
          <w:b/>
        </w:rPr>
        <w:t>Witherspoon, F.D.</w:t>
      </w:r>
      <w:r>
        <w:t xml:space="preserve">  —  Ph.D. Nov 1984</w:t>
      </w:r>
    </w:p>
    <w:p w14:paraId="1F4A9F87" w14:textId="77777777" w:rsidR="00292B2B" w:rsidRDefault="00757BA4">
      <w:pPr>
        <w:spacing w:after="20" w:line="276" w:lineRule="auto"/>
        <w:ind w:left="360"/>
      </w:pPr>
      <w:r>
        <w:rPr>
          <w:i/>
          <w:sz w:val="20"/>
        </w:rPr>
        <w:t>“Experimental Study of the Shear AlfvénResonance in a Tokamak”</w:t>
      </w:r>
    </w:p>
    <w:p w14:paraId="0CD6B292" w14:textId="77777777" w:rsidR="00292B2B" w:rsidRDefault="00757BA4">
      <w:pPr>
        <w:spacing w:line="276" w:lineRule="auto"/>
        <w:ind w:left="360"/>
      </w:pPr>
      <w:r>
        <w:rPr>
          <w:sz w:val="20"/>
        </w:rPr>
        <w:t>Ultron, Inc.</w:t>
      </w:r>
    </w:p>
    <w:p w14:paraId="238D4B2E" w14:textId="77777777" w:rsidR="00292B2B" w:rsidRDefault="00757BA4">
      <w:pPr>
        <w:spacing w:before="40" w:after="20" w:line="276" w:lineRule="auto"/>
        <w:ind w:left="288"/>
      </w:pPr>
      <w:r>
        <w:rPr>
          <w:b/>
        </w:rPr>
        <w:t>Leonard, A.W.</w:t>
      </w:r>
      <w:r>
        <w:t xml:space="preserve">  —  Ph.D. Sep 1986</w:t>
      </w:r>
    </w:p>
    <w:p w14:paraId="7E89E9C4" w14:textId="77777777" w:rsidR="00292B2B" w:rsidRDefault="00757BA4">
      <w:pPr>
        <w:spacing w:after="20" w:line="276" w:lineRule="auto"/>
        <w:ind w:left="360"/>
      </w:pPr>
      <w:r>
        <w:rPr>
          <w:i/>
          <w:sz w:val="20"/>
        </w:rPr>
        <w:t>“The Trapping of a Gun-Injected Plasma by a Tokamak”</w:t>
      </w:r>
    </w:p>
    <w:p w14:paraId="0BD9FE0A" w14:textId="77777777" w:rsidR="00292B2B" w:rsidRDefault="00757BA4">
      <w:pPr>
        <w:spacing w:line="276" w:lineRule="auto"/>
        <w:ind w:left="360"/>
      </w:pPr>
      <w:r>
        <w:rPr>
          <w:sz w:val="20"/>
        </w:rPr>
        <w:t>General Atomics</w:t>
      </w:r>
    </w:p>
    <w:p w14:paraId="44F38698" w14:textId="77777777" w:rsidR="00292B2B" w:rsidRDefault="00757BA4">
      <w:pPr>
        <w:spacing w:before="40" w:after="20" w:line="276" w:lineRule="auto"/>
        <w:ind w:left="288"/>
      </w:pPr>
      <w:r>
        <w:rPr>
          <w:b/>
        </w:rPr>
        <w:t>Kortbawi, D.</w:t>
      </w:r>
      <w:r>
        <w:t xml:space="preserve">  —  Ph.D. Oct 1987</w:t>
      </w:r>
    </w:p>
    <w:p w14:paraId="4D7F6191" w14:textId="77777777" w:rsidR="00292B2B" w:rsidRDefault="00757BA4">
      <w:pPr>
        <w:spacing w:after="20" w:line="276" w:lineRule="auto"/>
        <w:ind w:left="360"/>
      </w:pPr>
      <w:r>
        <w:rPr>
          <w:i/>
          <w:sz w:val="20"/>
        </w:rPr>
        <w:t>“Alfvén Wave Studies on a Tokamak”</w:t>
      </w:r>
    </w:p>
    <w:p w14:paraId="2ACEC42E" w14:textId="77777777" w:rsidR="00292B2B" w:rsidRDefault="00757BA4">
      <w:pPr>
        <w:spacing w:line="276" w:lineRule="auto"/>
        <w:ind w:left="360"/>
      </w:pPr>
      <w:r>
        <w:rPr>
          <w:sz w:val="20"/>
        </w:rPr>
        <w:t>Physics International</w:t>
      </w:r>
    </w:p>
    <w:p w14:paraId="5948DDA5" w14:textId="77777777" w:rsidR="00292B2B" w:rsidRDefault="00757BA4">
      <w:pPr>
        <w:spacing w:before="40" w:after="20" w:line="276" w:lineRule="auto"/>
        <w:ind w:left="288"/>
      </w:pPr>
      <w:r>
        <w:rPr>
          <w:b/>
        </w:rPr>
        <w:t>Sarff, J.S.</w:t>
      </w:r>
      <w:r>
        <w:t xml:space="preserve">  —  Ph.D. Oct 1988</w:t>
      </w:r>
    </w:p>
    <w:p w14:paraId="5B6BE0FA" w14:textId="77777777" w:rsidR="00292B2B" w:rsidRDefault="00757BA4">
      <w:pPr>
        <w:spacing w:after="20" w:line="276" w:lineRule="auto"/>
        <w:ind w:left="360"/>
      </w:pPr>
      <w:r>
        <w:rPr>
          <w:i/>
          <w:sz w:val="20"/>
        </w:rPr>
        <w:t>“Studies of a Poloidal Divertor Reversed Field Pinch”</w:t>
      </w:r>
    </w:p>
    <w:p w14:paraId="54A2AF16" w14:textId="77777777" w:rsidR="00292B2B" w:rsidRDefault="00757BA4">
      <w:pPr>
        <w:spacing w:line="276" w:lineRule="auto"/>
        <w:ind w:left="360"/>
      </w:pPr>
      <w:r>
        <w:rPr>
          <w:sz w:val="20"/>
        </w:rPr>
        <w:t>UW-Madison</w:t>
      </w:r>
    </w:p>
    <w:p w14:paraId="0023B7C9" w14:textId="77777777" w:rsidR="00292B2B" w:rsidRDefault="00757BA4">
      <w:pPr>
        <w:spacing w:before="40" w:after="20" w:line="276" w:lineRule="auto"/>
        <w:ind w:left="288"/>
      </w:pPr>
      <w:r>
        <w:rPr>
          <w:b/>
        </w:rPr>
        <w:t>LaPointe, M.A.</w:t>
      </w:r>
      <w:r>
        <w:t xml:space="preserve">  —  Ph.D. Aug 1990</w:t>
      </w:r>
    </w:p>
    <w:p w14:paraId="754E56DC" w14:textId="77777777" w:rsidR="00292B2B" w:rsidRDefault="00757BA4">
      <w:pPr>
        <w:spacing w:after="20" w:line="276" w:lineRule="auto"/>
        <w:ind w:left="360"/>
      </w:pPr>
      <w:r>
        <w:rPr>
          <w:i/>
          <w:sz w:val="20"/>
        </w:rPr>
        <w:t>“Magnetic Fluctuation Measurements in the Tokapole II Tokamak”</w:t>
      </w:r>
    </w:p>
    <w:p w14:paraId="596722A5" w14:textId="77777777" w:rsidR="00292B2B" w:rsidRDefault="00757BA4">
      <w:pPr>
        <w:spacing w:line="276" w:lineRule="auto"/>
        <w:ind w:left="360"/>
      </w:pPr>
      <w:r>
        <w:rPr>
          <w:sz w:val="20"/>
        </w:rPr>
        <w:t>Omega Corporation</w:t>
      </w:r>
    </w:p>
    <w:p w14:paraId="64A8EB61" w14:textId="77777777" w:rsidR="00292B2B" w:rsidRDefault="00757BA4">
      <w:pPr>
        <w:spacing w:before="40" w:after="20" w:line="276" w:lineRule="auto"/>
        <w:ind w:left="288"/>
      </w:pPr>
      <w:r>
        <w:rPr>
          <w:b/>
        </w:rPr>
        <w:t>Almagri, A.F.</w:t>
      </w:r>
      <w:r>
        <w:t xml:space="preserve">  —  Ph.D. Dec 1990</w:t>
      </w:r>
    </w:p>
    <w:p w14:paraId="3F5AE778" w14:textId="77777777" w:rsidR="00292B2B" w:rsidRDefault="00757BA4">
      <w:pPr>
        <w:spacing w:after="20" w:line="276" w:lineRule="auto"/>
        <w:ind w:left="360"/>
      </w:pPr>
      <w:r>
        <w:rPr>
          <w:i/>
          <w:sz w:val="20"/>
        </w:rPr>
        <w:t>“The Effects of Magnetic Field Errors on RFP Plasmas”</w:t>
      </w:r>
    </w:p>
    <w:p w14:paraId="1D6EAA68" w14:textId="77777777" w:rsidR="00292B2B" w:rsidRDefault="00757BA4">
      <w:pPr>
        <w:spacing w:line="276" w:lineRule="auto"/>
        <w:ind w:left="360"/>
      </w:pPr>
      <w:r>
        <w:rPr>
          <w:sz w:val="20"/>
        </w:rPr>
        <w:t>UW-Madison</w:t>
      </w:r>
    </w:p>
    <w:p w14:paraId="398C1A05" w14:textId="77777777" w:rsidR="00292B2B" w:rsidRDefault="00757BA4">
      <w:pPr>
        <w:spacing w:before="40" w:after="20" w:line="276" w:lineRule="auto"/>
        <w:ind w:left="288"/>
      </w:pPr>
      <w:r>
        <w:rPr>
          <w:b/>
        </w:rPr>
        <w:t>Watts, C.A.</w:t>
      </w:r>
      <w:r>
        <w:t xml:space="preserve">  —  Ph.D. Sep 1993</w:t>
      </w:r>
    </w:p>
    <w:p w14:paraId="4ECEFB2C" w14:textId="77777777" w:rsidR="00292B2B" w:rsidRDefault="00757BA4">
      <w:pPr>
        <w:spacing w:after="20" w:line="276" w:lineRule="auto"/>
        <w:ind w:left="360"/>
      </w:pPr>
      <w:r>
        <w:rPr>
          <w:i/>
          <w:sz w:val="20"/>
        </w:rPr>
        <w:t>“Chaos and Simple Determinism in ReversedField Pinch Plasmas”</w:t>
      </w:r>
    </w:p>
    <w:p w14:paraId="75869A27" w14:textId="77777777" w:rsidR="00292B2B" w:rsidRDefault="00757BA4">
      <w:pPr>
        <w:spacing w:line="276" w:lineRule="auto"/>
        <w:ind w:left="360"/>
      </w:pPr>
      <w:r>
        <w:rPr>
          <w:sz w:val="20"/>
        </w:rPr>
        <w:t>University of New Mexico</w:t>
      </w:r>
    </w:p>
    <w:p w14:paraId="47D4BBD6" w14:textId="77777777" w:rsidR="00292B2B" w:rsidRDefault="00757BA4">
      <w:pPr>
        <w:spacing w:before="40" w:after="20" w:line="276" w:lineRule="auto"/>
        <w:ind w:left="288"/>
      </w:pPr>
      <w:r>
        <w:rPr>
          <w:b/>
        </w:rPr>
        <w:t>Mirus, K.A.</w:t>
      </w:r>
      <w:r>
        <w:t xml:space="preserve">  —  Ph.D. Jun 1998</w:t>
      </w:r>
    </w:p>
    <w:p w14:paraId="4736C959" w14:textId="77777777" w:rsidR="00292B2B" w:rsidRDefault="00757BA4">
      <w:pPr>
        <w:spacing w:after="20" w:line="276" w:lineRule="auto"/>
        <w:ind w:left="360"/>
      </w:pPr>
      <w:r>
        <w:rPr>
          <w:i/>
          <w:sz w:val="20"/>
        </w:rPr>
        <w:t>“Control of Nonlinear Systems Using Periodic Parametric Perturbations with Application to a Reversed Field Pinch”</w:t>
      </w:r>
    </w:p>
    <w:p w14:paraId="1BD7358C" w14:textId="77777777" w:rsidR="00292B2B" w:rsidRDefault="00757BA4">
      <w:pPr>
        <w:spacing w:line="276" w:lineRule="auto"/>
        <w:ind w:left="360"/>
      </w:pPr>
      <w:r>
        <w:rPr>
          <w:sz w:val="20"/>
        </w:rPr>
        <w:t>Madison Area Technical College</w:t>
      </w:r>
    </w:p>
    <w:p w14:paraId="2A2E0A03" w14:textId="77777777" w:rsidR="00292B2B" w:rsidRDefault="00757BA4">
      <w:pPr>
        <w:spacing w:before="40" w:after="20" w:line="276" w:lineRule="auto"/>
        <w:ind w:left="288"/>
      </w:pPr>
      <w:r>
        <w:rPr>
          <w:b/>
        </w:rPr>
        <w:t>Albers, D.J.</w:t>
      </w:r>
      <w:r>
        <w:t xml:space="preserve">  —  Ph.D. Aug 2004</w:t>
      </w:r>
    </w:p>
    <w:p w14:paraId="4342D9E0" w14:textId="77777777" w:rsidR="00292B2B" w:rsidRDefault="00757BA4">
      <w:pPr>
        <w:spacing w:after="20" w:line="276" w:lineRule="auto"/>
        <w:ind w:left="360"/>
      </w:pPr>
      <w:r>
        <w:rPr>
          <w:i/>
          <w:sz w:val="20"/>
        </w:rPr>
        <w:t>“A Qualitative Numerical Study of HighDimensional Dynamical Systems”</w:t>
      </w:r>
    </w:p>
    <w:p w14:paraId="76AD3678" w14:textId="77777777" w:rsidR="00292B2B" w:rsidRDefault="00757BA4">
      <w:pPr>
        <w:spacing w:line="276" w:lineRule="auto"/>
        <w:ind w:left="360"/>
      </w:pPr>
      <w:r>
        <w:rPr>
          <w:sz w:val="20"/>
        </w:rPr>
        <w:t>Columbia University</w:t>
      </w:r>
    </w:p>
    <w:p w14:paraId="6E0FA076" w14:textId="77777777" w:rsidR="00292B2B" w:rsidRDefault="00757BA4">
      <w:pPr>
        <w:pStyle w:val="Heading1"/>
      </w:pPr>
      <w:r>
        <w:rPr>
          <w:rFonts w:ascii="Times New Roman" w:eastAsia="Times New Roman" w:hAnsi="Times New Roman"/>
        </w:rPr>
        <w:t>Teaching Service</w:t>
      </w:r>
    </w:p>
    <w:p w14:paraId="688BCD45" w14:textId="77777777" w:rsidR="00292B2B" w:rsidRDefault="00757BA4">
      <w:pPr>
        <w:spacing w:after="120" w:line="276" w:lineRule="auto"/>
      </w:pPr>
      <w:r>
        <w:rPr>
          <w:i/>
          <w:sz w:val="18"/>
        </w:rPr>
        <w:t>Columns: Year; Fall course / research students / total; Spring course / research students / total; Summer research students.</w:t>
      </w:r>
    </w:p>
    <w:p w14:paraId="564EBA63" w14:textId="77777777" w:rsidR="00292B2B" w:rsidRDefault="00757BA4">
      <w:pPr>
        <w:spacing w:after="20" w:line="276" w:lineRule="auto"/>
      </w:pPr>
      <w:r>
        <w:rPr>
          <w:sz w:val="18"/>
        </w:rPr>
        <w:t>1972-73:  Fall off (res 0, total 0);  Spring EE 220 (res 0, total 0);  Summer 2</w:t>
      </w:r>
    </w:p>
    <w:p w14:paraId="25515E81" w14:textId="77777777" w:rsidR="00292B2B" w:rsidRDefault="00757BA4">
      <w:pPr>
        <w:spacing w:after="20" w:line="276" w:lineRule="auto"/>
      </w:pPr>
      <w:r>
        <w:rPr>
          <w:sz w:val="18"/>
        </w:rPr>
        <w:t>1973-74:  Fall 922 (res 4, total 4);  Spring off (res 3, total 3);  Summer 7</w:t>
      </w:r>
    </w:p>
    <w:p w14:paraId="3DA33BFA" w14:textId="77777777" w:rsidR="00292B2B" w:rsidRDefault="00757BA4">
      <w:pPr>
        <w:spacing w:after="20" w:line="276" w:lineRule="auto"/>
      </w:pPr>
      <w:r>
        <w:rPr>
          <w:sz w:val="18"/>
        </w:rPr>
        <w:t>1974-75:  Fall 525 (res 7, total 8);  Spring 321 (res 6, total 7);  Summer 6</w:t>
      </w:r>
    </w:p>
    <w:p w14:paraId="3A40B9BE" w14:textId="77777777" w:rsidR="00292B2B" w:rsidRDefault="00757BA4">
      <w:pPr>
        <w:spacing w:after="20" w:line="276" w:lineRule="auto"/>
      </w:pPr>
      <w:r>
        <w:rPr>
          <w:sz w:val="18"/>
        </w:rPr>
        <w:t>1975-76:  Fall 205 (res 5, total 7);  Spring 525 (res 6, total 8);  Summer 8</w:t>
      </w:r>
    </w:p>
    <w:p w14:paraId="60227248" w14:textId="77777777" w:rsidR="00292B2B" w:rsidRDefault="00757BA4">
      <w:pPr>
        <w:spacing w:after="20" w:line="276" w:lineRule="auto"/>
      </w:pPr>
      <w:r>
        <w:rPr>
          <w:sz w:val="18"/>
        </w:rPr>
        <w:t>1976-77:  Fall 321 (res 6, total 8);  Spring 321 (res 5, total 7);  Summer 8</w:t>
      </w:r>
    </w:p>
    <w:p w14:paraId="24872034" w14:textId="77777777" w:rsidR="00292B2B" w:rsidRDefault="00757BA4">
      <w:pPr>
        <w:spacing w:after="20" w:line="276" w:lineRule="auto"/>
      </w:pPr>
      <w:r>
        <w:rPr>
          <w:sz w:val="18"/>
        </w:rPr>
        <w:t>1977-78:  Fall 244 (res 8, total 8);  Spring 321 (res 8, total 9);  Summer 9</w:t>
      </w:r>
    </w:p>
    <w:p w14:paraId="6EEB41E1" w14:textId="77777777" w:rsidR="00292B2B" w:rsidRDefault="00757BA4">
      <w:pPr>
        <w:spacing w:after="20" w:line="276" w:lineRule="auto"/>
      </w:pPr>
      <w:r>
        <w:rPr>
          <w:sz w:val="18"/>
        </w:rPr>
        <w:t>1978-79:  Fall 321 (res 6, total 8);  Spring 205 (res 8, total 7);  Summer 7</w:t>
      </w:r>
    </w:p>
    <w:p w14:paraId="524B5085" w14:textId="77777777" w:rsidR="00292B2B" w:rsidRDefault="00757BA4">
      <w:pPr>
        <w:spacing w:after="20" w:line="276" w:lineRule="auto"/>
      </w:pPr>
      <w:r>
        <w:rPr>
          <w:sz w:val="18"/>
        </w:rPr>
        <w:t>1979-80:  Fall 321 (res 8, total 5);  Spring 205 (res 3, total 5);  Summer 5</w:t>
      </w:r>
    </w:p>
    <w:p w14:paraId="2E5CDADB" w14:textId="77777777" w:rsidR="00292B2B" w:rsidRDefault="00757BA4">
      <w:pPr>
        <w:spacing w:after="20" w:line="276" w:lineRule="auto"/>
      </w:pPr>
      <w:r>
        <w:rPr>
          <w:sz w:val="18"/>
        </w:rPr>
        <w:t>1980-81:  Fall 525 (res 4, total 5);  Spring 321 (res 5, total 5);  Summer 5</w:t>
      </w:r>
    </w:p>
    <w:p w14:paraId="3B44C38C" w14:textId="77777777" w:rsidR="00292B2B" w:rsidRDefault="00757BA4">
      <w:pPr>
        <w:spacing w:after="20" w:line="276" w:lineRule="auto"/>
      </w:pPr>
      <w:r>
        <w:rPr>
          <w:sz w:val="18"/>
        </w:rPr>
        <w:t>1981-82:  Fall 321 (res 6, total 7);  Spring 525 (res 5, total 6);  Summer 5</w:t>
      </w:r>
    </w:p>
    <w:p w14:paraId="580EB058" w14:textId="77777777" w:rsidR="00292B2B" w:rsidRDefault="00757BA4">
      <w:pPr>
        <w:spacing w:after="20" w:line="276" w:lineRule="auto"/>
      </w:pPr>
      <w:r>
        <w:rPr>
          <w:sz w:val="18"/>
        </w:rPr>
        <w:t>1982-83:  Fall 623 (res 5, total 7);  Spring 201 (res 7, total 7);  Summer 2</w:t>
      </w:r>
    </w:p>
    <w:p w14:paraId="468FFBAE" w14:textId="77777777" w:rsidR="00292B2B" w:rsidRDefault="00757BA4">
      <w:pPr>
        <w:spacing w:after="20" w:line="276" w:lineRule="auto"/>
      </w:pPr>
      <w:r>
        <w:rPr>
          <w:sz w:val="18"/>
        </w:rPr>
        <w:t>1983-84:  Fall 202 (res 5, total 7);  Spring 525 (res 8, total 9);  Summer 6</w:t>
      </w:r>
    </w:p>
    <w:p w14:paraId="1CB728A4" w14:textId="77777777" w:rsidR="00292B2B" w:rsidRDefault="00757BA4">
      <w:pPr>
        <w:spacing w:after="20" w:line="276" w:lineRule="auto"/>
      </w:pPr>
      <w:r>
        <w:rPr>
          <w:sz w:val="18"/>
        </w:rPr>
        <w:t>1984-85:  Fall off (res 6, total 7);  Spring 525 (res 6, total 7);  Summer 7</w:t>
      </w:r>
    </w:p>
    <w:p w14:paraId="399EDAAB" w14:textId="77777777" w:rsidR="00292B2B" w:rsidRDefault="00757BA4">
      <w:pPr>
        <w:spacing w:after="20" w:line="276" w:lineRule="auto"/>
      </w:pPr>
      <w:r>
        <w:rPr>
          <w:sz w:val="18"/>
        </w:rPr>
        <w:t>1985-86:  Fall 205 (res 7, total 7);  Spring off (res 7, total 8);  Summer 6</w:t>
      </w:r>
    </w:p>
    <w:p w14:paraId="1E37A9B7" w14:textId="77777777" w:rsidR="00292B2B" w:rsidRDefault="00757BA4">
      <w:pPr>
        <w:spacing w:after="20" w:line="276" w:lineRule="auto"/>
      </w:pPr>
      <w:r>
        <w:rPr>
          <w:sz w:val="18"/>
        </w:rPr>
        <w:t>1986-87:  Fall 207 (res 8, total 7);  Spring 208 (res 7, total 6);  Summer 6</w:t>
      </w:r>
    </w:p>
    <w:p w14:paraId="587691EB" w14:textId="77777777" w:rsidR="00292B2B" w:rsidRDefault="00757BA4">
      <w:pPr>
        <w:spacing w:after="20" w:line="276" w:lineRule="auto"/>
      </w:pPr>
      <w:r>
        <w:rPr>
          <w:sz w:val="18"/>
        </w:rPr>
        <w:t>1987-88:  Fall 207 (res 6, total 6);  Spring 208 (res 4, total 5);  Summer 4</w:t>
      </w:r>
    </w:p>
    <w:p w14:paraId="57C8C64D" w14:textId="77777777" w:rsidR="00292B2B" w:rsidRDefault="00757BA4">
      <w:pPr>
        <w:spacing w:after="20" w:line="276" w:lineRule="auto"/>
      </w:pPr>
      <w:r>
        <w:rPr>
          <w:sz w:val="18"/>
        </w:rPr>
        <w:t>1988-89:  Fall 104 (res 3, total 4);  Spring off (res 3, total 3);  Summer 3</w:t>
      </w:r>
    </w:p>
    <w:p w14:paraId="4C6C6152" w14:textId="77777777" w:rsidR="00292B2B" w:rsidRDefault="00757BA4">
      <w:pPr>
        <w:spacing w:after="20" w:line="276" w:lineRule="auto"/>
      </w:pPr>
      <w:r>
        <w:rPr>
          <w:sz w:val="18"/>
        </w:rPr>
        <w:t>1989-90:  Fall 103 (res 3, total 3);  Spring 104 (res 3, total 3);  Summer 3</w:t>
      </w:r>
    </w:p>
    <w:p w14:paraId="74DE6F76" w14:textId="77777777" w:rsidR="00292B2B" w:rsidRDefault="00757BA4">
      <w:pPr>
        <w:spacing w:after="20" w:line="276" w:lineRule="auto"/>
      </w:pPr>
      <w:r>
        <w:rPr>
          <w:sz w:val="18"/>
        </w:rPr>
        <w:t>1990-91:  Fall 207 (res 3, total 2);  Spring 208 (res 1, total 1);  Summer 1</w:t>
      </w:r>
    </w:p>
    <w:p w14:paraId="1466F88E" w14:textId="77777777" w:rsidR="00292B2B" w:rsidRDefault="00757BA4">
      <w:pPr>
        <w:spacing w:after="20" w:line="276" w:lineRule="auto"/>
      </w:pPr>
      <w:r>
        <w:rPr>
          <w:sz w:val="18"/>
        </w:rPr>
        <w:t>1991-92:  Fall 207 (res 1, total 1);  Spring 208 (res 1, total 1);  Summer 2</w:t>
      </w:r>
    </w:p>
    <w:p w14:paraId="4D5A2EA3" w14:textId="77777777" w:rsidR="00292B2B" w:rsidRDefault="00757BA4">
      <w:pPr>
        <w:spacing w:after="20" w:line="276" w:lineRule="auto"/>
      </w:pPr>
      <w:r>
        <w:rPr>
          <w:sz w:val="18"/>
        </w:rPr>
        <w:t>1992-93:  Fall 207 (res 2, total 2);  Spring 208 (res 2, total 2);  Summer 3</w:t>
      </w:r>
    </w:p>
    <w:p w14:paraId="17BBEEE5" w14:textId="77777777" w:rsidR="00292B2B" w:rsidRDefault="00757BA4">
      <w:pPr>
        <w:spacing w:after="20" w:line="276" w:lineRule="auto"/>
      </w:pPr>
      <w:r>
        <w:rPr>
          <w:sz w:val="18"/>
        </w:rPr>
        <w:t>1993-94:  Fall 207 (res 2, total 4);  Spring 208 (res 1, total 3);  Summer 1</w:t>
      </w:r>
    </w:p>
    <w:p w14:paraId="1FC88C34" w14:textId="77777777" w:rsidR="00292B2B" w:rsidRDefault="00757BA4">
      <w:pPr>
        <w:spacing w:after="20" w:line="276" w:lineRule="auto"/>
      </w:pPr>
      <w:r>
        <w:rPr>
          <w:sz w:val="18"/>
        </w:rPr>
        <w:t>1994-95:  Fall 207/505 (res 1, total 1);  Spring 208 (res 1, total 2);  Summer 2</w:t>
      </w:r>
    </w:p>
    <w:p w14:paraId="6BB76587" w14:textId="77777777" w:rsidR="00292B2B" w:rsidRDefault="00757BA4">
      <w:pPr>
        <w:spacing w:after="20" w:line="276" w:lineRule="auto"/>
      </w:pPr>
      <w:r>
        <w:rPr>
          <w:sz w:val="18"/>
        </w:rPr>
        <w:t>1995-96:  Fall 103 (res 1, total 3);  Spring 104 (res 1, total 2);  Summer 2</w:t>
      </w:r>
    </w:p>
    <w:p w14:paraId="75BEE68C" w14:textId="77777777" w:rsidR="00292B2B" w:rsidRDefault="00757BA4">
      <w:pPr>
        <w:spacing w:after="20" w:line="276" w:lineRule="auto"/>
      </w:pPr>
      <w:r>
        <w:rPr>
          <w:sz w:val="18"/>
        </w:rPr>
        <w:t>1996-97:  Fall 201 (res 1, total 2);  Spring 208 (res 1, total 2);  Summer 2</w:t>
      </w:r>
    </w:p>
    <w:p w14:paraId="379F8877" w14:textId="77777777" w:rsidR="00292B2B" w:rsidRDefault="00757BA4">
      <w:pPr>
        <w:spacing w:after="20" w:line="276" w:lineRule="auto"/>
      </w:pPr>
      <w:r>
        <w:rPr>
          <w:sz w:val="18"/>
        </w:rPr>
        <w:t>1997-98:  Fall 505 (res 1, total 2);  Spring 103 (res 1, total 3);  Summer 2</w:t>
      </w:r>
    </w:p>
    <w:p w14:paraId="7E42FD97" w14:textId="77777777" w:rsidR="00292B2B" w:rsidRDefault="00757BA4">
      <w:pPr>
        <w:spacing w:after="20" w:line="276" w:lineRule="auto"/>
      </w:pPr>
      <w:r>
        <w:rPr>
          <w:sz w:val="18"/>
        </w:rPr>
        <w:t>1998-99:  Fall 207 (res 1, total 3);  Spring 208 (res 1, total 3);  Summer 2</w:t>
      </w:r>
    </w:p>
    <w:p w14:paraId="6B078B2E" w14:textId="77777777" w:rsidR="00292B2B" w:rsidRDefault="00757BA4">
      <w:pPr>
        <w:spacing w:after="20" w:line="276" w:lineRule="auto"/>
      </w:pPr>
      <w:r>
        <w:rPr>
          <w:sz w:val="18"/>
        </w:rPr>
        <w:t>1999-00:  Fall 207 (res 1, total 1);  Spring 208 (res 1, total 1);  Summer 2</w:t>
      </w:r>
    </w:p>
    <w:p w14:paraId="1B735155" w14:textId="77777777" w:rsidR="00292B2B" w:rsidRDefault="00757BA4">
      <w:pPr>
        <w:spacing w:after="20" w:line="276" w:lineRule="auto"/>
      </w:pPr>
      <w:r>
        <w:rPr>
          <w:sz w:val="18"/>
        </w:rPr>
        <w:t>2000-01:  Fall 505 (res 2, total 2);  Spring Sabbatical (res 2, total 3);  Summer 2</w:t>
      </w:r>
    </w:p>
    <w:p w14:paraId="3203F9D4" w14:textId="77777777" w:rsidR="00292B2B" w:rsidRDefault="00757BA4">
      <w:pPr>
        <w:spacing w:after="20" w:line="276" w:lineRule="auto"/>
      </w:pPr>
      <w:r>
        <w:rPr>
          <w:sz w:val="18"/>
        </w:rPr>
        <w:t>2001-02:  Fall 103 (res 1, total 3);  Spring 104 (res 1, total 2);  Summer 1</w:t>
      </w:r>
    </w:p>
    <w:p w14:paraId="5D940C96" w14:textId="77777777" w:rsidR="00292B2B" w:rsidRDefault="00757BA4">
      <w:pPr>
        <w:spacing w:after="20" w:line="276" w:lineRule="auto"/>
      </w:pPr>
      <w:r>
        <w:rPr>
          <w:sz w:val="18"/>
        </w:rPr>
        <w:t>2002-03:  Fall 103 (res 1, total 1);  Spring 104 (res 1, total 1);  Summer 2</w:t>
      </w:r>
    </w:p>
    <w:p w14:paraId="13B3B6C7" w14:textId="77777777" w:rsidR="00292B2B" w:rsidRDefault="00757BA4">
      <w:pPr>
        <w:spacing w:after="20" w:line="276" w:lineRule="auto"/>
      </w:pPr>
      <w:r>
        <w:rPr>
          <w:sz w:val="18"/>
        </w:rPr>
        <w:t>2003-04:  Fall 103 (res 1, total 4);  Spring 104 (res 1, total 4);  Summer 1</w:t>
      </w:r>
    </w:p>
    <w:p w14:paraId="7077B36D" w14:textId="77777777" w:rsidR="00292B2B" w:rsidRDefault="00757BA4">
      <w:pPr>
        <w:spacing w:after="20" w:line="276" w:lineRule="auto"/>
      </w:pPr>
      <w:r>
        <w:rPr>
          <w:sz w:val="18"/>
        </w:rPr>
        <w:t>2004-05:  Fall 103 (res 0, total 5);  Spring 104 (res 0, total 3);  Summer 2</w:t>
      </w:r>
    </w:p>
    <w:p w14:paraId="3B2B5336" w14:textId="77777777" w:rsidR="00292B2B" w:rsidRDefault="00757BA4">
      <w:pPr>
        <w:spacing w:after="20" w:line="276" w:lineRule="auto"/>
      </w:pPr>
      <w:r>
        <w:rPr>
          <w:sz w:val="18"/>
        </w:rPr>
        <w:t>2005-06:  Fall 103 (res 0, total 2);  Spring 104 (res 0, total 1);  Summer 0</w:t>
      </w:r>
    </w:p>
    <w:p w14:paraId="082406C7" w14:textId="77777777" w:rsidR="00292B2B" w:rsidRDefault="00757BA4">
      <w:pPr>
        <w:spacing w:after="20" w:line="276" w:lineRule="auto"/>
      </w:pPr>
      <w:r>
        <w:rPr>
          <w:sz w:val="18"/>
        </w:rPr>
        <w:t>2006-07:  Fall 103 (res 0, total 3);  Spring 103 (res 0, total 1);  Summer 3</w:t>
      </w:r>
    </w:p>
    <w:p w14:paraId="6924B0B2" w14:textId="77777777" w:rsidR="00292B2B" w:rsidRDefault="00757BA4">
      <w:pPr>
        <w:spacing w:after="20" w:line="276" w:lineRule="auto"/>
      </w:pPr>
      <w:r>
        <w:rPr>
          <w:sz w:val="18"/>
        </w:rPr>
        <w:t>2007-08:  Fall 104 (res 0, total 2);  Spring 103 (res 0, total 2);  Summer 1</w:t>
      </w:r>
    </w:p>
    <w:p w14:paraId="3F9B838A" w14:textId="77777777" w:rsidR="00292B2B" w:rsidRDefault="00757BA4">
      <w:pPr>
        <w:spacing w:after="40" w:line="276" w:lineRule="auto"/>
      </w:pPr>
      <w:r>
        <w:rPr>
          <w:sz w:val="18"/>
        </w:rPr>
        <w:t>2008-present</w:t>
      </w:r>
      <w:r>
        <w:rPr>
          <w:sz w:val="18"/>
        </w:rPr>
        <w:tab/>
        <w:t>Retired from formal classroom teaching</w:t>
      </w:r>
    </w:p>
    <w:p w14:paraId="4C122E08" w14:textId="77777777" w:rsidR="00292B2B" w:rsidRDefault="00757BA4">
      <w:pPr>
        <w:pStyle w:val="Heading1"/>
      </w:pPr>
      <w:r>
        <w:rPr>
          <w:rFonts w:ascii="Times New Roman" w:eastAsia="Times New Roman" w:hAnsi="Times New Roman"/>
        </w:rPr>
        <w:t>Public Service</w:t>
      </w:r>
    </w:p>
    <w:p w14:paraId="707CCE22" w14:textId="77777777" w:rsidR="00292B2B" w:rsidRDefault="00757BA4">
      <w:pPr>
        <w:spacing w:after="60" w:line="276" w:lineRule="auto"/>
        <w:ind w:left="576" w:hanging="576"/>
      </w:pPr>
      <w:r>
        <w:t>1. Radio interview on fusion, WIBA, December 1977.</w:t>
      </w:r>
    </w:p>
    <w:p w14:paraId="7EFCD766" w14:textId="77777777" w:rsidR="00292B2B" w:rsidRDefault="00757BA4">
      <w:pPr>
        <w:spacing w:after="60" w:line="276" w:lineRule="auto"/>
        <w:ind w:left="576" w:hanging="576"/>
      </w:pPr>
      <w:r>
        <w:t>2. Exhibits Coordinator, IEEE International Conference on Plasma Science, May 1980.</w:t>
      </w:r>
    </w:p>
    <w:p w14:paraId="44E0575F" w14:textId="77777777" w:rsidR="00292B2B" w:rsidRDefault="00757BA4">
      <w:pPr>
        <w:spacing w:after="60" w:line="276" w:lineRule="auto"/>
        <w:ind w:left="576" w:hanging="576"/>
      </w:pPr>
      <w:r>
        <w:t>3. Talk on fusion to American Business Club, January 1981.</w:t>
      </w:r>
    </w:p>
    <w:p w14:paraId="6D849FF7" w14:textId="77777777" w:rsidR="00292B2B" w:rsidRDefault="00757BA4">
      <w:pPr>
        <w:spacing w:after="60" w:line="276" w:lineRule="auto"/>
        <w:ind w:left="576" w:hanging="576"/>
      </w:pPr>
      <w:r>
        <w:t>4. Article published in QST, "A Microcomputer QSO Robot", July 1981.</w:t>
      </w:r>
    </w:p>
    <w:p w14:paraId="13F9B960" w14:textId="77777777" w:rsidR="00292B2B" w:rsidRDefault="00757BA4">
      <w:pPr>
        <w:spacing w:after="60" w:line="276" w:lineRule="auto"/>
        <w:ind w:left="576" w:hanging="576"/>
      </w:pPr>
      <w:r>
        <w:t>5. Article published in 80 Micro, "ROM Breakout", June 1982.</w:t>
      </w:r>
    </w:p>
    <w:p w14:paraId="6E49480D" w14:textId="77777777" w:rsidR="00292B2B" w:rsidRDefault="00757BA4">
      <w:pPr>
        <w:spacing w:after="60" w:line="276" w:lineRule="auto"/>
        <w:ind w:left="576" w:hanging="576"/>
      </w:pPr>
      <w:r>
        <w:t>6. TV interview on fusion, WKOW-TV, July 1982.</w:t>
      </w:r>
    </w:p>
    <w:p w14:paraId="0C5E1310" w14:textId="77777777" w:rsidR="00292B2B" w:rsidRDefault="00757BA4">
      <w:pPr>
        <w:spacing w:after="60" w:line="276" w:lineRule="auto"/>
        <w:ind w:left="576" w:hanging="576"/>
      </w:pPr>
      <w:r>
        <w:t>7. Organizer of 1982 Small Tokamak Users Meeting, November 1982.</w:t>
      </w:r>
    </w:p>
    <w:p w14:paraId="100DF580" w14:textId="77777777" w:rsidR="00292B2B" w:rsidRDefault="00757BA4">
      <w:pPr>
        <w:spacing w:after="60" w:line="276" w:lineRule="auto"/>
        <w:ind w:left="576" w:hanging="576"/>
      </w:pPr>
      <w:r>
        <w:t>8. TV interview on fusion, WHA-TV, November 1982.</w:t>
      </w:r>
    </w:p>
    <w:p w14:paraId="028FFB2F" w14:textId="77777777" w:rsidR="00292B2B" w:rsidRDefault="00757BA4">
      <w:pPr>
        <w:spacing w:after="60" w:line="276" w:lineRule="auto"/>
        <w:ind w:left="576" w:hanging="576"/>
      </w:pPr>
      <w:r>
        <w:t>9. Program committee, Topical Conference on RF Heating, February 1983.</w:t>
      </w:r>
    </w:p>
    <w:p w14:paraId="68A3D8B8" w14:textId="77777777" w:rsidR="00292B2B" w:rsidRDefault="00757BA4">
      <w:pPr>
        <w:spacing w:after="60" w:line="276" w:lineRule="auto"/>
        <w:ind w:left="576" w:hanging="576"/>
      </w:pPr>
      <w:r>
        <w:t>10. Article published in 80 Micro, "Letter Perfect", February 1984.</w:t>
      </w:r>
    </w:p>
    <w:p w14:paraId="70BDEFD9" w14:textId="77777777" w:rsidR="00292B2B" w:rsidRDefault="00757BA4">
      <w:pPr>
        <w:spacing w:after="60" w:line="276" w:lineRule="auto"/>
        <w:ind w:left="576" w:hanging="576"/>
      </w:pPr>
      <w:r>
        <w:t>11. TV interview on lightning, WKOW-TV, May 1984.</w:t>
      </w:r>
    </w:p>
    <w:p w14:paraId="41A742FB" w14:textId="77777777" w:rsidR="00292B2B" w:rsidRDefault="00757BA4">
      <w:pPr>
        <w:spacing w:after="60" w:line="276" w:lineRule="auto"/>
        <w:ind w:left="576" w:hanging="576"/>
      </w:pPr>
      <w:r>
        <w:t>12. Article published in 80 Micro, "The Missing Disassembler," October 1984.</w:t>
      </w:r>
    </w:p>
    <w:p w14:paraId="48C1676E" w14:textId="77777777" w:rsidR="00292B2B" w:rsidRDefault="00757BA4">
      <w:pPr>
        <w:spacing w:after="60" w:line="276" w:lineRule="auto"/>
        <w:ind w:left="576" w:hanging="576"/>
      </w:pPr>
      <w:r>
        <w:t>13. Radio interview on physics, WORT, February 1985.</w:t>
      </w:r>
    </w:p>
    <w:p w14:paraId="3EA9D568" w14:textId="77777777" w:rsidR="00292B2B" w:rsidRDefault="00757BA4">
      <w:pPr>
        <w:spacing w:after="60" w:line="276" w:lineRule="auto"/>
        <w:ind w:left="576" w:hanging="576"/>
      </w:pPr>
      <w:r>
        <w:t>14. Talk on Plasma Physics Research at UW-Madison to the Wisconsin Association of Physics Teachers, March 1985.</w:t>
      </w:r>
    </w:p>
    <w:p w14:paraId="146CC695" w14:textId="77777777" w:rsidR="00292B2B" w:rsidRDefault="00757BA4">
      <w:pPr>
        <w:spacing w:after="60" w:line="276" w:lineRule="auto"/>
        <w:ind w:left="576" w:hanging="576"/>
      </w:pPr>
      <w:r>
        <w:t>15. Radio interview on physics, WORT, February 1986.</w:t>
      </w:r>
    </w:p>
    <w:p w14:paraId="2C0B06C4" w14:textId="77777777" w:rsidR="00292B2B" w:rsidRDefault="00757BA4">
      <w:pPr>
        <w:spacing w:after="60" w:line="276" w:lineRule="auto"/>
        <w:ind w:left="576" w:hanging="576"/>
      </w:pPr>
      <w:r>
        <w:t>16. Radio interview on physics, WORT, February 1987.</w:t>
      </w:r>
    </w:p>
    <w:p w14:paraId="3E0F4F5E" w14:textId="77777777" w:rsidR="00292B2B" w:rsidRDefault="00757BA4">
      <w:pPr>
        <w:spacing w:after="60" w:line="276" w:lineRule="auto"/>
        <w:ind w:left="576" w:hanging="576"/>
      </w:pPr>
      <w:r>
        <w:t>17. Radio interview on fusion for Earth Watch Radio, February 1987.</w:t>
      </w:r>
    </w:p>
    <w:p w14:paraId="6C648B88" w14:textId="77777777" w:rsidR="00292B2B" w:rsidRDefault="00757BA4">
      <w:pPr>
        <w:spacing w:after="60" w:line="276" w:lineRule="auto"/>
        <w:ind w:left="576" w:hanging="576"/>
      </w:pPr>
      <w:r>
        <w:t>18. Science presentation with Chemistry Department, December 1987.</w:t>
      </w:r>
    </w:p>
    <w:p w14:paraId="6849DE0F" w14:textId="77777777" w:rsidR="00292B2B" w:rsidRDefault="00757BA4">
      <w:pPr>
        <w:spacing w:after="60" w:line="276" w:lineRule="auto"/>
        <w:ind w:left="576" w:hanging="576"/>
      </w:pPr>
      <w:r>
        <w:t>19. TV interview on fusion for "The Wisconsin Magazine," WHA-TV, December 1987.</w:t>
      </w:r>
    </w:p>
    <w:p w14:paraId="74D8D6D0" w14:textId="77777777" w:rsidR="00292B2B" w:rsidRDefault="00757BA4">
      <w:pPr>
        <w:spacing w:after="60" w:line="276" w:lineRule="auto"/>
        <w:ind w:left="576" w:hanging="576"/>
      </w:pPr>
      <w:r>
        <w:t>20. TV interview on "The Wonders of Physics," WMTV "PM Magazine," February 1988.</w:t>
      </w:r>
    </w:p>
    <w:p w14:paraId="3DB5E2F2" w14:textId="77777777" w:rsidR="00292B2B" w:rsidRDefault="00757BA4">
      <w:pPr>
        <w:spacing w:after="60" w:line="276" w:lineRule="auto"/>
        <w:ind w:left="576" w:hanging="576"/>
      </w:pPr>
      <w:r>
        <w:t>21. Talk on fusion to the UW Plato Society, March 1988.</w:t>
      </w:r>
    </w:p>
    <w:p w14:paraId="05D041A6" w14:textId="77777777" w:rsidR="00292B2B" w:rsidRDefault="00757BA4">
      <w:pPr>
        <w:spacing w:after="60" w:line="276" w:lineRule="auto"/>
        <w:ind w:left="576" w:hanging="576"/>
      </w:pPr>
      <w:r>
        <w:t>22. MST press conference, May 1988.</w:t>
      </w:r>
    </w:p>
    <w:p w14:paraId="217327B7" w14:textId="77777777" w:rsidR="00292B2B" w:rsidRDefault="00757BA4">
      <w:pPr>
        <w:spacing w:after="60" w:line="276" w:lineRule="auto"/>
        <w:ind w:left="576" w:hanging="576"/>
      </w:pPr>
      <w:r>
        <w:t>23. Interview on fusion for videotape on Energy, WHA-TV, June 1988.</w:t>
      </w:r>
    </w:p>
    <w:p w14:paraId="59C769FA" w14:textId="77777777" w:rsidR="00292B2B" w:rsidRDefault="00757BA4">
      <w:pPr>
        <w:spacing w:after="60" w:line="276" w:lineRule="auto"/>
        <w:ind w:left="576" w:hanging="576"/>
      </w:pPr>
      <w:r>
        <w:t>24. Radio interview on Physics, WFAW, February 1989.</w:t>
      </w:r>
    </w:p>
    <w:p w14:paraId="52397522" w14:textId="77777777" w:rsidR="00292B2B" w:rsidRDefault="00757BA4">
      <w:pPr>
        <w:spacing w:after="60" w:line="276" w:lineRule="auto"/>
        <w:ind w:left="576" w:hanging="576"/>
      </w:pPr>
      <w:r>
        <w:t>25. Radio interview on Physics, Wisconsin Public Radio, February 1989.</w:t>
      </w:r>
    </w:p>
    <w:p w14:paraId="014F86FA" w14:textId="77777777" w:rsidR="00292B2B" w:rsidRDefault="00757BA4">
      <w:pPr>
        <w:spacing w:after="60" w:line="276" w:lineRule="auto"/>
        <w:ind w:left="576" w:hanging="576"/>
      </w:pPr>
      <w:r>
        <w:t>26. TV interview on "The Wonders of Physics," WMTV "PM Magazine,” February 1989.</w:t>
      </w:r>
    </w:p>
    <w:p w14:paraId="62F9CE54" w14:textId="77777777" w:rsidR="00292B2B" w:rsidRDefault="00757BA4">
      <w:pPr>
        <w:spacing w:after="60" w:line="276" w:lineRule="auto"/>
        <w:ind w:left="576" w:hanging="576"/>
      </w:pPr>
      <w:r>
        <w:t>27. Radio Commercial on "The Wonders of Physics" for the Badger Sports Network, August 1989.</w:t>
      </w:r>
    </w:p>
    <w:p w14:paraId="246D5E7C" w14:textId="77777777" w:rsidR="00292B2B" w:rsidRDefault="00757BA4">
      <w:pPr>
        <w:spacing w:after="60" w:line="276" w:lineRule="auto"/>
        <w:ind w:left="576" w:hanging="576"/>
      </w:pPr>
      <w:r>
        <w:t>28. Talk on Chaos to the Wisconsin Public Utility Institute Annual Meeting, November 1989.</w:t>
      </w:r>
    </w:p>
    <w:p w14:paraId="12CE848E" w14:textId="77777777" w:rsidR="00292B2B" w:rsidRDefault="00757BA4">
      <w:pPr>
        <w:spacing w:after="60" w:line="276" w:lineRule="auto"/>
        <w:ind w:left="576" w:hanging="576"/>
      </w:pPr>
      <w:r>
        <w:t>29. Workshop leader for Physics Demonstrations software at Atlanta APS/AAPT meeting, January 1990.</w:t>
      </w:r>
    </w:p>
    <w:p w14:paraId="17BFF655" w14:textId="77777777" w:rsidR="00292B2B" w:rsidRDefault="00757BA4">
      <w:pPr>
        <w:spacing w:after="60" w:line="276" w:lineRule="auto"/>
        <w:ind w:left="576" w:hanging="576"/>
      </w:pPr>
      <w:r>
        <w:t>30. Workshop leader for Physics Demonstrations software at Minneapolis AAPT meeting, June 1990.</w:t>
      </w:r>
    </w:p>
    <w:p w14:paraId="3A59DDF1" w14:textId="77777777" w:rsidR="00292B2B" w:rsidRDefault="00757BA4">
      <w:pPr>
        <w:spacing w:after="60" w:line="276" w:lineRule="auto"/>
        <w:ind w:left="576" w:hanging="576"/>
      </w:pPr>
      <w:r>
        <w:t>31. Workshop leader for Chaos Demonstrations software at Minneapolis AAPT meeting, June 1990.</w:t>
      </w:r>
    </w:p>
    <w:p w14:paraId="24A42FD5" w14:textId="77777777" w:rsidR="00292B2B" w:rsidRDefault="00757BA4">
      <w:pPr>
        <w:spacing w:after="60" w:line="276" w:lineRule="auto"/>
        <w:ind w:left="576" w:hanging="576"/>
      </w:pPr>
      <w:r>
        <w:t>32. Workshop leader for Teaching Chaos Using Computers at San Antonio APS/ AAPT meeting, January 1991.</w:t>
      </w:r>
    </w:p>
    <w:p w14:paraId="49CBCA95" w14:textId="77777777" w:rsidR="00292B2B" w:rsidRDefault="00757BA4">
      <w:pPr>
        <w:spacing w:after="60" w:line="276" w:lineRule="auto"/>
        <w:ind w:left="576" w:hanging="576"/>
      </w:pPr>
      <w:r>
        <w:t>33. Workshop leader for Teaching Chaos Using Computers at Orlando AAPT meeting, January 1992.</w:t>
      </w:r>
    </w:p>
    <w:p w14:paraId="2A27858E" w14:textId="77777777" w:rsidR="00292B2B" w:rsidRDefault="00757BA4">
      <w:pPr>
        <w:spacing w:after="60" w:line="276" w:lineRule="auto"/>
        <w:ind w:left="576" w:hanging="576"/>
      </w:pPr>
      <w:r>
        <w:t>34. Radio Interview on "The Wonders of Physics," WTSO Nightline, July 1992.</w:t>
      </w:r>
    </w:p>
    <w:p w14:paraId="493B60BE" w14:textId="77777777" w:rsidR="00292B2B" w:rsidRDefault="00757BA4">
      <w:pPr>
        <w:spacing w:after="60" w:line="276" w:lineRule="auto"/>
        <w:ind w:left="576" w:hanging="576"/>
      </w:pPr>
      <w:r>
        <w:t>35. Talk on "The Wonders of Physics" at Moorehead State University, July 1992.</w:t>
      </w:r>
    </w:p>
    <w:p w14:paraId="05FB2FCB" w14:textId="77777777" w:rsidR="00292B2B" w:rsidRDefault="00757BA4">
      <w:pPr>
        <w:spacing w:after="60" w:line="276" w:lineRule="auto"/>
        <w:ind w:left="576" w:hanging="576"/>
      </w:pPr>
      <w:r>
        <w:t>36. Workshop organizer for physics teachers on the use of physics demonstrations, August 1992.</w:t>
      </w:r>
    </w:p>
    <w:p w14:paraId="10653F43" w14:textId="77777777" w:rsidR="00292B2B" w:rsidRDefault="00757BA4">
      <w:pPr>
        <w:spacing w:after="60" w:line="276" w:lineRule="auto"/>
        <w:ind w:left="576" w:hanging="576"/>
      </w:pPr>
      <w:r>
        <w:t>37. Symposium organizer for nonlinear dynamics and chaos, April 1993.</w:t>
      </w:r>
    </w:p>
    <w:p w14:paraId="1738AFE1" w14:textId="77777777" w:rsidR="00292B2B" w:rsidRDefault="00757BA4">
      <w:pPr>
        <w:spacing w:after="60" w:line="276" w:lineRule="auto"/>
        <w:ind w:left="576" w:hanging="576"/>
      </w:pPr>
      <w:r>
        <w:t>38. Workshop leader for Physics on the Road at Boise AAPT meeting, August 1993.</w:t>
      </w:r>
    </w:p>
    <w:p w14:paraId="74C0099A" w14:textId="77777777" w:rsidR="00292B2B" w:rsidRDefault="00757BA4">
      <w:pPr>
        <w:spacing w:after="60" w:line="276" w:lineRule="auto"/>
        <w:ind w:left="576" w:hanging="576"/>
      </w:pPr>
      <w:r>
        <w:t>39. TV interview on “The Wonders of Physics,” WISC-TV “The Talk Box,” October 1994.</w:t>
      </w:r>
    </w:p>
    <w:p w14:paraId="063D4200" w14:textId="77777777" w:rsidR="00292B2B" w:rsidRDefault="00757BA4">
      <w:pPr>
        <w:spacing w:after="60" w:line="276" w:lineRule="auto"/>
        <w:ind w:left="576" w:hanging="576"/>
      </w:pPr>
      <w:r>
        <w:t>40. Talk on “The Wonders of Physics,” Founders Day meeting in Manitowoc, March 1995.</w:t>
      </w:r>
    </w:p>
    <w:p w14:paraId="7719A096" w14:textId="77777777" w:rsidR="00292B2B" w:rsidRDefault="00757BA4">
      <w:pPr>
        <w:spacing w:after="60" w:line="276" w:lineRule="auto"/>
        <w:ind w:left="576" w:hanging="576"/>
      </w:pPr>
      <w:r>
        <w:t>41. Television interview on “The Wonders of Physics,” WMTV 15 News at 5, February 1996.</w:t>
      </w:r>
    </w:p>
    <w:p w14:paraId="2D32893D" w14:textId="77777777" w:rsidR="00292B2B" w:rsidRDefault="00757BA4">
      <w:pPr>
        <w:spacing w:after="60" w:line="276" w:lineRule="auto"/>
        <w:ind w:left="576" w:hanging="576"/>
      </w:pPr>
      <w:r>
        <w:t>42. Radio interview on “The Wonders of Physics,” WORT, February 1996.</w:t>
      </w:r>
    </w:p>
    <w:p w14:paraId="06C7AE9F" w14:textId="77777777" w:rsidR="00292B2B" w:rsidRDefault="00757BA4">
      <w:pPr>
        <w:spacing w:after="60" w:line="276" w:lineRule="auto"/>
        <w:ind w:left="576" w:hanging="576"/>
      </w:pPr>
      <w:r>
        <w:t>43. Organizer of exhibit on “The Wonders of Physics” at the University of Denver, November 1996.</w:t>
      </w:r>
    </w:p>
    <w:p w14:paraId="3582CBD9" w14:textId="77777777" w:rsidR="00292B2B" w:rsidRDefault="00757BA4">
      <w:pPr>
        <w:spacing w:after="60" w:line="276" w:lineRule="auto"/>
        <w:ind w:left="576" w:hanging="576"/>
      </w:pPr>
      <w:r>
        <w:t>44. Talk on Chaos to the Physics Club of Milwaukee, April 1997.</w:t>
      </w:r>
    </w:p>
    <w:p w14:paraId="75D3259C" w14:textId="77777777" w:rsidR="00292B2B" w:rsidRDefault="00757BA4">
      <w:pPr>
        <w:spacing w:after="60" w:line="276" w:lineRule="auto"/>
        <w:ind w:left="576" w:hanging="576"/>
      </w:pPr>
      <w:r>
        <w:t>45. Talk on Chaos at Sigma Xi annual banquet, May 1997.</w:t>
      </w:r>
    </w:p>
    <w:p w14:paraId="4056D373" w14:textId="77777777" w:rsidR="00292B2B" w:rsidRDefault="00757BA4">
      <w:pPr>
        <w:spacing w:after="60" w:line="276" w:lineRule="auto"/>
        <w:ind w:left="576" w:hanging="576"/>
      </w:pPr>
      <w:r>
        <w:t>46. Radio Interview on “The Wonders of Physics,” WORT, February 1998.</w:t>
      </w:r>
    </w:p>
    <w:p w14:paraId="5DFAAD54" w14:textId="77777777" w:rsidR="00292B2B" w:rsidRDefault="00757BA4">
      <w:pPr>
        <w:spacing w:after="60" w:line="276" w:lineRule="auto"/>
        <w:ind w:left="576" w:hanging="576"/>
      </w:pPr>
      <w:r>
        <w:t>47. Radio Interview on Chaos, WORT, July 1998.</w:t>
      </w:r>
    </w:p>
    <w:p w14:paraId="74D86573" w14:textId="77777777" w:rsidR="00292B2B" w:rsidRDefault="00757BA4">
      <w:pPr>
        <w:spacing w:after="60" w:line="276" w:lineRule="auto"/>
        <w:ind w:left="576" w:hanging="576"/>
      </w:pPr>
      <w:r>
        <w:t>48. Panel member for symposium on the play “Arcadia,” October 1998.</w:t>
      </w:r>
    </w:p>
    <w:p w14:paraId="2CB8E93C" w14:textId="77777777" w:rsidR="00292B2B" w:rsidRDefault="00757BA4">
      <w:pPr>
        <w:spacing w:after="60" w:line="276" w:lineRule="auto"/>
        <w:ind w:left="576" w:hanging="576"/>
      </w:pPr>
      <w:r>
        <w:t>49. Radio interview on physics for “To the Best of Our Knowledge,” PRI, February 1999.</w:t>
      </w:r>
    </w:p>
    <w:p w14:paraId="4CD87165" w14:textId="77777777" w:rsidR="00292B2B" w:rsidRDefault="00757BA4">
      <w:pPr>
        <w:spacing w:after="60" w:line="276" w:lineRule="auto"/>
        <w:ind w:left="576" w:hanging="576"/>
      </w:pPr>
      <w:r>
        <w:t>50. Radio interview on “The Wonders of Physics,” WORT, February 1999.</w:t>
      </w:r>
    </w:p>
    <w:p w14:paraId="26831E4A" w14:textId="77777777" w:rsidR="00292B2B" w:rsidRDefault="00757BA4">
      <w:pPr>
        <w:spacing w:after="60" w:line="276" w:lineRule="auto"/>
        <w:ind w:left="576" w:hanging="576"/>
      </w:pPr>
      <w:r>
        <w:t>51. Honorary Judge for Deaconess Billings Clinic Science Expo, March 1999.</w:t>
      </w:r>
    </w:p>
    <w:p w14:paraId="0F2DB442" w14:textId="77777777" w:rsidR="00292B2B" w:rsidRDefault="00757BA4">
      <w:pPr>
        <w:spacing w:after="60" w:line="276" w:lineRule="auto"/>
        <w:ind w:left="576" w:hanging="576"/>
      </w:pPr>
      <w:r>
        <w:t>52. Radio interview on Time Travel, WORT, June 1999.</w:t>
      </w:r>
    </w:p>
    <w:p w14:paraId="6769045E" w14:textId="77777777" w:rsidR="00292B2B" w:rsidRDefault="00757BA4">
      <w:pPr>
        <w:spacing w:after="60" w:line="276" w:lineRule="auto"/>
        <w:ind w:left="576" w:hanging="576"/>
      </w:pPr>
      <w:r>
        <w:t>53. Teachers Workshop on Fusion and Astronomy, Green County (OK), February 2000.</w:t>
      </w:r>
    </w:p>
    <w:p w14:paraId="42D9736C" w14:textId="77777777" w:rsidR="00292B2B" w:rsidRDefault="00757BA4">
      <w:pPr>
        <w:spacing w:after="60" w:line="276" w:lineRule="auto"/>
        <w:ind w:left="576" w:hanging="576"/>
      </w:pPr>
      <w:r>
        <w:t>54. Radio Interview on “The Wonders of Physics,” WFAW, February 2001.</w:t>
      </w:r>
    </w:p>
    <w:p w14:paraId="2B2DD7F1" w14:textId="77777777" w:rsidR="00292B2B" w:rsidRDefault="00757BA4">
      <w:pPr>
        <w:spacing w:after="60" w:line="276" w:lineRule="auto"/>
        <w:ind w:left="576" w:hanging="576"/>
      </w:pPr>
      <w:r>
        <w:t>55. Talk on Chaos for UW Plato Society, February, 2001.</w:t>
      </w:r>
    </w:p>
    <w:p w14:paraId="18C20CFF" w14:textId="77777777" w:rsidR="00292B2B" w:rsidRDefault="00757BA4">
      <w:pPr>
        <w:spacing w:after="60" w:line="276" w:lineRule="auto"/>
        <w:ind w:left="576" w:hanging="576"/>
      </w:pPr>
      <w:r>
        <w:t>56. Television Interview on “The Wonders of Physics,” WWL (New Orleans), March 2001.</w:t>
      </w:r>
    </w:p>
    <w:p w14:paraId="6779614F" w14:textId="77777777" w:rsidR="00292B2B" w:rsidRDefault="00757BA4">
      <w:pPr>
        <w:spacing w:after="60" w:line="276" w:lineRule="auto"/>
        <w:ind w:left="576" w:hanging="576"/>
      </w:pPr>
      <w:r>
        <w:t>57. Talk on models of love and happiness, Madison Kiwanis Club, June 2002.</w:t>
      </w:r>
    </w:p>
    <w:p w14:paraId="36970943" w14:textId="77777777" w:rsidR="00292B2B" w:rsidRDefault="00757BA4">
      <w:pPr>
        <w:spacing w:after="60" w:line="276" w:lineRule="auto"/>
        <w:ind w:left="576" w:hanging="576"/>
      </w:pPr>
      <w:r>
        <w:t>58. Television interview on corked baseball bats, WKOW-TV, June 2003.</w:t>
      </w:r>
    </w:p>
    <w:p w14:paraId="5B4B28F4" w14:textId="77777777" w:rsidR="00292B2B" w:rsidRDefault="00757BA4">
      <w:pPr>
        <w:spacing w:after="60" w:line="276" w:lineRule="auto"/>
        <w:ind w:left="576" w:hanging="576"/>
      </w:pPr>
      <w:r>
        <w:t>59. Television interview on gas explosions, WKOW-TV, September 2003.</w:t>
      </w:r>
    </w:p>
    <w:p w14:paraId="6D6EFBC5" w14:textId="77777777" w:rsidR="00292B2B" w:rsidRDefault="00757BA4">
      <w:pPr>
        <w:spacing w:after="60" w:line="276" w:lineRule="auto"/>
        <w:ind w:left="576" w:hanging="576"/>
      </w:pPr>
      <w:r>
        <w:t>60. Workshop Leader on Time-Series Analysis for Society for Chaos Theory in Psychology and Life Sciences, July 2004.</w:t>
      </w:r>
    </w:p>
    <w:p w14:paraId="55BD9A51" w14:textId="77777777" w:rsidR="00292B2B" w:rsidRDefault="00757BA4">
      <w:pPr>
        <w:spacing w:after="60" w:line="276" w:lineRule="auto"/>
        <w:ind w:left="576" w:hanging="576"/>
      </w:pPr>
      <w:r>
        <w:t>61. Book reading, Images of a Complex World, Avol’s, December 2005.</w:t>
      </w:r>
    </w:p>
    <w:p w14:paraId="65D6090A" w14:textId="77777777" w:rsidR="00292B2B" w:rsidRDefault="00757BA4">
      <w:pPr>
        <w:spacing w:after="60" w:line="276" w:lineRule="auto"/>
        <w:ind w:left="576" w:hanging="576"/>
      </w:pPr>
      <w:r>
        <w:t>62. Public Lecture on Self-Organization at Edgewood College, March 2006.</w:t>
      </w:r>
    </w:p>
    <w:p w14:paraId="5F25A8E3" w14:textId="77777777" w:rsidR="00292B2B" w:rsidRDefault="00757BA4">
      <w:pPr>
        <w:spacing w:after="60" w:line="276" w:lineRule="auto"/>
        <w:ind w:left="576" w:hanging="576"/>
      </w:pPr>
      <w:r>
        <w:t>63. Public Lecture on Self-Organization for North Shore Library in Glendale, WI, March 2006.</w:t>
      </w:r>
    </w:p>
    <w:p w14:paraId="42CCE7A7" w14:textId="77777777" w:rsidR="00292B2B" w:rsidRDefault="00757BA4">
      <w:pPr>
        <w:spacing w:after="60" w:line="276" w:lineRule="auto"/>
        <w:ind w:left="576" w:hanging="576"/>
      </w:pPr>
      <w:r>
        <w:t>64. Founders’ Day dinner talk on Self-Organization in Atlanta, GA, April 2006.</w:t>
      </w:r>
    </w:p>
    <w:p w14:paraId="49DFCDAE" w14:textId="77777777" w:rsidR="00292B2B" w:rsidRDefault="00757BA4">
      <w:pPr>
        <w:spacing w:after="60" w:line="276" w:lineRule="auto"/>
        <w:ind w:left="576" w:hanging="576"/>
      </w:pPr>
      <w:r>
        <w:t>65. Book reading, Images of a Complex World, WORT, May 2006.</w:t>
      </w:r>
    </w:p>
    <w:p w14:paraId="29E26826" w14:textId="77777777" w:rsidR="00292B2B" w:rsidRDefault="00757BA4">
      <w:pPr>
        <w:spacing w:after="60" w:line="276" w:lineRule="auto"/>
        <w:ind w:left="576" w:hanging="576"/>
      </w:pPr>
      <w:r>
        <w:t>66. Book reading, Images of a Complex World, Room of One’s Own, May 2006.</w:t>
      </w:r>
    </w:p>
    <w:p w14:paraId="6DC24EC5" w14:textId="77777777" w:rsidR="00292B2B" w:rsidRDefault="00757BA4">
      <w:pPr>
        <w:spacing w:after="60" w:line="276" w:lineRule="auto"/>
        <w:ind w:left="576" w:hanging="576"/>
      </w:pPr>
      <w:r>
        <w:t>67. Physics Teacher Workshop, University of Aveiro, Portugal, July 2006.</w:t>
      </w:r>
    </w:p>
    <w:p w14:paraId="5254DB05" w14:textId="77777777" w:rsidR="00292B2B" w:rsidRDefault="00757BA4">
      <w:pPr>
        <w:spacing w:after="60" w:line="276" w:lineRule="auto"/>
        <w:ind w:left="576" w:hanging="576"/>
      </w:pPr>
      <w:r>
        <w:t>68. Consulting editor for Odyssey Magazine, November 2007.</w:t>
      </w:r>
    </w:p>
    <w:p w14:paraId="1C63279C" w14:textId="77777777" w:rsidR="00292B2B" w:rsidRDefault="00757BA4">
      <w:pPr>
        <w:spacing w:after="60" w:line="276" w:lineRule="auto"/>
        <w:ind w:left="576" w:hanging="576"/>
      </w:pPr>
      <w:r>
        <w:t>69. Radio Interview on physics, KVMR-FM (Nevada City, CA), January 2008.</w:t>
      </w:r>
    </w:p>
    <w:p w14:paraId="22F34884" w14:textId="77777777" w:rsidR="00292B2B" w:rsidRDefault="00757BA4">
      <w:pPr>
        <w:spacing w:after="60" w:line="276" w:lineRule="auto"/>
        <w:ind w:left="576" w:hanging="576"/>
      </w:pPr>
      <w:r>
        <w:t>70. Television interview on “The Wonders of Physics”, WISC-TV, February 2009.</w:t>
      </w:r>
    </w:p>
    <w:p w14:paraId="6A31B64F" w14:textId="77777777" w:rsidR="00292B2B" w:rsidRDefault="00757BA4">
      <w:pPr>
        <w:spacing w:after="60" w:line="276" w:lineRule="auto"/>
        <w:ind w:left="576" w:hanging="576"/>
      </w:pPr>
      <w:r>
        <w:t>71. Workshop Leader on Self-Organization for SCTPLS, July 2009.</w:t>
      </w:r>
    </w:p>
    <w:p w14:paraId="102BE40C" w14:textId="77777777" w:rsidR="00292B2B" w:rsidRDefault="00757BA4">
      <w:pPr>
        <w:spacing w:after="60" w:line="276" w:lineRule="auto"/>
        <w:ind w:left="576" w:hanging="576"/>
      </w:pPr>
      <w:r>
        <w:t>72. Television Interview on walking/running in the rain, WISC-TV, September 2009.</w:t>
      </w:r>
    </w:p>
    <w:p w14:paraId="7ED850AF" w14:textId="77777777" w:rsidR="00292B2B" w:rsidRDefault="00757BA4">
      <w:pPr>
        <w:spacing w:after="60" w:line="276" w:lineRule="auto"/>
        <w:ind w:left="576" w:hanging="576"/>
      </w:pPr>
      <w:r>
        <w:t>73. Public Lecture on Self-Organization at Martin, Tennessee, March 2010.</w:t>
      </w:r>
    </w:p>
    <w:p w14:paraId="4B9C4FD8" w14:textId="77777777" w:rsidR="00292B2B" w:rsidRDefault="00757BA4">
      <w:pPr>
        <w:spacing w:after="60" w:line="276" w:lineRule="auto"/>
        <w:ind w:left="576" w:hanging="576"/>
      </w:pPr>
      <w:r>
        <w:t>74. Television Interview on Road Buckling, WISC-TV, May 2010.</w:t>
      </w:r>
    </w:p>
    <w:p w14:paraId="46AFFE7D" w14:textId="77777777" w:rsidR="00292B2B" w:rsidRDefault="00757BA4">
      <w:pPr>
        <w:spacing w:after="60" w:line="276" w:lineRule="auto"/>
        <w:ind w:left="576" w:hanging="576"/>
      </w:pPr>
      <w:r>
        <w:t>75. Television Interview on “The Wonders of Physics”, Big-Ten Network, February 2014.</w:t>
      </w:r>
    </w:p>
    <w:p w14:paraId="68C2E643" w14:textId="77777777" w:rsidR="00292B2B" w:rsidRDefault="00757BA4">
      <w:pPr>
        <w:spacing w:after="60" w:line="276" w:lineRule="auto"/>
        <w:ind w:left="576" w:hanging="576"/>
      </w:pPr>
      <w:r>
        <w:t>76. Newspaper Interview (Wisconsin State Journal) on Why Curveballs Curve, April 2017.</w:t>
      </w:r>
    </w:p>
    <w:p w14:paraId="180884EA" w14:textId="77777777" w:rsidR="00292B2B" w:rsidRDefault="00757BA4">
      <w:pPr>
        <w:spacing w:after="60" w:line="276" w:lineRule="auto"/>
        <w:ind w:left="576" w:hanging="576"/>
      </w:pPr>
      <w:r>
        <w:t>77. Talk on Self-Organization for Madison Literary Club, December 2021.</w:t>
      </w:r>
    </w:p>
    <w:p w14:paraId="19DFC00E" w14:textId="77777777" w:rsidR="00292B2B" w:rsidRDefault="00757BA4">
      <w:pPr>
        <w:pStyle w:val="Heading2"/>
      </w:pPr>
      <w:r>
        <w:rPr>
          <w:rFonts w:ascii="Times New Roman" w:eastAsia="Times New Roman" w:hAnsi="Times New Roman"/>
        </w:rPr>
        <w:t>Reviews</w:t>
      </w:r>
    </w:p>
    <w:p w14:paraId="37D791A8" w14:textId="77777777" w:rsidR="00292B2B" w:rsidRDefault="00757BA4">
      <w:pPr>
        <w:spacing w:after="0" w:line="276" w:lineRule="auto"/>
        <w:ind w:left="216"/>
      </w:pPr>
      <w:r>
        <w:rPr>
          <w:sz w:val="20"/>
        </w:rPr>
        <w:t>Abstract and Applied Analysis</w:t>
      </w:r>
    </w:p>
    <w:p w14:paraId="63FBB930" w14:textId="77777777" w:rsidR="00292B2B" w:rsidRDefault="00757BA4">
      <w:pPr>
        <w:spacing w:after="0" w:line="276" w:lineRule="auto"/>
        <w:ind w:left="216"/>
      </w:pPr>
      <w:r>
        <w:rPr>
          <w:sz w:val="20"/>
        </w:rPr>
        <w:t>Addison-Wesley</w:t>
      </w:r>
    </w:p>
    <w:p w14:paraId="4AFC5A80" w14:textId="77777777" w:rsidR="00292B2B" w:rsidRDefault="00757BA4">
      <w:pPr>
        <w:spacing w:after="0" w:line="276" w:lineRule="auto"/>
        <w:ind w:left="216"/>
      </w:pPr>
      <w:r>
        <w:rPr>
          <w:sz w:val="20"/>
        </w:rPr>
        <w:t>Advances in Dynamical Systems and Applications</w:t>
      </w:r>
    </w:p>
    <w:p w14:paraId="4E28C833" w14:textId="77777777" w:rsidR="00292B2B" w:rsidRDefault="00757BA4">
      <w:pPr>
        <w:spacing w:after="0" w:line="276" w:lineRule="auto"/>
        <w:ind w:left="216"/>
      </w:pPr>
      <w:r>
        <w:rPr>
          <w:sz w:val="20"/>
        </w:rPr>
        <w:t>Advances in Mathematical Physics</w:t>
      </w:r>
    </w:p>
    <w:p w14:paraId="0D95355B" w14:textId="77777777" w:rsidR="00292B2B" w:rsidRDefault="00757BA4">
      <w:pPr>
        <w:spacing w:after="0" w:line="276" w:lineRule="auto"/>
        <w:ind w:left="216"/>
      </w:pPr>
      <w:r>
        <w:rPr>
          <w:sz w:val="20"/>
        </w:rPr>
        <w:t>AEC/ERDA/DOE</w:t>
      </w:r>
    </w:p>
    <w:p w14:paraId="302C9BF5" w14:textId="77777777" w:rsidR="00292B2B" w:rsidRDefault="00757BA4">
      <w:pPr>
        <w:spacing w:after="0" w:line="276" w:lineRule="auto"/>
        <w:ind w:left="216"/>
      </w:pPr>
      <w:r>
        <w:rPr>
          <w:sz w:val="20"/>
        </w:rPr>
        <w:t>Allyn and Bacon</w:t>
      </w:r>
    </w:p>
    <w:p w14:paraId="3A67CCD0" w14:textId="77777777" w:rsidR="00292B2B" w:rsidRDefault="00757BA4">
      <w:pPr>
        <w:spacing w:after="0" w:line="276" w:lineRule="auto"/>
        <w:ind w:left="216"/>
      </w:pPr>
      <w:r>
        <w:rPr>
          <w:sz w:val="20"/>
        </w:rPr>
        <w:t>American Journal of Hypertension</w:t>
      </w:r>
    </w:p>
    <w:p w14:paraId="3B2913FD" w14:textId="77777777" w:rsidR="00292B2B" w:rsidRDefault="00757BA4">
      <w:pPr>
        <w:spacing w:after="0" w:line="276" w:lineRule="auto"/>
        <w:ind w:left="216"/>
      </w:pPr>
      <w:r>
        <w:rPr>
          <w:sz w:val="20"/>
        </w:rPr>
        <w:t>American Journal of Physics</w:t>
      </w:r>
    </w:p>
    <w:p w14:paraId="31F0B53E" w14:textId="77777777" w:rsidR="00292B2B" w:rsidRDefault="00757BA4">
      <w:pPr>
        <w:spacing w:after="0" w:line="276" w:lineRule="auto"/>
        <w:ind w:left="216"/>
      </w:pPr>
      <w:r>
        <w:rPr>
          <w:sz w:val="20"/>
        </w:rPr>
        <w:t>Applied Mathematical Modeling</w:t>
      </w:r>
    </w:p>
    <w:p w14:paraId="7A65C750" w14:textId="77777777" w:rsidR="00292B2B" w:rsidRDefault="00757BA4">
      <w:pPr>
        <w:spacing w:after="0" w:line="276" w:lineRule="auto"/>
        <w:ind w:left="216"/>
      </w:pPr>
      <w:r>
        <w:rPr>
          <w:sz w:val="20"/>
        </w:rPr>
        <w:t>Applied Mathematics and Computation</w:t>
      </w:r>
    </w:p>
    <w:p w14:paraId="2D9C4651" w14:textId="77777777" w:rsidR="00292B2B" w:rsidRDefault="00757BA4">
      <w:pPr>
        <w:spacing w:after="0" w:line="276" w:lineRule="auto"/>
        <w:ind w:left="216"/>
      </w:pPr>
      <w:r>
        <w:rPr>
          <w:sz w:val="20"/>
        </w:rPr>
        <w:t>Automatica</w:t>
      </w:r>
    </w:p>
    <w:p w14:paraId="5F426DD0" w14:textId="77777777" w:rsidR="00292B2B" w:rsidRDefault="00757BA4">
      <w:pPr>
        <w:spacing w:after="0" w:line="276" w:lineRule="auto"/>
        <w:ind w:left="216"/>
      </w:pPr>
      <w:r>
        <w:rPr>
          <w:sz w:val="20"/>
        </w:rPr>
        <w:t>Basic Books</w:t>
      </w:r>
    </w:p>
    <w:p w14:paraId="127B9CFB" w14:textId="77777777" w:rsidR="00292B2B" w:rsidRDefault="00757BA4">
      <w:pPr>
        <w:spacing w:after="0" w:line="276" w:lineRule="auto"/>
        <w:ind w:left="216"/>
      </w:pPr>
      <w:r>
        <w:rPr>
          <w:sz w:val="20"/>
        </w:rPr>
        <w:t>Blackwell Science</w:t>
      </w:r>
    </w:p>
    <w:p w14:paraId="2B42098C" w14:textId="77777777" w:rsidR="00292B2B" w:rsidRDefault="00757BA4">
      <w:pPr>
        <w:spacing w:after="0" w:line="276" w:lineRule="auto"/>
        <w:ind w:left="216"/>
      </w:pPr>
      <w:r>
        <w:rPr>
          <w:sz w:val="20"/>
        </w:rPr>
        <w:t>Bulletin of Calcutta Mathematical Society</w:t>
      </w:r>
    </w:p>
    <w:p w14:paraId="1F751AD3" w14:textId="77777777" w:rsidR="00292B2B" w:rsidRDefault="00757BA4">
      <w:pPr>
        <w:spacing w:after="0" w:line="276" w:lineRule="auto"/>
        <w:ind w:left="216"/>
      </w:pPr>
      <w:r>
        <w:rPr>
          <w:sz w:val="20"/>
        </w:rPr>
        <w:t>Chaos: An interdisciplinary Journal of Nonlinear Science</w:t>
      </w:r>
    </w:p>
    <w:p w14:paraId="6A92D7C2" w14:textId="77777777" w:rsidR="00292B2B" w:rsidRDefault="00757BA4">
      <w:pPr>
        <w:spacing w:after="0" w:line="276" w:lineRule="auto"/>
        <w:ind w:left="216"/>
      </w:pPr>
      <w:r>
        <w:rPr>
          <w:sz w:val="20"/>
        </w:rPr>
        <w:t>Cambridge University Press</w:t>
      </w:r>
    </w:p>
    <w:p w14:paraId="1E6C15C7" w14:textId="77777777" w:rsidR="00292B2B" w:rsidRDefault="00757BA4">
      <w:pPr>
        <w:spacing w:after="0" w:line="276" w:lineRule="auto"/>
        <w:ind w:left="216"/>
      </w:pPr>
      <w:r>
        <w:rPr>
          <w:sz w:val="20"/>
        </w:rPr>
        <w:t>Chaos, Solitons, and Fractals</w:t>
      </w:r>
    </w:p>
    <w:p w14:paraId="338C4724" w14:textId="77777777" w:rsidR="00292B2B" w:rsidRDefault="00757BA4">
      <w:pPr>
        <w:spacing w:after="0" w:line="276" w:lineRule="auto"/>
        <w:ind w:left="216"/>
      </w:pPr>
      <w:r>
        <w:rPr>
          <w:sz w:val="20"/>
        </w:rPr>
        <w:t>Chinese Physics Letters</w:t>
      </w:r>
    </w:p>
    <w:p w14:paraId="2791ED5F" w14:textId="77777777" w:rsidR="00292B2B" w:rsidRDefault="00757BA4">
      <w:pPr>
        <w:spacing w:after="0" w:line="276" w:lineRule="auto"/>
        <w:ind w:left="216"/>
      </w:pPr>
      <w:r>
        <w:rPr>
          <w:sz w:val="20"/>
        </w:rPr>
        <w:t>Circuits, Systems, and Signal Processing</w:t>
      </w:r>
    </w:p>
    <w:p w14:paraId="244C1F51" w14:textId="77777777" w:rsidR="00292B2B" w:rsidRDefault="00757BA4">
      <w:pPr>
        <w:spacing w:after="0" w:line="276" w:lineRule="auto"/>
        <w:ind w:left="216"/>
      </w:pPr>
      <w:r>
        <w:rPr>
          <w:sz w:val="20"/>
        </w:rPr>
        <w:t>City University of Hong Kong</w:t>
      </w:r>
    </w:p>
    <w:p w14:paraId="175A3D0C" w14:textId="77777777" w:rsidR="00292B2B" w:rsidRDefault="00757BA4">
      <w:pPr>
        <w:spacing w:after="0" w:line="276" w:lineRule="auto"/>
        <w:ind w:left="216"/>
      </w:pPr>
      <w:r>
        <w:rPr>
          <w:sz w:val="20"/>
        </w:rPr>
        <w:t>Communications in Nonlinear Science and Numerical Simulations</w:t>
      </w:r>
    </w:p>
    <w:p w14:paraId="7BE4A7EF" w14:textId="77777777" w:rsidR="00292B2B" w:rsidRDefault="00757BA4">
      <w:pPr>
        <w:spacing w:after="0" w:line="276" w:lineRule="auto"/>
        <w:ind w:left="216"/>
      </w:pPr>
      <w:r>
        <w:rPr>
          <w:sz w:val="20"/>
        </w:rPr>
        <w:t>Complexity</w:t>
      </w:r>
    </w:p>
    <w:p w14:paraId="0E0B6CF8" w14:textId="77777777" w:rsidR="00292B2B" w:rsidRDefault="00757BA4">
      <w:pPr>
        <w:spacing w:after="0" w:line="276" w:lineRule="auto"/>
        <w:ind w:left="216"/>
      </w:pPr>
      <w:r>
        <w:rPr>
          <w:sz w:val="20"/>
        </w:rPr>
        <w:t>Computational Geosciences</w:t>
      </w:r>
    </w:p>
    <w:p w14:paraId="6760245B" w14:textId="77777777" w:rsidR="00292B2B" w:rsidRDefault="00757BA4">
      <w:pPr>
        <w:spacing w:after="0" w:line="276" w:lineRule="auto"/>
        <w:ind w:left="216"/>
      </w:pPr>
      <w:r>
        <w:rPr>
          <w:sz w:val="20"/>
        </w:rPr>
        <w:t>Computers and Graphics</w:t>
      </w:r>
    </w:p>
    <w:p w14:paraId="6E5FB516" w14:textId="77777777" w:rsidR="00292B2B" w:rsidRDefault="00757BA4">
      <w:pPr>
        <w:spacing w:after="0" w:line="276" w:lineRule="auto"/>
        <w:ind w:left="216"/>
      </w:pPr>
      <w:r>
        <w:rPr>
          <w:sz w:val="20"/>
        </w:rPr>
        <w:t>Computers in Physics</w:t>
      </w:r>
    </w:p>
    <w:p w14:paraId="68B2FAC3" w14:textId="77777777" w:rsidR="00292B2B" w:rsidRDefault="00757BA4">
      <w:pPr>
        <w:spacing w:after="0" w:line="276" w:lineRule="auto"/>
        <w:ind w:left="216"/>
      </w:pPr>
      <w:r>
        <w:rPr>
          <w:sz w:val="20"/>
        </w:rPr>
        <w:t>Dane County Cultural Affairs Commission</w:t>
      </w:r>
    </w:p>
    <w:p w14:paraId="354AE8BA" w14:textId="77777777" w:rsidR="00292B2B" w:rsidRDefault="00757BA4">
      <w:pPr>
        <w:spacing w:after="0" w:line="276" w:lineRule="auto"/>
        <w:ind w:left="216"/>
      </w:pPr>
      <w:r>
        <w:rPr>
          <w:sz w:val="20"/>
        </w:rPr>
        <w:t>Differential Equations and Nonlinear Mechanics</w:t>
      </w:r>
    </w:p>
    <w:p w14:paraId="15CEF1E7" w14:textId="77777777" w:rsidR="00292B2B" w:rsidRDefault="00757BA4">
      <w:pPr>
        <w:spacing w:after="0" w:line="276" w:lineRule="auto"/>
        <w:ind w:left="216"/>
      </w:pPr>
      <w:r>
        <w:rPr>
          <w:sz w:val="20"/>
        </w:rPr>
        <w:t>Discrete Dynamics in Nature and Society</w:t>
      </w:r>
    </w:p>
    <w:p w14:paraId="3F22E596" w14:textId="77777777" w:rsidR="00292B2B" w:rsidRDefault="00757BA4">
      <w:pPr>
        <w:spacing w:after="0" w:line="276" w:lineRule="auto"/>
        <w:ind w:left="216"/>
      </w:pPr>
      <w:r>
        <w:rPr>
          <w:sz w:val="20"/>
        </w:rPr>
        <w:t>Ecological Modelling</w:t>
      </w:r>
    </w:p>
    <w:p w14:paraId="38CE8DF3" w14:textId="77777777" w:rsidR="00292B2B" w:rsidRDefault="00757BA4">
      <w:pPr>
        <w:spacing w:after="0" w:line="276" w:lineRule="auto"/>
        <w:ind w:left="216"/>
      </w:pPr>
      <w:r>
        <w:rPr>
          <w:sz w:val="20"/>
        </w:rPr>
        <w:t>Electric Power Research Institute</w:t>
      </w:r>
    </w:p>
    <w:p w14:paraId="672870AD" w14:textId="77777777" w:rsidR="00292B2B" w:rsidRDefault="00757BA4">
      <w:pPr>
        <w:spacing w:after="0" w:line="276" w:lineRule="auto"/>
        <w:ind w:left="216"/>
      </w:pPr>
      <w:r>
        <w:rPr>
          <w:sz w:val="20"/>
        </w:rPr>
        <w:t>Electronic Journal of Theoretical Physics</w:t>
      </w:r>
    </w:p>
    <w:p w14:paraId="15778F0B" w14:textId="77777777" w:rsidR="00292B2B" w:rsidRDefault="00757BA4">
      <w:pPr>
        <w:spacing w:after="0" w:line="276" w:lineRule="auto"/>
        <w:ind w:left="216"/>
      </w:pPr>
      <w:r>
        <w:rPr>
          <w:sz w:val="20"/>
        </w:rPr>
        <w:t>Entropy</w:t>
      </w:r>
    </w:p>
    <w:p w14:paraId="26B74595" w14:textId="77777777" w:rsidR="00292B2B" w:rsidRDefault="00757BA4">
      <w:pPr>
        <w:spacing w:after="0" w:line="276" w:lineRule="auto"/>
        <w:ind w:left="216"/>
      </w:pPr>
      <w:r>
        <w:rPr>
          <w:sz w:val="20"/>
        </w:rPr>
        <w:t>European Physical Journal</w:t>
      </w:r>
    </w:p>
    <w:p w14:paraId="5FF51B86" w14:textId="77777777" w:rsidR="00292B2B" w:rsidRDefault="00757BA4">
      <w:pPr>
        <w:spacing w:after="0" w:line="276" w:lineRule="auto"/>
        <w:ind w:left="216"/>
      </w:pPr>
      <w:r>
        <w:rPr>
          <w:sz w:val="20"/>
        </w:rPr>
        <w:t>Europhysics Letters</w:t>
      </w:r>
    </w:p>
    <w:p w14:paraId="592DDEEF" w14:textId="77777777" w:rsidR="00292B2B" w:rsidRDefault="00757BA4">
      <w:pPr>
        <w:spacing w:after="0" w:line="276" w:lineRule="auto"/>
        <w:ind w:left="216"/>
      </w:pPr>
      <w:r>
        <w:rPr>
          <w:sz w:val="20"/>
        </w:rPr>
        <w:t>Fluctuation and Noise Letters</w:t>
      </w:r>
    </w:p>
    <w:p w14:paraId="4FCE6F4F" w14:textId="77777777" w:rsidR="00292B2B" w:rsidRDefault="00757BA4">
      <w:pPr>
        <w:spacing w:after="0" w:line="276" w:lineRule="auto"/>
        <w:ind w:left="216"/>
      </w:pPr>
      <w:r>
        <w:rPr>
          <w:sz w:val="20"/>
        </w:rPr>
        <w:t>Freeman</w:t>
      </w:r>
    </w:p>
    <w:p w14:paraId="3D910689" w14:textId="77777777" w:rsidR="00292B2B" w:rsidRDefault="00757BA4">
      <w:pPr>
        <w:spacing w:after="0" w:line="276" w:lineRule="auto"/>
        <w:ind w:left="216"/>
      </w:pPr>
      <w:r>
        <w:rPr>
          <w:sz w:val="20"/>
        </w:rPr>
        <w:t>Georgia Journal of Science</w:t>
      </w:r>
    </w:p>
    <w:p w14:paraId="7FB491A1" w14:textId="77777777" w:rsidR="00292B2B" w:rsidRDefault="00757BA4">
      <w:pPr>
        <w:spacing w:after="0" w:line="276" w:lineRule="auto"/>
        <w:ind w:left="216"/>
      </w:pPr>
      <w:r>
        <w:rPr>
          <w:sz w:val="20"/>
        </w:rPr>
        <w:t>Harper Collins Publishers</w:t>
      </w:r>
    </w:p>
    <w:p w14:paraId="4D43C1DA" w14:textId="77777777" w:rsidR="00292B2B" w:rsidRDefault="00757BA4">
      <w:pPr>
        <w:spacing w:after="0" w:line="276" w:lineRule="auto"/>
        <w:ind w:left="216"/>
      </w:pPr>
      <w:r>
        <w:rPr>
          <w:sz w:val="20"/>
        </w:rPr>
        <w:t>IEE Proceedings on Science, Measurement &amp; Technology</w:t>
      </w:r>
    </w:p>
    <w:p w14:paraId="3B70A57B" w14:textId="77777777" w:rsidR="00292B2B" w:rsidRDefault="00757BA4">
      <w:pPr>
        <w:spacing w:after="0" w:line="276" w:lineRule="auto"/>
        <w:ind w:left="216"/>
      </w:pPr>
      <w:r>
        <w:rPr>
          <w:sz w:val="20"/>
        </w:rPr>
        <w:t>IEEE Access</w:t>
      </w:r>
    </w:p>
    <w:p w14:paraId="6B893EFD" w14:textId="77777777" w:rsidR="00292B2B" w:rsidRDefault="00757BA4">
      <w:pPr>
        <w:spacing w:after="0" w:line="276" w:lineRule="auto"/>
        <w:ind w:left="216"/>
      </w:pPr>
      <w:r>
        <w:rPr>
          <w:sz w:val="20"/>
        </w:rPr>
        <w:t>IEEE Computer Graphics and Applications</w:t>
      </w:r>
    </w:p>
    <w:p w14:paraId="0B4271EA" w14:textId="77777777" w:rsidR="00292B2B" w:rsidRDefault="00757BA4">
      <w:pPr>
        <w:spacing w:after="0" w:line="276" w:lineRule="auto"/>
        <w:ind w:left="216"/>
      </w:pPr>
      <w:r>
        <w:rPr>
          <w:sz w:val="20"/>
        </w:rPr>
        <w:t>IEEE Control Systems Conference</w:t>
      </w:r>
    </w:p>
    <w:p w14:paraId="0F18D72E" w14:textId="77777777" w:rsidR="00292B2B" w:rsidRDefault="00757BA4">
      <w:pPr>
        <w:spacing w:after="0" w:line="276" w:lineRule="auto"/>
        <w:ind w:left="216"/>
      </w:pPr>
      <w:r>
        <w:rPr>
          <w:sz w:val="20"/>
        </w:rPr>
        <w:t>IEEE Transactions on Circuits and Systems</w:t>
      </w:r>
    </w:p>
    <w:p w14:paraId="4703C9E4" w14:textId="77777777" w:rsidR="00292B2B" w:rsidRDefault="00757BA4">
      <w:pPr>
        <w:spacing w:after="0" w:line="276" w:lineRule="auto"/>
        <w:ind w:left="216"/>
      </w:pPr>
      <w:r>
        <w:rPr>
          <w:sz w:val="20"/>
        </w:rPr>
        <w:t>IEEE Transactions on Plasma Science</w:t>
      </w:r>
    </w:p>
    <w:p w14:paraId="776502EC" w14:textId="77777777" w:rsidR="00292B2B" w:rsidRDefault="00757BA4">
      <w:pPr>
        <w:spacing w:after="0" w:line="276" w:lineRule="auto"/>
        <w:ind w:left="216"/>
      </w:pPr>
      <w:r>
        <w:rPr>
          <w:sz w:val="20"/>
        </w:rPr>
        <w:t>Imperial College Press</w:t>
      </w:r>
    </w:p>
    <w:p w14:paraId="792E026E" w14:textId="77777777" w:rsidR="00292B2B" w:rsidRDefault="00757BA4">
      <w:pPr>
        <w:spacing w:after="0" w:line="276" w:lineRule="auto"/>
        <w:ind w:left="216"/>
      </w:pPr>
      <w:r>
        <w:rPr>
          <w:sz w:val="20"/>
        </w:rPr>
        <w:t>In Silico Biology</w:t>
      </w:r>
    </w:p>
    <w:p w14:paraId="752028F9" w14:textId="77777777" w:rsidR="00292B2B" w:rsidRDefault="00757BA4">
      <w:pPr>
        <w:spacing w:after="0" w:line="276" w:lineRule="auto"/>
        <w:ind w:left="216"/>
      </w:pPr>
      <w:r>
        <w:rPr>
          <w:sz w:val="20"/>
        </w:rPr>
        <w:t>Indian Journal of Pure and Applied Mathematics</w:t>
      </w:r>
    </w:p>
    <w:p w14:paraId="6DD0D1C3" w14:textId="77777777" w:rsidR="00292B2B" w:rsidRDefault="00757BA4">
      <w:pPr>
        <w:spacing w:after="0" w:line="276" w:lineRule="auto"/>
        <w:ind w:left="216"/>
      </w:pPr>
      <w:r>
        <w:rPr>
          <w:sz w:val="20"/>
        </w:rPr>
        <w:t>International Journal for Computation and Mathematics in Electronic Engineering</w:t>
      </w:r>
    </w:p>
    <w:p w14:paraId="7F0C2909" w14:textId="77777777" w:rsidR="00292B2B" w:rsidRDefault="00757BA4">
      <w:pPr>
        <w:spacing w:after="0" w:line="276" w:lineRule="auto"/>
        <w:ind w:left="216"/>
      </w:pPr>
      <w:r>
        <w:rPr>
          <w:sz w:val="20"/>
        </w:rPr>
        <w:t>International Journal of Bifurcation and Chaos</w:t>
      </w:r>
    </w:p>
    <w:p w14:paraId="108F4093" w14:textId="77777777" w:rsidR="00292B2B" w:rsidRDefault="00757BA4">
      <w:pPr>
        <w:spacing w:after="0" w:line="276" w:lineRule="auto"/>
        <w:ind w:left="216"/>
      </w:pPr>
      <w:r>
        <w:rPr>
          <w:sz w:val="20"/>
        </w:rPr>
        <w:t>International Journal of Computer Graphics</w:t>
      </w:r>
    </w:p>
    <w:p w14:paraId="62ACF615" w14:textId="77777777" w:rsidR="00292B2B" w:rsidRDefault="00757BA4">
      <w:pPr>
        <w:spacing w:after="0" w:line="276" w:lineRule="auto"/>
        <w:ind w:left="216"/>
      </w:pPr>
      <w:r>
        <w:rPr>
          <w:sz w:val="20"/>
        </w:rPr>
        <w:t>International Journal of Circuit Theory and Applications</w:t>
      </w:r>
    </w:p>
    <w:p w14:paraId="206963B0" w14:textId="77777777" w:rsidR="00292B2B" w:rsidRDefault="00757BA4">
      <w:pPr>
        <w:spacing w:after="0" w:line="276" w:lineRule="auto"/>
        <w:ind w:left="216"/>
      </w:pPr>
      <w:r>
        <w:rPr>
          <w:sz w:val="20"/>
        </w:rPr>
        <w:t>International Journal of Control, Automation, and Systems</w:t>
      </w:r>
    </w:p>
    <w:p w14:paraId="06222B89" w14:textId="77777777" w:rsidR="00292B2B" w:rsidRDefault="00757BA4">
      <w:pPr>
        <w:spacing w:after="0" w:line="276" w:lineRule="auto"/>
        <w:ind w:left="216"/>
      </w:pPr>
      <w:r>
        <w:rPr>
          <w:sz w:val="20"/>
        </w:rPr>
        <w:t>International Journal of High Performance Computing Applications</w:t>
      </w:r>
    </w:p>
    <w:p w14:paraId="67ECDD04" w14:textId="77777777" w:rsidR="00292B2B" w:rsidRDefault="00757BA4">
      <w:pPr>
        <w:spacing w:after="0" w:line="276" w:lineRule="auto"/>
        <w:ind w:left="216"/>
      </w:pPr>
      <w:r>
        <w:rPr>
          <w:sz w:val="20"/>
        </w:rPr>
        <w:t>International Journal of Mathematics and Mathematical Sciences</w:t>
      </w:r>
    </w:p>
    <w:p w14:paraId="04E7CFC7" w14:textId="77777777" w:rsidR="00292B2B" w:rsidRDefault="00757BA4">
      <w:pPr>
        <w:spacing w:after="0" w:line="276" w:lineRule="auto"/>
        <w:ind w:left="216"/>
      </w:pPr>
      <w:r>
        <w:rPr>
          <w:sz w:val="20"/>
        </w:rPr>
        <w:t>International Journal of Modern Physics C</w:t>
      </w:r>
    </w:p>
    <w:p w14:paraId="4C1AB94B" w14:textId="77777777" w:rsidR="00292B2B" w:rsidRDefault="00757BA4">
      <w:pPr>
        <w:spacing w:after="0" w:line="276" w:lineRule="auto"/>
        <w:ind w:left="216"/>
      </w:pPr>
      <w:r>
        <w:rPr>
          <w:sz w:val="20"/>
        </w:rPr>
        <w:t>International Journal of Nonlinear Sciences and Numerical Simulation</w:t>
      </w:r>
    </w:p>
    <w:p w14:paraId="38434E55" w14:textId="77777777" w:rsidR="00292B2B" w:rsidRDefault="00757BA4">
      <w:pPr>
        <w:spacing w:after="0" w:line="276" w:lineRule="auto"/>
        <w:ind w:left="216"/>
      </w:pPr>
      <w:r>
        <w:rPr>
          <w:sz w:val="20"/>
        </w:rPr>
        <w:t>International Symposium on Circuits and Systems</w:t>
      </w:r>
    </w:p>
    <w:p w14:paraId="0920F5CA" w14:textId="77777777" w:rsidR="00292B2B" w:rsidRDefault="00757BA4">
      <w:pPr>
        <w:spacing w:after="0" w:line="276" w:lineRule="auto"/>
        <w:ind w:left="216"/>
      </w:pPr>
      <w:r>
        <w:rPr>
          <w:sz w:val="20"/>
        </w:rPr>
        <w:t>John Hopkins University Press</w:t>
      </w:r>
    </w:p>
    <w:p w14:paraId="5081F0DE" w14:textId="77777777" w:rsidR="00292B2B" w:rsidRDefault="00757BA4">
      <w:pPr>
        <w:spacing w:after="0" w:line="276" w:lineRule="auto"/>
        <w:ind w:left="216"/>
      </w:pPr>
      <w:r>
        <w:rPr>
          <w:sz w:val="20"/>
        </w:rPr>
        <w:t>John Wiley &amp; Sons</w:t>
      </w:r>
    </w:p>
    <w:p w14:paraId="24024E1D" w14:textId="77777777" w:rsidR="00292B2B" w:rsidRDefault="00757BA4">
      <w:pPr>
        <w:spacing w:after="0" w:line="276" w:lineRule="auto"/>
        <w:ind w:left="216"/>
      </w:pPr>
      <w:r>
        <w:rPr>
          <w:sz w:val="20"/>
        </w:rPr>
        <w:t>Jones and Bartlet</w:t>
      </w:r>
    </w:p>
    <w:p w14:paraId="077B83BB" w14:textId="77777777" w:rsidR="00292B2B" w:rsidRDefault="00757BA4">
      <w:pPr>
        <w:spacing w:after="0" w:line="276" w:lineRule="auto"/>
        <w:ind w:left="216"/>
      </w:pPr>
      <w:r>
        <w:rPr>
          <w:sz w:val="20"/>
        </w:rPr>
        <w:t>Journal of Applied Physics</w:t>
      </w:r>
    </w:p>
    <w:p w14:paraId="28796491" w14:textId="77777777" w:rsidR="00292B2B" w:rsidRDefault="00757BA4">
      <w:pPr>
        <w:spacing w:after="0" w:line="276" w:lineRule="auto"/>
        <w:ind w:left="216"/>
      </w:pPr>
      <w:r>
        <w:rPr>
          <w:sz w:val="20"/>
        </w:rPr>
        <w:t>Journal of Chemical Physics</w:t>
      </w:r>
    </w:p>
    <w:p w14:paraId="5413DB07" w14:textId="77777777" w:rsidR="00292B2B" w:rsidRDefault="00757BA4">
      <w:pPr>
        <w:spacing w:after="0" w:line="276" w:lineRule="auto"/>
        <w:ind w:left="216"/>
      </w:pPr>
      <w:r>
        <w:rPr>
          <w:sz w:val="20"/>
        </w:rPr>
        <w:t>Journal of Circuits, Systems, and Computers</w:t>
      </w:r>
    </w:p>
    <w:p w14:paraId="18C678E8" w14:textId="77777777" w:rsidR="00292B2B" w:rsidRDefault="00757BA4">
      <w:pPr>
        <w:spacing w:after="0" w:line="276" w:lineRule="auto"/>
        <w:ind w:left="216"/>
      </w:pPr>
      <w:r>
        <w:rPr>
          <w:sz w:val="20"/>
        </w:rPr>
        <w:t>Journal of Mathematical Physics</w:t>
      </w:r>
    </w:p>
    <w:p w14:paraId="11191C33" w14:textId="77777777" w:rsidR="00292B2B" w:rsidRDefault="00757BA4">
      <w:pPr>
        <w:spacing w:after="0" w:line="276" w:lineRule="auto"/>
        <w:ind w:left="216"/>
      </w:pPr>
      <w:r>
        <w:rPr>
          <w:sz w:val="20"/>
        </w:rPr>
        <w:t>Journal of Sound and Vibration</w:t>
      </w:r>
    </w:p>
    <w:p w14:paraId="0B5B81AF" w14:textId="77777777" w:rsidR="00292B2B" w:rsidRDefault="00757BA4">
      <w:pPr>
        <w:spacing w:after="0" w:line="276" w:lineRule="auto"/>
        <w:ind w:left="216"/>
      </w:pPr>
      <w:r>
        <w:rPr>
          <w:sz w:val="20"/>
        </w:rPr>
        <w:t>Journal of the Franklin Institute</w:t>
      </w:r>
    </w:p>
    <w:p w14:paraId="508AD00B" w14:textId="77777777" w:rsidR="00292B2B" w:rsidRDefault="00757BA4">
      <w:pPr>
        <w:spacing w:after="0" w:line="276" w:lineRule="auto"/>
        <w:ind w:left="216"/>
      </w:pPr>
      <w:r>
        <w:rPr>
          <w:sz w:val="20"/>
        </w:rPr>
        <w:t>Journal of Zhejiang University Science A</w:t>
      </w:r>
    </w:p>
    <w:p w14:paraId="785C1C0C" w14:textId="77777777" w:rsidR="00292B2B" w:rsidRDefault="00757BA4">
      <w:pPr>
        <w:spacing w:after="0" w:line="276" w:lineRule="auto"/>
        <w:ind w:left="216"/>
      </w:pPr>
      <w:r>
        <w:rPr>
          <w:sz w:val="20"/>
        </w:rPr>
        <w:t>Lake Street Publishers</w:t>
      </w:r>
    </w:p>
    <w:p w14:paraId="00ACE157" w14:textId="77777777" w:rsidR="00292B2B" w:rsidRDefault="00757BA4">
      <w:pPr>
        <w:spacing w:after="0" w:line="276" w:lineRule="auto"/>
        <w:ind w:left="216"/>
      </w:pPr>
      <w:r>
        <w:rPr>
          <w:sz w:val="20"/>
        </w:rPr>
        <w:t>Leonardo</w:t>
      </w:r>
    </w:p>
    <w:p w14:paraId="034D6628" w14:textId="77777777" w:rsidR="00292B2B" w:rsidRDefault="00757BA4">
      <w:pPr>
        <w:spacing w:after="0" w:line="276" w:lineRule="auto"/>
        <w:ind w:left="216"/>
      </w:pPr>
      <w:r>
        <w:rPr>
          <w:sz w:val="20"/>
        </w:rPr>
        <w:t>Mathematical and Computer Modelling</w:t>
      </w:r>
    </w:p>
    <w:p w14:paraId="4B54ABB4" w14:textId="77777777" w:rsidR="00292B2B" w:rsidRDefault="00757BA4">
      <w:pPr>
        <w:spacing w:after="0" w:line="276" w:lineRule="auto"/>
        <w:ind w:left="216"/>
      </w:pPr>
      <w:r>
        <w:rPr>
          <w:sz w:val="20"/>
        </w:rPr>
        <w:t>McGraw Hill</w:t>
      </w:r>
    </w:p>
    <w:p w14:paraId="0A4BECF3" w14:textId="77777777" w:rsidR="00292B2B" w:rsidRDefault="00757BA4">
      <w:pPr>
        <w:spacing w:after="0" w:line="276" w:lineRule="auto"/>
        <w:ind w:left="216"/>
      </w:pPr>
      <w:r>
        <w:rPr>
          <w:sz w:val="20"/>
        </w:rPr>
        <w:t>Modern Physics Letters B</w:t>
      </w:r>
    </w:p>
    <w:p w14:paraId="1DCDD543" w14:textId="77777777" w:rsidR="00292B2B" w:rsidRDefault="00757BA4">
      <w:pPr>
        <w:spacing w:after="0" w:line="276" w:lineRule="auto"/>
        <w:ind w:left="216"/>
      </w:pPr>
      <w:r>
        <w:rPr>
          <w:sz w:val="20"/>
        </w:rPr>
        <w:t>Morgan Kaufmann Publishers</w:t>
      </w:r>
    </w:p>
    <w:p w14:paraId="7C7B1A8B" w14:textId="77777777" w:rsidR="00292B2B" w:rsidRDefault="00757BA4">
      <w:pPr>
        <w:spacing w:after="0" w:line="276" w:lineRule="auto"/>
        <w:ind w:left="216"/>
      </w:pPr>
      <w:r>
        <w:rPr>
          <w:sz w:val="20"/>
        </w:rPr>
        <w:t>National Science Foundation</w:t>
      </w:r>
    </w:p>
    <w:p w14:paraId="19B630F9" w14:textId="77777777" w:rsidR="00292B2B" w:rsidRDefault="00757BA4">
      <w:pPr>
        <w:spacing w:after="0" w:line="276" w:lineRule="auto"/>
        <w:ind w:left="216"/>
      </w:pPr>
      <w:r>
        <w:rPr>
          <w:sz w:val="20"/>
        </w:rPr>
        <w:t>Nonlinear Dynamics</w:t>
      </w:r>
    </w:p>
    <w:p w14:paraId="7D817846" w14:textId="77777777" w:rsidR="00292B2B" w:rsidRDefault="00757BA4">
      <w:pPr>
        <w:spacing w:after="0" w:line="276" w:lineRule="auto"/>
        <w:ind w:left="216"/>
      </w:pPr>
      <w:r>
        <w:rPr>
          <w:sz w:val="20"/>
        </w:rPr>
        <w:t>Nonlinear Dynamics, Psychology, and Life Sciences</w:t>
      </w:r>
    </w:p>
    <w:p w14:paraId="6AF021FE" w14:textId="77777777" w:rsidR="00292B2B" w:rsidRDefault="00757BA4">
      <w:pPr>
        <w:spacing w:after="0" w:line="276" w:lineRule="auto"/>
        <w:ind w:left="216"/>
      </w:pPr>
      <w:r>
        <w:rPr>
          <w:sz w:val="20"/>
        </w:rPr>
        <w:t>Nonlinearity</w:t>
      </w:r>
    </w:p>
    <w:p w14:paraId="19550430" w14:textId="77777777" w:rsidR="00292B2B" w:rsidRDefault="00757BA4">
      <w:pPr>
        <w:spacing w:after="0" w:line="276" w:lineRule="auto"/>
        <w:ind w:left="216"/>
      </w:pPr>
      <w:r>
        <w:rPr>
          <w:sz w:val="20"/>
        </w:rPr>
        <w:t>Nuclear Fusion</w:t>
      </w:r>
    </w:p>
    <w:p w14:paraId="6D8E631A" w14:textId="77777777" w:rsidR="00292B2B" w:rsidRDefault="00757BA4">
      <w:pPr>
        <w:spacing w:after="0" w:line="276" w:lineRule="auto"/>
        <w:ind w:left="216"/>
      </w:pPr>
      <w:r>
        <w:rPr>
          <w:sz w:val="20"/>
        </w:rPr>
        <w:t>Nuclear Technology/Fusion</w:t>
      </w:r>
    </w:p>
    <w:p w14:paraId="0A7CC918" w14:textId="77777777" w:rsidR="00292B2B" w:rsidRDefault="00757BA4">
      <w:pPr>
        <w:spacing w:after="0" w:line="276" w:lineRule="auto"/>
        <w:ind w:left="216"/>
      </w:pPr>
      <w:r>
        <w:rPr>
          <w:sz w:val="20"/>
        </w:rPr>
        <w:t>Optics Letters</w:t>
      </w:r>
    </w:p>
    <w:p w14:paraId="703B5FE1" w14:textId="77777777" w:rsidR="00292B2B" w:rsidRDefault="00757BA4">
      <w:pPr>
        <w:spacing w:after="0" w:line="276" w:lineRule="auto"/>
        <w:ind w:left="216"/>
      </w:pPr>
      <w:r>
        <w:rPr>
          <w:sz w:val="20"/>
        </w:rPr>
        <w:t>Oxford University Press</w:t>
      </w:r>
    </w:p>
    <w:p w14:paraId="30DA237D" w14:textId="77777777" w:rsidR="00292B2B" w:rsidRDefault="00757BA4">
      <w:pPr>
        <w:spacing w:after="0" w:line="276" w:lineRule="auto"/>
        <w:ind w:left="216"/>
      </w:pPr>
      <w:r>
        <w:rPr>
          <w:sz w:val="20"/>
        </w:rPr>
        <w:t>Philosophical Transactions of the Royal Society A</w:t>
      </w:r>
    </w:p>
    <w:p w14:paraId="3B9049DA" w14:textId="77777777" w:rsidR="00292B2B" w:rsidRDefault="00757BA4">
      <w:pPr>
        <w:spacing w:after="0" w:line="276" w:lineRule="auto"/>
        <w:ind w:left="216"/>
      </w:pPr>
      <w:r>
        <w:rPr>
          <w:sz w:val="20"/>
        </w:rPr>
        <w:t>Physica A</w:t>
      </w:r>
    </w:p>
    <w:p w14:paraId="296E0910" w14:textId="77777777" w:rsidR="00292B2B" w:rsidRDefault="00757BA4">
      <w:pPr>
        <w:spacing w:after="0" w:line="276" w:lineRule="auto"/>
        <w:ind w:left="216"/>
      </w:pPr>
      <w:r>
        <w:rPr>
          <w:sz w:val="20"/>
        </w:rPr>
        <w:t>Physica D</w:t>
      </w:r>
    </w:p>
    <w:p w14:paraId="7D5E6E9F" w14:textId="77777777" w:rsidR="00292B2B" w:rsidRDefault="00757BA4">
      <w:pPr>
        <w:spacing w:after="0" w:line="276" w:lineRule="auto"/>
        <w:ind w:left="216"/>
      </w:pPr>
      <w:r>
        <w:rPr>
          <w:sz w:val="20"/>
        </w:rPr>
        <w:t>Physica Scripta</w:t>
      </w:r>
    </w:p>
    <w:p w14:paraId="2AC6B25D" w14:textId="77777777" w:rsidR="00292B2B" w:rsidRDefault="00757BA4">
      <w:pPr>
        <w:spacing w:after="0" w:line="276" w:lineRule="auto"/>
        <w:ind w:left="216"/>
      </w:pPr>
      <w:r>
        <w:rPr>
          <w:sz w:val="20"/>
        </w:rPr>
        <w:t>Physical Review</w:t>
      </w:r>
    </w:p>
    <w:p w14:paraId="23B56324" w14:textId="77777777" w:rsidR="00292B2B" w:rsidRDefault="00757BA4">
      <w:pPr>
        <w:spacing w:after="0" w:line="276" w:lineRule="auto"/>
        <w:ind w:left="216"/>
      </w:pPr>
      <w:r>
        <w:rPr>
          <w:sz w:val="20"/>
        </w:rPr>
        <w:t>Physical Review Letters</w:t>
      </w:r>
    </w:p>
    <w:p w14:paraId="00A92F41" w14:textId="77777777" w:rsidR="00292B2B" w:rsidRDefault="00757BA4">
      <w:pPr>
        <w:spacing w:after="0" w:line="276" w:lineRule="auto"/>
        <w:ind w:left="216"/>
      </w:pPr>
      <w:r>
        <w:rPr>
          <w:sz w:val="20"/>
        </w:rPr>
        <w:t>Physics Academic Software</w:t>
      </w:r>
    </w:p>
    <w:p w14:paraId="7586758D" w14:textId="77777777" w:rsidR="00292B2B" w:rsidRDefault="00757BA4">
      <w:pPr>
        <w:spacing w:after="0" w:line="276" w:lineRule="auto"/>
        <w:ind w:left="216"/>
      </w:pPr>
      <w:r>
        <w:rPr>
          <w:sz w:val="20"/>
        </w:rPr>
        <w:t>Physics Letters</w:t>
      </w:r>
    </w:p>
    <w:p w14:paraId="4258911E" w14:textId="77777777" w:rsidR="00292B2B" w:rsidRDefault="00757BA4">
      <w:pPr>
        <w:spacing w:after="0" w:line="276" w:lineRule="auto"/>
        <w:ind w:left="216"/>
      </w:pPr>
      <w:r>
        <w:rPr>
          <w:sz w:val="20"/>
        </w:rPr>
        <w:t>Physics of Fluids</w:t>
      </w:r>
    </w:p>
    <w:p w14:paraId="5AC40AAE" w14:textId="77777777" w:rsidR="00292B2B" w:rsidRDefault="00757BA4">
      <w:pPr>
        <w:spacing w:after="0" w:line="276" w:lineRule="auto"/>
        <w:ind w:left="216"/>
      </w:pPr>
      <w:r>
        <w:rPr>
          <w:sz w:val="20"/>
        </w:rPr>
        <w:t>Physics of Plasmas</w:t>
      </w:r>
    </w:p>
    <w:p w14:paraId="2DDAACCC" w14:textId="77777777" w:rsidR="00292B2B" w:rsidRDefault="00757BA4">
      <w:pPr>
        <w:spacing w:after="0" w:line="276" w:lineRule="auto"/>
        <w:ind w:left="216"/>
      </w:pPr>
      <w:r>
        <w:rPr>
          <w:sz w:val="20"/>
        </w:rPr>
        <w:t>Plasma Physics</w:t>
      </w:r>
    </w:p>
    <w:p w14:paraId="3923E40E" w14:textId="77777777" w:rsidR="00292B2B" w:rsidRDefault="00757BA4">
      <w:pPr>
        <w:spacing w:after="0" w:line="276" w:lineRule="auto"/>
        <w:ind w:left="216"/>
      </w:pPr>
      <w:r>
        <w:rPr>
          <w:sz w:val="20"/>
        </w:rPr>
        <w:t>Plenum Press</w:t>
      </w:r>
    </w:p>
    <w:p w14:paraId="30F0ADAD" w14:textId="77777777" w:rsidR="00292B2B" w:rsidRDefault="00757BA4">
      <w:pPr>
        <w:spacing w:after="0" w:line="276" w:lineRule="auto"/>
        <w:ind w:left="216"/>
      </w:pPr>
      <w:r>
        <w:rPr>
          <w:sz w:val="20"/>
        </w:rPr>
        <w:t>Princeton University Press</w:t>
      </w:r>
    </w:p>
    <w:p w14:paraId="1C438F5B" w14:textId="77777777" w:rsidR="00292B2B" w:rsidRDefault="00757BA4">
      <w:pPr>
        <w:spacing w:after="0" w:line="276" w:lineRule="auto"/>
        <w:ind w:left="216"/>
      </w:pPr>
      <w:r>
        <w:rPr>
          <w:sz w:val="20"/>
        </w:rPr>
        <w:t>Qeios</w:t>
      </w:r>
    </w:p>
    <w:p w14:paraId="66DF50CD" w14:textId="77777777" w:rsidR="00292B2B" w:rsidRDefault="00757BA4">
      <w:pPr>
        <w:spacing w:after="0" w:line="276" w:lineRule="auto"/>
        <w:ind w:left="216"/>
      </w:pPr>
      <w:r>
        <w:rPr>
          <w:sz w:val="20"/>
        </w:rPr>
        <w:t>Qualitative Theory of Dynamical Systems</w:t>
      </w:r>
    </w:p>
    <w:p w14:paraId="202BB1E6" w14:textId="77777777" w:rsidR="00292B2B" w:rsidRDefault="00757BA4">
      <w:pPr>
        <w:spacing w:after="0" w:line="276" w:lineRule="auto"/>
        <w:ind w:left="216"/>
      </w:pPr>
      <w:r>
        <w:rPr>
          <w:sz w:val="20"/>
        </w:rPr>
        <w:t>Research Corporation</w:t>
      </w:r>
    </w:p>
    <w:p w14:paraId="47548DD6" w14:textId="77777777" w:rsidR="00292B2B" w:rsidRDefault="00757BA4">
      <w:pPr>
        <w:spacing w:after="0" w:line="276" w:lineRule="auto"/>
        <w:ind w:left="216"/>
      </w:pPr>
      <w:r>
        <w:rPr>
          <w:sz w:val="20"/>
        </w:rPr>
        <w:t>Review of Scientific Instruments</w:t>
      </w:r>
    </w:p>
    <w:p w14:paraId="11D216F3" w14:textId="77777777" w:rsidR="00292B2B" w:rsidRDefault="00757BA4">
      <w:pPr>
        <w:spacing w:after="0" w:line="276" w:lineRule="auto"/>
        <w:ind w:left="216"/>
      </w:pPr>
      <w:r>
        <w:rPr>
          <w:sz w:val="20"/>
        </w:rPr>
        <w:t>Saunders College Publishing</w:t>
      </w:r>
    </w:p>
    <w:p w14:paraId="43C71157" w14:textId="77777777" w:rsidR="00292B2B" w:rsidRDefault="00757BA4">
      <w:pPr>
        <w:spacing w:after="0" w:line="276" w:lineRule="auto"/>
        <w:ind w:left="216"/>
      </w:pPr>
      <w:r>
        <w:rPr>
          <w:sz w:val="20"/>
        </w:rPr>
        <w:t>Scientific Reports</w:t>
      </w:r>
    </w:p>
    <w:p w14:paraId="46F0FEC3" w14:textId="77777777" w:rsidR="00292B2B" w:rsidRDefault="00757BA4">
      <w:pPr>
        <w:spacing w:after="0" w:line="276" w:lineRule="auto"/>
        <w:ind w:left="216"/>
      </w:pPr>
      <w:r>
        <w:rPr>
          <w:sz w:val="20"/>
        </w:rPr>
        <w:t>Scott Forseman and Company</w:t>
      </w:r>
    </w:p>
    <w:p w14:paraId="266A559C" w14:textId="77777777" w:rsidR="00292B2B" w:rsidRDefault="00757BA4">
      <w:pPr>
        <w:spacing w:after="0" w:line="276" w:lineRule="auto"/>
        <w:ind w:left="216"/>
      </w:pPr>
      <w:r>
        <w:rPr>
          <w:sz w:val="20"/>
        </w:rPr>
        <w:t>SIAM Journal on Applied Mathematics</w:t>
      </w:r>
    </w:p>
    <w:p w14:paraId="5863022F" w14:textId="77777777" w:rsidR="00292B2B" w:rsidRDefault="00757BA4">
      <w:pPr>
        <w:spacing w:after="0" w:line="276" w:lineRule="auto"/>
        <w:ind w:left="216"/>
      </w:pPr>
      <w:r>
        <w:rPr>
          <w:sz w:val="20"/>
        </w:rPr>
        <w:t>Southeast Asian Bulletin of Mathematics</w:t>
      </w:r>
    </w:p>
    <w:p w14:paraId="6957ADF9" w14:textId="77777777" w:rsidR="00292B2B" w:rsidRDefault="00757BA4">
      <w:pPr>
        <w:spacing w:after="0" w:line="276" w:lineRule="auto"/>
        <w:ind w:left="216"/>
      </w:pPr>
      <w:r>
        <w:rPr>
          <w:sz w:val="20"/>
        </w:rPr>
        <w:t>Springer</w:t>
      </w:r>
    </w:p>
    <w:p w14:paraId="63BA0EAF" w14:textId="77777777" w:rsidR="00292B2B" w:rsidRDefault="00757BA4">
      <w:pPr>
        <w:spacing w:after="0" w:line="276" w:lineRule="auto"/>
        <w:ind w:left="216"/>
      </w:pPr>
      <w:r>
        <w:rPr>
          <w:sz w:val="20"/>
        </w:rPr>
        <w:t>St. Martin’s Press</w:t>
      </w:r>
    </w:p>
    <w:p w14:paraId="73D2389F" w14:textId="77777777" w:rsidR="00292B2B" w:rsidRDefault="00757BA4">
      <w:pPr>
        <w:spacing w:after="0" w:line="276" w:lineRule="auto"/>
        <w:ind w:left="216"/>
      </w:pPr>
      <w:r>
        <w:rPr>
          <w:sz w:val="20"/>
        </w:rPr>
        <w:t>Systems, Man, and Cybernetics</w:t>
      </w:r>
    </w:p>
    <w:p w14:paraId="62D31EED" w14:textId="77777777" w:rsidR="00292B2B" w:rsidRDefault="00757BA4">
      <w:pPr>
        <w:spacing w:after="0" w:line="276" w:lineRule="auto"/>
        <w:ind w:left="216"/>
      </w:pPr>
      <w:r>
        <w:rPr>
          <w:sz w:val="20"/>
        </w:rPr>
        <w:t>Taylor and Francis</w:t>
      </w:r>
    </w:p>
    <w:p w14:paraId="58564AFB" w14:textId="77777777" w:rsidR="00292B2B" w:rsidRDefault="00757BA4">
      <w:pPr>
        <w:spacing w:after="0" w:line="276" w:lineRule="auto"/>
        <w:ind w:left="216"/>
      </w:pPr>
      <w:r>
        <w:rPr>
          <w:sz w:val="20"/>
        </w:rPr>
        <w:t>The Physics Teacher</w:t>
      </w:r>
    </w:p>
    <w:p w14:paraId="018753B5" w14:textId="77777777" w:rsidR="00292B2B" w:rsidRDefault="00757BA4">
      <w:pPr>
        <w:spacing w:after="0" w:line="276" w:lineRule="auto"/>
        <w:ind w:left="216"/>
      </w:pPr>
      <w:r>
        <w:rPr>
          <w:sz w:val="20"/>
        </w:rPr>
        <w:t>The Visual Computer</w:t>
      </w:r>
    </w:p>
    <w:p w14:paraId="3FA2F609" w14:textId="77777777" w:rsidR="00292B2B" w:rsidRDefault="00757BA4">
      <w:pPr>
        <w:spacing w:after="0" w:line="276" w:lineRule="auto"/>
        <w:ind w:left="216"/>
      </w:pPr>
      <w:r>
        <w:rPr>
          <w:sz w:val="20"/>
        </w:rPr>
        <w:t>Turkish Journal of Electrical Engineering and Computer Science</w:t>
      </w:r>
    </w:p>
    <w:p w14:paraId="69C58259" w14:textId="77777777" w:rsidR="00292B2B" w:rsidRDefault="00757BA4">
      <w:pPr>
        <w:spacing w:after="0" w:line="276" w:lineRule="auto"/>
        <w:ind w:left="216"/>
      </w:pPr>
      <w:r>
        <w:rPr>
          <w:sz w:val="20"/>
        </w:rPr>
        <w:t>U.S. Army</w:t>
      </w:r>
    </w:p>
    <w:p w14:paraId="592675C9" w14:textId="77777777" w:rsidR="00292B2B" w:rsidRDefault="00757BA4">
      <w:pPr>
        <w:spacing w:after="0" w:line="276" w:lineRule="auto"/>
        <w:ind w:left="216"/>
      </w:pPr>
      <w:r>
        <w:rPr>
          <w:sz w:val="20"/>
        </w:rPr>
        <w:t>U.S. Civilian Research and Development Foundation</w:t>
      </w:r>
    </w:p>
    <w:p w14:paraId="3381779D" w14:textId="77777777" w:rsidR="00292B2B" w:rsidRDefault="00757BA4">
      <w:pPr>
        <w:spacing w:after="0" w:line="276" w:lineRule="auto"/>
        <w:ind w:left="216"/>
      </w:pPr>
      <w:r>
        <w:rPr>
          <w:sz w:val="20"/>
        </w:rPr>
        <w:t>University of Chicago Press</w:t>
      </w:r>
    </w:p>
    <w:p w14:paraId="08D6827A" w14:textId="77777777" w:rsidR="00292B2B" w:rsidRDefault="00757BA4">
      <w:pPr>
        <w:spacing w:after="0" w:line="276" w:lineRule="auto"/>
        <w:ind w:left="216"/>
      </w:pPr>
      <w:r>
        <w:rPr>
          <w:sz w:val="20"/>
        </w:rPr>
        <w:t>VSRI Radio Science Bulletin</w:t>
      </w:r>
    </w:p>
    <w:p w14:paraId="28583DE4" w14:textId="77777777" w:rsidR="00292B2B" w:rsidRDefault="00757BA4">
      <w:pPr>
        <w:spacing w:after="0" w:line="276" w:lineRule="auto"/>
        <w:ind w:left="216"/>
      </w:pPr>
      <w:r>
        <w:rPr>
          <w:sz w:val="20"/>
        </w:rPr>
        <w:t>West Publishing</w:t>
      </w:r>
    </w:p>
    <w:p w14:paraId="5C4B16D0" w14:textId="77777777" w:rsidR="00292B2B" w:rsidRDefault="00757BA4">
      <w:pPr>
        <w:spacing w:after="0" w:line="276" w:lineRule="auto"/>
        <w:ind w:left="216"/>
      </w:pPr>
      <w:r>
        <w:rPr>
          <w:sz w:val="20"/>
        </w:rPr>
        <w:t>WIRES Computational Statistics</w:t>
      </w:r>
    </w:p>
    <w:p w14:paraId="47B7123D" w14:textId="77777777" w:rsidR="00292B2B" w:rsidRDefault="00757BA4">
      <w:pPr>
        <w:spacing w:after="0" w:line="276" w:lineRule="auto"/>
        <w:ind w:left="216"/>
      </w:pPr>
      <w:r>
        <w:rPr>
          <w:sz w:val="20"/>
        </w:rPr>
        <w:t>World Scientific Publishing</w:t>
      </w:r>
    </w:p>
    <w:p w14:paraId="55437E7B" w14:textId="77777777" w:rsidR="00292B2B" w:rsidRDefault="00757BA4">
      <w:pPr>
        <w:spacing w:after="0" w:line="276" w:lineRule="auto"/>
        <w:ind w:left="216"/>
      </w:pPr>
      <w:r>
        <w:rPr>
          <w:sz w:val="20"/>
        </w:rPr>
        <w:t>Worth Publishers</w:t>
      </w:r>
    </w:p>
    <w:p w14:paraId="19582A19" w14:textId="77777777" w:rsidR="00292B2B" w:rsidRDefault="00757BA4">
      <w:pPr>
        <w:spacing w:after="0" w:line="276" w:lineRule="auto"/>
        <w:ind w:left="216"/>
      </w:pPr>
      <w:r>
        <w:rPr>
          <w:sz w:val="20"/>
        </w:rPr>
        <w:t>Zeitschrift fuer Naturforschung A</w:t>
      </w:r>
    </w:p>
    <w:p w14:paraId="6653CCC2" w14:textId="77777777" w:rsidR="00292B2B" w:rsidRDefault="00757BA4">
      <w:pPr>
        <w:pStyle w:val="Heading1"/>
      </w:pPr>
      <w:r>
        <w:rPr>
          <w:rFonts w:ascii="Times New Roman" w:eastAsia="Times New Roman" w:hAnsi="Times New Roman"/>
        </w:rPr>
        <w:t>Presentations of “The Wonders of Physics”</w:t>
      </w:r>
    </w:p>
    <w:p w14:paraId="37E319DA" w14:textId="77777777" w:rsidR="00292B2B" w:rsidRDefault="00757BA4">
      <w:pPr>
        <w:spacing w:after="120" w:line="276" w:lineRule="auto"/>
      </w:pPr>
      <w:r>
        <w:rPr>
          <w:i/>
          <w:sz w:val="18"/>
        </w:rPr>
        <w:t>Estimated attendance in parenthesis (including overflow video audience)</w:t>
      </w:r>
    </w:p>
    <w:p w14:paraId="1E637ED6" w14:textId="77777777" w:rsidR="00292B2B" w:rsidRDefault="00757BA4">
      <w:pPr>
        <w:spacing w:after="20" w:line="276" w:lineRule="auto"/>
        <w:ind w:left="720" w:hanging="720"/>
      </w:pPr>
      <w:r>
        <w:rPr>
          <w:sz w:val="18"/>
        </w:rPr>
        <w:t>1. February 15, 1984  General public  (450)</w:t>
      </w:r>
    </w:p>
    <w:p w14:paraId="6A05ABE2" w14:textId="77777777" w:rsidR="00292B2B" w:rsidRDefault="00757BA4">
      <w:pPr>
        <w:spacing w:after="20" w:line="276" w:lineRule="auto"/>
        <w:ind w:left="720" w:hanging="720"/>
      </w:pPr>
      <w:r>
        <w:rPr>
          <w:sz w:val="18"/>
        </w:rPr>
        <w:t>2. February 15, 1984  General public  (100)</w:t>
      </w:r>
    </w:p>
    <w:p w14:paraId="769FFCA0" w14:textId="77777777" w:rsidR="00292B2B" w:rsidRDefault="00757BA4">
      <w:pPr>
        <w:spacing w:after="20" w:line="276" w:lineRule="auto"/>
        <w:ind w:left="720" w:hanging="720"/>
      </w:pPr>
      <w:r>
        <w:rPr>
          <w:sz w:val="18"/>
        </w:rPr>
        <w:t>3. February 13, 1985  General public  (450)</w:t>
      </w:r>
    </w:p>
    <w:p w14:paraId="72AB8C2B" w14:textId="77777777" w:rsidR="00292B2B" w:rsidRDefault="00757BA4">
      <w:pPr>
        <w:spacing w:after="20" w:line="276" w:lineRule="auto"/>
        <w:ind w:left="720" w:hanging="720"/>
      </w:pPr>
      <w:r>
        <w:rPr>
          <w:sz w:val="18"/>
        </w:rPr>
        <w:t>4. February 14, 1985  General public  (450)</w:t>
      </w:r>
    </w:p>
    <w:p w14:paraId="3A2D4C2D" w14:textId="77777777" w:rsidR="00292B2B" w:rsidRDefault="00757BA4">
      <w:pPr>
        <w:spacing w:after="20" w:line="276" w:lineRule="auto"/>
        <w:ind w:left="720" w:hanging="720"/>
      </w:pPr>
      <w:r>
        <w:rPr>
          <w:sz w:val="18"/>
        </w:rPr>
        <w:t>5. March 19, 1985  Madison Huegel and Orchard Ridge Schools  (350)</w:t>
      </w:r>
    </w:p>
    <w:p w14:paraId="76D02C3E" w14:textId="77777777" w:rsidR="00292B2B" w:rsidRDefault="00757BA4">
      <w:pPr>
        <w:spacing w:after="20" w:line="276" w:lineRule="auto"/>
        <w:ind w:left="720" w:hanging="720"/>
      </w:pPr>
      <w:r>
        <w:rPr>
          <w:sz w:val="18"/>
        </w:rPr>
        <w:t>6. June 24, 1985  College for Kids  (300)</w:t>
      </w:r>
    </w:p>
    <w:p w14:paraId="2B3E34D2" w14:textId="77777777" w:rsidR="00292B2B" w:rsidRDefault="00757BA4">
      <w:pPr>
        <w:spacing w:after="20" w:line="276" w:lineRule="auto"/>
        <w:ind w:left="720" w:hanging="720"/>
      </w:pPr>
      <w:r>
        <w:rPr>
          <w:sz w:val="18"/>
        </w:rPr>
        <w:t>7. June 24, 1985  Guidance &amp; Experience in Math &amp; Science  (100)</w:t>
      </w:r>
    </w:p>
    <w:p w14:paraId="0C7D1E28" w14:textId="77777777" w:rsidR="00292B2B" w:rsidRDefault="00757BA4">
      <w:pPr>
        <w:spacing w:after="20" w:line="276" w:lineRule="auto"/>
        <w:ind w:left="720" w:hanging="720"/>
      </w:pPr>
      <w:r>
        <w:rPr>
          <w:sz w:val="18"/>
        </w:rPr>
        <w:t>8. February 9, 1986  General public  (550)</w:t>
      </w:r>
    </w:p>
    <w:p w14:paraId="36FA8B0C" w14:textId="77777777" w:rsidR="00292B2B" w:rsidRDefault="00757BA4">
      <w:pPr>
        <w:spacing w:after="20" w:line="276" w:lineRule="auto"/>
        <w:ind w:left="720" w:hanging="720"/>
      </w:pPr>
      <w:r>
        <w:rPr>
          <w:sz w:val="18"/>
        </w:rPr>
        <w:t>9. February 11, 1986  General public  (550)</w:t>
      </w:r>
    </w:p>
    <w:p w14:paraId="44B50CC6" w14:textId="77777777" w:rsidR="00292B2B" w:rsidRDefault="00757BA4">
      <w:pPr>
        <w:spacing w:after="20" w:line="276" w:lineRule="auto"/>
        <w:ind w:left="720" w:hanging="720"/>
      </w:pPr>
      <w:r>
        <w:rPr>
          <w:sz w:val="18"/>
        </w:rPr>
        <w:t>10. February 12, 1986  General public  (500)</w:t>
      </w:r>
    </w:p>
    <w:p w14:paraId="70B7D15B" w14:textId="77777777" w:rsidR="00292B2B" w:rsidRDefault="00757BA4">
      <w:pPr>
        <w:spacing w:after="20" w:line="276" w:lineRule="auto"/>
        <w:ind w:left="720" w:hanging="720"/>
      </w:pPr>
      <w:r>
        <w:rPr>
          <w:sz w:val="18"/>
        </w:rPr>
        <w:t>*11. June 3, 1986  Portage Caledonia and Lewiston Schools  (250)</w:t>
      </w:r>
    </w:p>
    <w:p w14:paraId="56E7908F" w14:textId="77777777" w:rsidR="00292B2B" w:rsidRDefault="00757BA4">
      <w:pPr>
        <w:spacing w:after="20" w:line="276" w:lineRule="auto"/>
        <w:ind w:left="720" w:hanging="720"/>
      </w:pPr>
      <w:r>
        <w:rPr>
          <w:sz w:val="18"/>
        </w:rPr>
        <w:t>12. July 11, 1986  College for Kids  (350)</w:t>
      </w:r>
    </w:p>
    <w:p w14:paraId="0CA1AB93" w14:textId="77777777" w:rsidR="00292B2B" w:rsidRDefault="00757BA4">
      <w:pPr>
        <w:spacing w:after="20" w:line="276" w:lineRule="auto"/>
        <w:ind w:left="720" w:hanging="720"/>
      </w:pPr>
      <w:r>
        <w:rPr>
          <w:sz w:val="18"/>
        </w:rPr>
        <w:t>13. February 8, 1987  General public  (500)</w:t>
      </w:r>
    </w:p>
    <w:p w14:paraId="313FCFEA" w14:textId="77777777" w:rsidR="00292B2B" w:rsidRDefault="00757BA4">
      <w:pPr>
        <w:spacing w:after="20" w:line="276" w:lineRule="auto"/>
        <w:ind w:left="720" w:hanging="720"/>
      </w:pPr>
      <w:r>
        <w:rPr>
          <w:sz w:val="18"/>
        </w:rPr>
        <w:t>14. February 11, 1987  General public  (500)</w:t>
      </w:r>
    </w:p>
    <w:p w14:paraId="78180F9B" w14:textId="77777777" w:rsidR="00292B2B" w:rsidRDefault="00757BA4">
      <w:pPr>
        <w:spacing w:after="20" w:line="276" w:lineRule="auto"/>
        <w:ind w:left="720" w:hanging="720"/>
      </w:pPr>
      <w:r>
        <w:rPr>
          <w:sz w:val="18"/>
        </w:rPr>
        <w:t>15. February 13, 1987  General public  (500)</w:t>
      </w:r>
    </w:p>
    <w:p w14:paraId="4E1BB813" w14:textId="77777777" w:rsidR="00292B2B" w:rsidRDefault="00757BA4">
      <w:pPr>
        <w:spacing w:after="20" w:line="276" w:lineRule="auto"/>
        <w:ind w:left="720" w:hanging="720"/>
      </w:pPr>
      <w:r>
        <w:rPr>
          <w:sz w:val="18"/>
        </w:rPr>
        <w:t>16. February 14, 1987  General public  (500)</w:t>
      </w:r>
    </w:p>
    <w:p w14:paraId="18719A08" w14:textId="77777777" w:rsidR="00292B2B" w:rsidRDefault="00757BA4">
      <w:pPr>
        <w:spacing w:after="20" w:line="276" w:lineRule="auto"/>
        <w:ind w:left="720" w:hanging="720"/>
      </w:pPr>
      <w:r>
        <w:rPr>
          <w:sz w:val="18"/>
        </w:rPr>
        <w:t>*17. February 15, 1987  General public  (500)</w:t>
      </w:r>
    </w:p>
    <w:p w14:paraId="592ED250" w14:textId="77777777" w:rsidR="00292B2B" w:rsidRDefault="00757BA4">
      <w:pPr>
        <w:spacing w:after="20" w:line="276" w:lineRule="auto"/>
        <w:ind w:left="720" w:hanging="720"/>
      </w:pPr>
      <w:r>
        <w:rPr>
          <w:sz w:val="18"/>
        </w:rPr>
        <w:t>18. March 2, 1987  Kenosha Unified Schools  (100)</w:t>
      </w:r>
    </w:p>
    <w:p w14:paraId="744723BF" w14:textId="77777777" w:rsidR="00292B2B" w:rsidRDefault="00757BA4">
      <w:pPr>
        <w:spacing w:after="20" w:line="276" w:lineRule="auto"/>
        <w:ind w:left="720" w:hanging="720"/>
      </w:pPr>
      <w:r>
        <w:rPr>
          <w:sz w:val="18"/>
        </w:rPr>
        <w:t>19. May 22, 1987  Spring Green St. John's School  (100)</w:t>
      </w:r>
    </w:p>
    <w:p w14:paraId="68334AAC" w14:textId="77777777" w:rsidR="00292B2B" w:rsidRDefault="00757BA4">
      <w:pPr>
        <w:spacing w:after="20" w:line="276" w:lineRule="auto"/>
        <w:ind w:left="720" w:hanging="720"/>
      </w:pPr>
      <w:r>
        <w:rPr>
          <w:sz w:val="18"/>
        </w:rPr>
        <w:t>20. July 10, 1987  College for Kids  (300)</w:t>
      </w:r>
    </w:p>
    <w:p w14:paraId="12C4A518" w14:textId="77777777" w:rsidR="00292B2B" w:rsidRDefault="00757BA4">
      <w:pPr>
        <w:spacing w:after="20" w:line="276" w:lineRule="auto"/>
        <w:ind w:left="720" w:hanging="720"/>
      </w:pPr>
      <w:r>
        <w:rPr>
          <w:sz w:val="18"/>
        </w:rPr>
        <w:t>21. July 10, 1987  University of Illinois Upward Bound  (50)</w:t>
      </w:r>
    </w:p>
    <w:p w14:paraId="1CFE3FD2" w14:textId="77777777" w:rsidR="00292B2B" w:rsidRDefault="00757BA4">
      <w:pPr>
        <w:spacing w:after="20" w:line="276" w:lineRule="auto"/>
        <w:ind w:left="720" w:hanging="720"/>
      </w:pPr>
      <w:r>
        <w:rPr>
          <w:sz w:val="18"/>
        </w:rPr>
        <w:t>22. November 13, 1987  Madison high school minorities  (150)</w:t>
      </w:r>
    </w:p>
    <w:p w14:paraId="60E3144F" w14:textId="77777777" w:rsidR="00292B2B" w:rsidRDefault="00757BA4">
      <w:pPr>
        <w:spacing w:after="20" w:line="276" w:lineRule="auto"/>
        <w:ind w:left="720" w:hanging="720"/>
      </w:pPr>
      <w:r>
        <w:rPr>
          <w:sz w:val="18"/>
        </w:rPr>
        <w:t>23. January 7, 1988  Madison Gompers Elementary School  (300)</w:t>
      </w:r>
    </w:p>
    <w:p w14:paraId="028EFD4F" w14:textId="77777777" w:rsidR="00292B2B" w:rsidRDefault="00757BA4">
      <w:pPr>
        <w:spacing w:after="20" w:line="276" w:lineRule="auto"/>
        <w:ind w:left="720" w:hanging="720"/>
      </w:pPr>
      <w:r>
        <w:rPr>
          <w:sz w:val="18"/>
        </w:rPr>
        <w:t>24. February 14, 1988  General public  (350)</w:t>
      </w:r>
    </w:p>
    <w:p w14:paraId="429874AC" w14:textId="77777777" w:rsidR="00292B2B" w:rsidRDefault="00757BA4">
      <w:pPr>
        <w:spacing w:after="20" w:line="276" w:lineRule="auto"/>
        <w:ind w:left="720" w:hanging="720"/>
      </w:pPr>
      <w:r>
        <w:rPr>
          <w:sz w:val="18"/>
        </w:rPr>
        <w:t>25. February 14, 1988  General public  (350)</w:t>
      </w:r>
    </w:p>
    <w:p w14:paraId="6DC0D46F" w14:textId="77777777" w:rsidR="00292B2B" w:rsidRDefault="00757BA4">
      <w:pPr>
        <w:spacing w:after="20" w:line="276" w:lineRule="auto"/>
        <w:ind w:left="720" w:hanging="720"/>
      </w:pPr>
      <w:r>
        <w:rPr>
          <w:sz w:val="18"/>
        </w:rPr>
        <w:t>26. February 20, 1988  General public  (350)</w:t>
      </w:r>
    </w:p>
    <w:p w14:paraId="19A29106" w14:textId="77777777" w:rsidR="00292B2B" w:rsidRDefault="00757BA4">
      <w:pPr>
        <w:spacing w:after="20" w:line="276" w:lineRule="auto"/>
        <w:ind w:left="720" w:hanging="720"/>
      </w:pPr>
      <w:r>
        <w:rPr>
          <w:sz w:val="18"/>
        </w:rPr>
        <w:t>27. February 20, 1988  General public  (350)</w:t>
      </w:r>
    </w:p>
    <w:p w14:paraId="0CA25FD6" w14:textId="77777777" w:rsidR="00292B2B" w:rsidRDefault="00757BA4">
      <w:pPr>
        <w:spacing w:after="20" w:line="276" w:lineRule="auto"/>
        <w:ind w:left="720" w:hanging="720"/>
      </w:pPr>
      <w:r>
        <w:rPr>
          <w:sz w:val="18"/>
        </w:rPr>
        <w:t>*28. February 21, 1988  General public  (350)</w:t>
      </w:r>
    </w:p>
    <w:p w14:paraId="4C434140" w14:textId="77777777" w:rsidR="00292B2B" w:rsidRDefault="00757BA4">
      <w:pPr>
        <w:spacing w:after="20" w:line="276" w:lineRule="auto"/>
        <w:ind w:left="720" w:hanging="720"/>
      </w:pPr>
      <w:r>
        <w:rPr>
          <w:sz w:val="18"/>
        </w:rPr>
        <w:t>29. February 21, 1988  General public  (400)</w:t>
      </w:r>
    </w:p>
    <w:p w14:paraId="4B2B0A0B" w14:textId="77777777" w:rsidR="00292B2B" w:rsidRDefault="00757BA4">
      <w:pPr>
        <w:spacing w:after="20" w:line="276" w:lineRule="auto"/>
        <w:ind w:left="720" w:hanging="720"/>
      </w:pPr>
      <w:r>
        <w:rPr>
          <w:sz w:val="18"/>
        </w:rPr>
        <w:t>30. February 26, 1988  Junior Science Symposium  (250)</w:t>
      </w:r>
    </w:p>
    <w:p w14:paraId="4D2D2103" w14:textId="77777777" w:rsidR="00292B2B" w:rsidRDefault="00757BA4">
      <w:pPr>
        <w:spacing w:after="20" w:line="276" w:lineRule="auto"/>
        <w:ind w:left="720" w:hanging="720"/>
      </w:pPr>
      <w:r>
        <w:rPr>
          <w:sz w:val="18"/>
        </w:rPr>
        <w:t>31. February 29, 1988  Kenosha Unified Schools  (100)</w:t>
      </w:r>
    </w:p>
    <w:p w14:paraId="575841D6" w14:textId="77777777" w:rsidR="00292B2B" w:rsidRDefault="00757BA4">
      <w:pPr>
        <w:spacing w:after="20" w:line="276" w:lineRule="auto"/>
        <w:ind w:left="720" w:hanging="720"/>
      </w:pPr>
      <w:r>
        <w:rPr>
          <w:sz w:val="18"/>
        </w:rPr>
        <w:t>32. June 2, 1988  Wisconsin Dells Elementary School  (150)</w:t>
      </w:r>
    </w:p>
    <w:p w14:paraId="6FE28F19" w14:textId="77777777" w:rsidR="00292B2B" w:rsidRDefault="00757BA4">
      <w:pPr>
        <w:spacing w:after="20" w:line="276" w:lineRule="auto"/>
        <w:ind w:left="720" w:hanging="720"/>
      </w:pPr>
      <w:r>
        <w:rPr>
          <w:sz w:val="18"/>
        </w:rPr>
        <w:t>33. June 24, 198  Summer Music Clinic  (350)</w:t>
      </w:r>
    </w:p>
    <w:p w14:paraId="6198A28C" w14:textId="77777777" w:rsidR="00292B2B" w:rsidRDefault="00757BA4">
      <w:pPr>
        <w:spacing w:after="20" w:line="276" w:lineRule="auto"/>
        <w:ind w:left="720" w:hanging="720"/>
      </w:pPr>
      <w:r>
        <w:rPr>
          <w:sz w:val="18"/>
        </w:rPr>
        <w:t>*34. June 24, 1988  Summer Music Clinic  (300)</w:t>
      </w:r>
    </w:p>
    <w:p w14:paraId="37A0C76D" w14:textId="77777777" w:rsidR="00292B2B" w:rsidRDefault="00757BA4">
      <w:pPr>
        <w:spacing w:after="20" w:line="276" w:lineRule="auto"/>
        <w:ind w:left="720" w:hanging="720"/>
      </w:pPr>
      <w:r>
        <w:rPr>
          <w:sz w:val="18"/>
        </w:rPr>
        <w:t>35. July 7, 1988  College Access Program  (100)</w:t>
      </w:r>
    </w:p>
    <w:p w14:paraId="2E0F7006" w14:textId="77777777" w:rsidR="00292B2B" w:rsidRDefault="00757BA4">
      <w:pPr>
        <w:spacing w:after="20" w:line="276" w:lineRule="auto"/>
        <w:ind w:left="720" w:hanging="720"/>
      </w:pPr>
      <w:r>
        <w:rPr>
          <w:sz w:val="18"/>
        </w:rPr>
        <w:t>36. July 8, 1988  College for Kids  (300)</w:t>
      </w:r>
    </w:p>
    <w:p w14:paraId="21495E56" w14:textId="77777777" w:rsidR="00292B2B" w:rsidRDefault="00757BA4">
      <w:pPr>
        <w:spacing w:after="20" w:line="276" w:lineRule="auto"/>
        <w:ind w:left="720" w:hanging="720"/>
      </w:pPr>
      <w:r>
        <w:rPr>
          <w:sz w:val="18"/>
        </w:rPr>
        <w:t>37. January 12, 1989  Cherokee, Lincoln and Leopold Schools  (350)</w:t>
      </w:r>
    </w:p>
    <w:p w14:paraId="16B4E003" w14:textId="77777777" w:rsidR="00292B2B" w:rsidRDefault="00757BA4">
      <w:pPr>
        <w:spacing w:after="20" w:line="276" w:lineRule="auto"/>
        <w:ind w:left="720" w:hanging="720"/>
      </w:pPr>
      <w:r>
        <w:rPr>
          <w:sz w:val="18"/>
        </w:rPr>
        <w:t>38. February 12, 1989  General public  (350)</w:t>
      </w:r>
    </w:p>
    <w:p w14:paraId="3402939B" w14:textId="77777777" w:rsidR="00292B2B" w:rsidRDefault="00757BA4">
      <w:pPr>
        <w:spacing w:after="20" w:line="276" w:lineRule="auto"/>
        <w:ind w:left="720" w:hanging="720"/>
      </w:pPr>
      <w:r>
        <w:rPr>
          <w:sz w:val="18"/>
        </w:rPr>
        <w:t>39. February 12, 1989  General public  (350)</w:t>
      </w:r>
    </w:p>
    <w:p w14:paraId="61E563D8" w14:textId="77777777" w:rsidR="00292B2B" w:rsidRDefault="00757BA4">
      <w:pPr>
        <w:spacing w:after="20" w:line="276" w:lineRule="auto"/>
        <w:ind w:left="720" w:hanging="720"/>
      </w:pPr>
      <w:r>
        <w:rPr>
          <w:sz w:val="18"/>
        </w:rPr>
        <w:t>40. February 18, 1989  General public  (350)</w:t>
      </w:r>
    </w:p>
    <w:p w14:paraId="38343AB3" w14:textId="77777777" w:rsidR="00292B2B" w:rsidRDefault="00757BA4">
      <w:pPr>
        <w:spacing w:after="20" w:line="276" w:lineRule="auto"/>
        <w:ind w:left="720" w:hanging="720"/>
      </w:pPr>
      <w:r>
        <w:rPr>
          <w:sz w:val="18"/>
        </w:rPr>
        <w:t>41. February 18, 1989  General public  (350)</w:t>
      </w:r>
    </w:p>
    <w:p w14:paraId="46BCA7B7" w14:textId="77777777" w:rsidR="00292B2B" w:rsidRDefault="00757BA4">
      <w:pPr>
        <w:spacing w:after="20" w:line="276" w:lineRule="auto"/>
        <w:ind w:left="720" w:hanging="720"/>
      </w:pPr>
      <w:r>
        <w:rPr>
          <w:sz w:val="18"/>
        </w:rPr>
        <w:t>*42. February 19, 1989  General public  (350)</w:t>
      </w:r>
    </w:p>
    <w:p w14:paraId="4E7AE448" w14:textId="77777777" w:rsidR="00292B2B" w:rsidRDefault="00757BA4">
      <w:pPr>
        <w:spacing w:after="20" w:line="276" w:lineRule="auto"/>
        <w:ind w:left="720" w:hanging="720"/>
      </w:pPr>
      <w:r>
        <w:rPr>
          <w:sz w:val="18"/>
        </w:rPr>
        <w:t>43. February 19, 1989  General public  (400)</w:t>
      </w:r>
    </w:p>
    <w:p w14:paraId="5B947EF6" w14:textId="77777777" w:rsidR="00292B2B" w:rsidRDefault="00757BA4">
      <w:pPr>
        <w:spacing w:after="20" w:line="276" w:lineRule="auto"/>
        <w:ind w:left="720" w:hanging="720"/>
      </w:pPr>
      <w:r>
        <w:rPr>
          <w:sz w:val="18"/>
        </w:rPr>
        <w:t>44. May 26, 1989  Spring Green St. John's School  (50)</w:t>
      </w:r>
    </w:p>
    <w:p w14:paraId="6AD79747" w14:textId="77777777" w:rsidR="00292B2B" w:rsidRDefault="00757BA4">
      <w:pPr>
        <w:spacing w:after="20" w:line="276" w:lineRule="auto"/>
        <w:ind w:left="720" w:hanging="720"/>
      </w:pPr>
      <w:r>
        <w:rPr>
          <w:sz w:val="18"/>
        </w:rPr>
        <w:t>45. July 14, 1989  College for Kids elementary  (300)</w:t>
      </w:r>
    </w:p>
    <w:p w14:paraId="6BD37EEB" w14:textId="77777777" w:rsidR="00292B2B" w:rsidRDefault="00757BA4">
      <w:pPr>
        <w:spacing w:after="20" w:line="276" w:lineRule="auto"/>
        <w:ind w:left="720" w:hanging="720"/>
      </w:pPr>
      <w:r>
        <w:rPr>
          <w:sz w:val="18"/>
        </w:rPr>
        <w:t>46. July 14, 1989  College for Kids middle school  (300)</w:t>
      </w:r>
    </w:p>
    <w:p w14:paraId="2BB8EE97" w14:textId="77777777" w:rsidR="00292B2B" w:rsidRDefault="00757BA4">
      <w:pPr>
        <w:spacing w:after="20" w:line="276" w:lineRule="auto"/>
        <w:ind w:left="720" w:hanging="720"/>
      </w:pPr>
      <w:r>
        <w:rPr>
          <w:sz w:val="18"/>
        </w:rPr>
        <w:t>47. January 10, 1990  Randall and Shorewood elementary  (350)</w:t>
      </w:r>
    </w:p>
    <w:p w14:paraId="70A5DC03" w14:textId="77777777" w:rsidR="00292B2B" w:rsidRDefault="00757BA4">
      <w:pPr>
        <w:spacing w:after="20" w:line="276" w:lineRule="auto"/>
        <w:ind w:left="720" w:hanging="720"/>
      </w:pPr>
      <w:r>
        <w:rPr>
          <w:sz w:val="18"/>
        </w:rPr>
        <w:t>48. January 12, 1990  Lincoln and Randall elementary  (400)</w:t>
      </w:r>
    </w:p>
    <w:p w14:paraId="25F65208" w14:textId="77777777" w:rsidR="00292B2B" w:rsidRDefault="00757BA4">
      <w:pPr>
        <w:spacing w:after="20" w:line="276" w:lineRule="auto"/>
        <w:ind w:left="720" w:hanging="720"/>
      </w:pPr>
      <w:r>
        <w:rPr>
          <w:sz w:val="18"/>
        </w:rPr>
        <w:t>49. February 11, 1990  General public  (400)</w:t>
      </w:r>
    </w:p>
    <w:p w14:paraId="75B5C8F5" w14:textId="77777777" w:rsidR="00292B2B" w:rsidRDefault="00757BA4">
      <w:pPr>
        <w:spacing w:after="20" w:line="276" w:lineRule="auto"/>
        <w:ind w:left="720" w:hanging="720"/>
      </w:pPr>
      <w:r>
        <w:rPr>
          <w:sz w:val="18"/>
        </w:rPr>
        <w:t>50. February 11, 1990  General public  (350)</w:t>
      </w:r>
    </w:p>
    <w:p w14:paraId="59EB46DA" w14:textId="77777777" w:rsidR="00292B2B" w:rsidRDefault="00757BA4">
      <w:pPr>
        <w:spacing w:after="20" w:line="276" w:lineRule="auto"/>
        <w:ind w:left="720" w:hanging="720"/>
      </w:pPr>
      <w:r>
        <w:rPr>
          <w:sz w:val="18"/>
        </w:rPr>
        <w:t>51. February 17, 1990  General public  (400)</w:t>
      </w:r>
    </w:p>
    <w:p w14:paraId="320A101C" w14:textId="77777777" w:rsidR="00292B2B" w:rsidRDefault="00757BA4">
      <w:pPr>
        <w:spacing w:after="20" w:line="276" w:lineRule="auto"/>
        <w:ind w:left="720" w:hanging="720"/>
      </w:pPr>
      <w:r>
        <w:rPr>
          <w:sz w:val="18"/>
        </w:rPr>
        <w:t>52. February 17, 1990  General public  (350)</w:t>
      </w:r>
    </w:p>
    <w:p w14:paraId="4718BFC3" w14:textId="77777777" w:rsidR="00292B2B" w:rsidRDefault="00757BA4">
      <w:pPr>
        <w:spacing w:after="20" w:line="276" w:lineRule="auto"/>
        <w:ind w:left="720" w:hanging="720"/>
      </w:pPr>
      <w:r>
        <w:rPr>
          <w:sz w:val="18"/>
        </w:rPr>
        <w:t>53. February 18, 1990  General public  (400)</w:t>
      </w:r>
    </w:p>
    <w:p w14:paraId="1B818185" w14:textId="77777777" w:rsidR="00292B2B" w:rsidRDefault="00757BA4">
      <w:pPr>
        <w:spacing w:after="20" w:line="276" w:lineRule="auto"/>
        <w:ind w:left="720" w:hanging="720"/>
      </w:pPr>
      <w:r>
        <w:rPr>
          <w:sz w:val="18"/>
        </w:rPr>
        <w:t>*54. February 18, 1990  General public  (350)</w:t>
      </w:r>
    </w:p>
    <w:p w14:paraId="52529173" w14:textId="77777777" w:rsidR="00292B2B" w:rsidRDefault="00757BA4">
      <w:pPr>
        <w:spacing w:after="20" w:line="276" w:lineRule="auto"/>
        <w:ind w:left="720" w:hanging="720"/>
      </w:pPr>
      <w:r>
        <w:rPr>
          <w:sz w:val="18"/>
        </w:rPr>
        <w:t>55. February 28, 1990  Junior Science Symposium  (200)</w:t>
      </w:r>
    </w:p>
    <w:p w14:paraId="44A2C337" w14:textId="77777777" w:rsidR="00292B2B" w:rsidRDefault="00757BA4">
      <w:pPr>
        <w:spacing w:after="20" w:line="276" w:lineRule="auto"/>
        <w:ind w:left="720" w:hanging="720"/>
      </w:pPr>
      <w:r>
        <w:rPr>
          <w:sz w:val="18"/>
        </w:rPr>
        <w:t>56. March 20, 1990  Brooklyn Elementary  (300)</w:t>
      </w:r>
    </w:p>
    <w:p w14:paraId="3327F809" w14:textId="77777777" w:rsidR="00292B2B" w:rsidRDefault="00757BA4">
      <w:pPr>
        <w:spacing w:after="20" w:line="276" w:lineRule="auto"/>
        <w:ind w:left="720" w:hanging="720"/>
      </w:pPr>
      <w:r>
        <w:rPr>
          <w:sz w:val="18"/>
        </w:rPr>
        <w:t>57. March 20, 1990  Oregon Middle School  (350)</w:t>
      </w:r>
    </w:p>
    <w:p w14:paraId="1F63500E" w14:textId="77777777" w:rsidR="00292B2B" w:rsidRDefault="00757BA4">
      <w:pPr>
        <w:spacing w:after="20" w:line="276" w:lineRule="auto"/>
        <w:ind w:left="720" w:hanging="720"/>
      </w:pPr>
      <w:r>
        <w:rPr>
          <w:sz w:val="18"/>
        </w:rPr>
        <w:t>58. May 21, 1990  Talent Search (Middle School)  (300)</w:t>
      </w:r>
    </w:p>
    <w:p w14:paraId="4002FA4F" w14:textId="77777777" w:rsidR="00292B2B" w:rsidRDefault="00757BA4">
      <w:pPr>
        <w:spacing w:after="20" w:line="276" w:lineRule="auto"/>
        <w:ind w:left="720" w:hanging="720"/>
      </w:pPr>
      <w:r>
        <w:rPr>
          <w:sz w:val="18"/>
        </w:rPr>
        <w:t>59. June 6, 1990  Edgewood Elementary  (100)</w:t>
      </w:r>
    </w:p>
    <w:p w14:paraId="4D497EA4" w14:textId="77777777" w:rsidR="00292B2B" w:rsidRDefault="00757BA4">
      <w:pPr>
        <w:spacing w:after="20" w:line="276" w:lineRule="auto"/>
        <w:ind w:left="720" w:hanging="720"/>
      </w:pPr>
      <w:r>
        <w:rPr>
          <w:sz w:val="18"/>
        </w:rPr>
        <w:t>60. July 13, 1990  College for Kids  (300)</w:t>
      </w:r>
    </w:p>
    <w:p w14:paraId="178C4088" w14:textId="77777777" w:rsidR="00292B2B" w:rsidRDefault="00757BA4">
      <w:pPr>
        <w:spacing w:after="20" w:line="276" w:lineRule="auto"/>
        <w:ind w:left="720" w:hanging="720"/>
      </w:pPr>
      <w:r>
        <w:rPr>
          <w:sz w:val="18"/>
        </w:rPr>
        <w:t>61. November 3, 1990  Freshmen Parents  (200)</w:t>
      </w:r>
    </w:p>
    <w:p w14:paraId="7A946AE8" w14:textId="77777777" w:rsidR="00292B2B" w:rsidRDefault="00757BA4">
      <w:pPr>
        <w:spacing w:after="20" w:line="276" w:lineRule="auto"/>
        <w:ind w:left="720" w:hanging="720"/>
      </w:pPr>
      <w:r>
        <w:rPr>
          <w:sz w:val="18"/>
        </w:rPr>
        <w:t>62. November 3, 1990  Freshmen Parents  (150)</w:t>
      </w:r>
    </w:p>
    <w:p w14:paraId="2AD64DC1" w14:textId="77777777" w:rsidR="00292B2B" w:rsidRDefault="00757BA4">
      <w:pPr>
        <w:spacing w:after="20" w:line="276" w:lineRule="auto"/>
        <w:ind w:left="720" w:hanging="720"/>
      </w:pPr>
      <w:r>
        <w:rPr>
          <w:sz w:val="18"/>
        </w:rPr>
        <w:t>63. February 10, 1991  General public  (350)</w:t>
      </w:r>
    </w:p>
    <w:p w14:paraId="7A71A82C" w14:textId="77777777" w:rsidR="00292B2B" w:rsidRDefault="00757BA4">
      <w:pPr>
        <w:spacing w:after="20" w:line="276" w:lineRule="auto"/>
        <w:ind w:left="720" w:hanging="720"/>
      </w:pPr>
      <w:r>
        <w:rPr>
          <w:sz w:val="18"/>
        </w:rPr>
        <w:t>64. February 10, 1991  General public  (350)</w:t>
      </w:r>
    </w:p>
    <w:p w14:paraId="754D8FA0" w14:textId="77777777" w:rsidR="00292B2B" w:rsidRDefault="00757BA4">
      <w:pPr>
        <w:spacing w:after="20" w:line="276" w:lineRule="auto"/>
        <w:ind w:left="720" w:hanging="720"/>
      </w:pPr>
      <w:r>
        <w:rPr>
          <w:sz w:val="18"/>
        </w:rPr>
        <w:t>65. February 16, 1991  General public  (350)</w:t>
      </w:r>
    </w:p>
    <w:p w14:paraId="3B8BDFD7" w14:textId="77777777" w:rsidR="00292B2B" w:rsidRDefault="00757BA4">
      <w:pPr>
        <w:spacing w:after="20" w:line="276" w:lineRule="auto"/>
        <w:ind w:left="720" w:hanging="720"/>
      </w:pPr>
      <w:r>
        <w:rPr>
          <w:sz w:val="18"/>
        </w:rPr>
        <w:t>66. February 16, 1991  General public  (350)</w:t>
      </w:r>
    </w:p>
    <w:p w14:paraId="0017188C" w14:textId="77777777" w:rsidR="00292B2B" w:rsidRDefault="00757BA4">
      <w:pPr>
        <w:spacing w:after="20" w:line="276" w:lineRule="auto"/>
        <w:ind w:left="720" w:hanging="720"/>
      </w:pPr>
      <w:r>
        <w:rPr>
          <w:sz w:val="18"/>
        </w:rPr>
        <w:t>*67. February 17, 1991  General public  (350)</w:t>
      </w:r>
    </w:p>
    <w:p w14:paraId="11155362" w14:textId="77777777" w:rsidR="00292B2B" w:rsidRDefault="00757BA4">
      <w:pPr>
        <w:spacing w:after="20" w:line="276" w:lineRule="auto"/>
        <w:ind w:left="720" w:hanging="720"/>
      </w:pPr>
      <w:r>
        <w:rPr>
          <w:sz w:val="18"/>
        </w:rPr>
        <w:t>68. February 17, 1991  General public  (350)</w:t>
      </w:r>
    </w:p>
    <w:p w14:paraId="7A2C83A2" w14:textId="77777777" w:rsidR="00292B2B" w:rsidRDefault="00757BA4">
      <w:pPr>
        <w:spacing w:after="20" w:line="276" w:lineRule="auto"/>
        <w:ind w:left="720" w:hanging="720"/>
      </w:pPr>
      <w:r>
        <w:rPr>
          <w:sz w:val="18"/>
        </w:rPr>
        <w:t>69. March 16, 1991  Families and Students Together  (200)</w:t>
      </w:r>
    </w:p>
    <w:p w14:paraId="18C2CBB8" w14:textId="77777777" w:rsidR="00292B2B" w:rsidRDefault="00757BA4">
      <w:pPr>
        <w:spacing w:after="20" w:line="276" w:lineRule="auto"/>
        <w:ind w:left="720" w:hanging="720"/>
      </w:pPr>
      <w:r>
        <w:rPr>
          <w:sz w:val="18"/>
        </w:rPr>
        <w:t>70. July 12, 1991  College for Kids  (300)</w:t>
      </w:r>
    </w:p>
    <w:p w14:paraId="040E0878" w14:textId="77777777" w:rsidR="00292B2B" w:rsidRDefault="00757BA4">
      <w:pPr>
        <w:spacing w:after="20" w:line="276" w:lineRule="auto"/>
        <w:ind w:left="720" w:hanging="720"/>
      </w:pPr>
      <w:r>
        <w:rPr>
          <w:sz w:val="18"/>
        </w:rPr>
        <w:t>71. July 31, 1991  Senior Guest Students  (200)</w:t>
      </w:r>
    </w:p>
    <w:p w14:paraId="2967A708" w14:textId="77777777" w:rsidR="00292B2B" w:rsidRDefault="00757BA4">
      <w:pPr>
        <w:spacing w:after="20" w:line="276" w:lineRule="auto"/>
        <w:ind w:left="720" w:hanging="720"/>
      </w:pPr>
      <w:r>
        <w:rPr>
          <w:sz w:val="18"/>
        </w:rPr>
        <w:t>72. November 22, 1991  General public (Fairfield, CT)  (300)</w:t>
      </w:r>
    </w:p>
    <w:p w14:paraId="087FA3AB" w14:textId="77777777" w:rsidR="00292B2B" w:rsidRDefault="00757BA4">
      <w:pPr>
        <w:spacing w:after="20" w:line="276" w:lineRule="auto"/>
        <w:ind w:left="720" w:hanging="720"/>
      </w:pPr>
      <w:r>
        <w:rPr>
          <w:sz w:val="18"/>
        </w:rPr>
        <w:t>73. February 16, 1992  General public  (350)</w:t>
      </w:r>
    </w:p>
    <w:p w14:paraId="23B68EB8" w14:textId="77777777" w:rsidR="00292B2B" w:rsidRDefault="00757BA4">
      <w:pPr>
        <w:spacing w:after="20" w:line="276" w:lineRule="auto"/>
        <w:ind w:left="720" w:hanging="720"/>
      </w:pPr>
      <w:r>
        <w:rPr>
          <w:sz w:val="18"/>
        </w:rPr>
        <w:t>74. February 16, 1992  General public  (250)</w:t>
      </w:r>
    </w:p>
    <w:p w14:paraId="2D8DFA24" w14:textId="77777777" w:rsidR="00292B2B" w:rsidRDefault="00757BA4">
      <w:pPr>
        <w:spacing w:after="20" w:line="276" w:lineRule="auto"/>
        <w:ind w:left="720" w:hanging="720"/>
      </w:pPr>
      <w:r>
        <w:rPr>
          <w:sz w:val="18"/>
        </w:rPr>
        <w:t>75. February 22, 1992  General public  (350)</w:t>
      </w:r>
    </w:p>
    <w:p w14:paraId="3AC213FD" w14:textId="77777777" w:rsidR="00292B2B" w:rsidRDefault="00757BA4">
      <w:pPr>
        <w:spacing w:after="20" w:line="276" w:lineRule="auto"/>
        <w:ind w:left="720" w:hanging="720"/>
      </w:pPr>
      <w:r>
        <w:rPr>
          <w:sz w:val="18"/>
        </w:rPr>
        <w:t>76. February 22, 1992  General public  (350)</w:t>
      </w:r>
    </w:p>
    <w:p w14:paraId="4285B3BE" w14:textId="77777777" w:rsidR="00292B2B" w:rsidRDefault="00757BA4">
      <w:pPr>
        <w:spacing w:after="20" w:line="276" w:lineRule="auto"/>
        <w:ind w:left="720" w:hanging="720"/>
      </w:pPr>
      <w:r>
        <w:rPr>
          <w:sz w:val="18"/>
        </w:rPr>
        <w:t>*77. February 23, 1992  General public  (350)</w:t>
      </w:r>
    </w:p>
    <w:p w14:paraId="1E4D49E8" w14:textId="77777777" w:rsidR="00292B2B" w:rsidRDefault="00757BA4">
      <w:pPr>
        <w:spacing w:after="20" w:line="276" w:lineRule="auto"/>
        <w:ind w:left="720" w:hanging="720"/>
      </w:pPr>
      <w:r>
        <w:rPr>
          <w:sz w:val="18"/>
        </w:rPr>
        <w:t>78. February 23, 1992  General public  (350)</w:t>
      </w:r>
    </w:p>
    <w:p w14:paraId="16190082" w14:textId="77777777" w:rsidR="00292B2B" w:rsidRDefault="00757BA4">
      <w:pPr>
        <w:spacing w:after="20" w:line="276" w:lineRule="auto"/>
        <w:ind w:left="720" w:hanging="720"/>
      </w:pPr>
      <w:r>
        <w:rPr>
          <w:sz w:val="18"/>
        </w:rPr>
        <w:t>79. May 20, 1992  Verona Middle School  (130)</w:t>
      </w:r>
    </w:p>
    <w:p w14:paraId="583529AE" w14:textId="77777777" w:rsidR="00292B2B" w:rsidRDefault="00757BA4">
      <w:pPr>
        <w:spacing w:after="20" w:line="276" w:lineRule="auto"/>
        <w:ind w:left="720" w:hanging="720"/>
      </w:pPr>
      <w:r>
        <w:rPr>
          <w:sz w:val="18"/>
        </w:rPr>
        <w:t>80. June 24, 1992  Alumni University  (200)</w:t>
      </w:r>
    </w:p>
    <w:p w14:paraId="0A8CE9BB" w14:textId="77777777" w:rsidR="00292B2B" w:rsidRDefault="00757BA4">
      <w:pPr>
        <w:spacing w:after="20" w:line="276" w:lineRule="auto"/>
        <w:ind w:left="720" w:hanging="720"/>
      </w:pPr>
      <w:r>
        <w:rPr>
          <w:sz w:val="18"/>
        </w:rPr>
        <w:t>81. February 14, 1993  General public  (350)</w:t>
      </w:r>
    </w:p>
    <w:p w14:paraId="5AEF6587" w14:textId="77777777" w:rsidR="00292B2B" w:rsidRDefault="00757BA4">
      <w:pPr>
        <w:spacing w:after="20" w:line="276" w:lineRule="auto"/>
        <w:ind w:left="720" w:hanging="720"/>
      </w:pPr>
      <w:r>
        <w:rPr>
          <w:sz w:val="18"/>
        </w:rPr>
        <w:t>82. February 14, 1993  General public  (350)</w:t>
      </w:r>
    </w:p>
    <w:p w14:paraId="2D16C788" w14:textId="77777777" w:rsidR="00292B2B" w:rsidRDefault="00757BA4">
      <w:pPr>
        <w:spacing w:after="20" w:line="276" w:lineRule="auto"/>
        <w:ind w:left="720" w:hanging="720"/>
      </w:pPr>
      <w:r>
        <w:rPr>
          <w:sz w:val="18"/>
        </w:rPr>
        <w:t>83. February 20, 1993  General public  (350)</w:t>
      </w:r>
    </w:p>
    <w:p w14:paraId="5DF17DED" w14:textId="77777777" w:rsidR="00292B2B" w:rsidRDefault="00757BA4">
      <w:pPr>
        <w:spacing w:after="20" w:line="276" w:lineRule="auto"/>
        <w:ind w:left="720" w:hanging="720"/>
      </w:pPr>
      <w:r>
        <w:rPr>
          <w:sz w:val="18"/>
        </w:rPr>
        <w:t>84. February 20, 1993  General public  (350)</w:t>
      </w:r>
    </w:p>
    <w:p w14:paraId="1478DEEB" w14:textId="77777777" w:rsidR="00292B2B" w:rsidRDefault="00757BA4">
      <w:pPr>
        <w:spacing w:after="20" w:line="276" w:lineRule="auto"/>
        <w:ind w:left="720" w:hanging="720"/>
      </w:pPr>
      <w:r>
        <w:rPr>
          <w:sz w:val="18"/>
        </w:rPr>
        <w:t>85. February 21, 1993  General public  (300)</w:t>
      </w:r>
    </w:p>
    <w:p w14:paraId="7C0C8D79" w14:textId="77777777" w:rsidR="00292B2B" w:rsidRDefault="00757BA4">
      <w:pPr>
        <w:spacing w:after="20" w:line="276" w:lineRule="auto"/>
        <w:ind w:left="720" w:hanging="720"/>
      </w:pPr>
      <w:r>
        <w:rPr>
          <w:sz w:val="18"/>
        </w:rPr>
        <w:t>*86. February 21, 1993  General public  (350)</w:t>
      </w:r>
    </w:p>
    <w:p w14:paraId="089C4C54" w14:textId="77777777" w:rsidR="00292B2B" w:rsidRDefault="00757BA4">
      <w:pPr>
        <w:spacing w:after="20" w:line="276" w:lineRule="auto"/>
        <w:ind w:left="720" w:hanging="720"/>
      </w:pPr>
      <w:r>
        <w:rPr>
          <w:sz w:val="18"/>
        </w:rPr>
        <w:t>87. May 27, 1993  Academically Talented Youth  (350)</w:t>
      </w:r>
    </w:p>
    <w:p w14:paraId="6F28DF3F" w14:textId="77777777" w:rsidR="00292B2B" w:rsidRDefault="00757BA4">
      <w:pPr>
        <w:spacing w:after="20" w:line="276" w:lineRule="auto"/>
        <w:ind w:left="720" w:hanging="720"/>
      </w:pPr>
      <w:r>
        <w:rPr>
          <w:sz w:val="18"/>
        </w:rPr>
        <w:t>88. May 27, 1993  Academically Talented Youth  (350)</w:t>
      </w:r>
    </w:p>
    <w:p w14:paraId="0E095E97" w14:textId="77777777" w:rsidR="00292B2B" w:rsidRDefault="00757BA4">
      <w:pPr>
        <w:spacing w:after="20" w:line="276" w:lineRule="auto"/>
        <w:ind w:left="720" w:hanging="720"/>
      </w:pPr>
      <w:r>
        <w:rPr>
          <w:sz w:val="18"/>
        </w:rPr>
        <w:t>89. February 13, 1994  General public  (350)</w:t>
      </w:r>
    </w:p>
    <w:p w14:paraId="187E6D26" w14:textId="77777777" w:rsidR="00292B2B" w:rsidRDefault="00757BA4">
      <w:pPr>
        <w:spacing w:after="20" w:line="276" w:lineRule="auto"/>
        <w:ind w:left="720" w:hanging="720"/>
      </w:pPr>
      <w:r>
        <w:rPr>
          <w:sz w:val="18"/>
        </w:rPr>
        <w:t>90. February 13, 1994  General public  (350)</w:t>
      </w:r>
    </w:p>
    <w:p w14:paraId="452DF750" w14:textId="77777777" w:rsidR="00292B2B" w:rsidRDefault="00757BA4">
      <w:pPr>
        <w:spacing w:after="20" w:line="276" w:lineRule="auto"/>
        <w:ind w:left="720" w:hanging="720"/>
      </w:pPr>
      <w:r>
        <w:rPr>
          <w:sz w:val="18"/>
        </w:rPr>
        <w:t>91. February 19, 1994  General public  (350)</w:t>
      </w:r>
    </w:p>
    <w:p w14:paraId="0F758DDC" w14:textId="77777777" w:rsidR="00292B2B" w:rsidRDefault="00757BA4">
      <w:pPr>
        <w:spacing w:after="20" w:line="276" w:lineRule="auto"/>
        <w:ind w:left="720" w:hanging="720"/>
      </w:pPr>
      <w:r>
        <w:rPr>
          <w:sz w:val="18"/>
        </w:rPr>
        <w:t>92. February 19, 1994  General public  (350)</w:t>
      </w:r>
    </w:p>
    <w:p w14:paraId="2BCFE393" w14:textId="77777777" w:rsidR="00292B2B" w:rsidRDefault="00757BA4">
      <w:pPr>
        <w:spacing w:after="20" w:line="276" w:lineRule="auto"/>
        <w:ind w:left="720" w:hanging="720"/>
      </w:pPr>
      <w:r>
        <w:rPr>
          <w:sz w:val="18"/>
        </w:rPr>
        <w:t>93. February 20, 1994  General public  (350)</w:t>
      </w:r>
    </w:p>
    <w:p w14:paraId="615A5026" w14:textId="77777777" w:rsidR="00292B2B" w:rsidRDefault="00757BA4">
      <w:pPr>
        <w:spacing w:after="20" w:line="276" w:lineRule="auto"/>
        <w:ind w:left="720" w:hanging="720"/>
      </w:pPr>
      <w:r>
        <w:rPr>
          <w:sz w:val="18"/>
        </w:rPr>
        <w:t>94. February 20, 1994  General public  (350)</w:t>
      </w:r>
    </w:p>
    <w:p w14:paraId="60C1A229" w14:textId="77777777" w:rsidR="00292B2B" w:rsidRDefault="00757BA4">
      <w:pPr>
        <w:spacing w:after="20" w:line="276" w:lineRule="auto"/>
        <w:ind w:left="720" w:hanging="720"/>
      </w:pPr>
      <w:r>
        <w:rPr>
          <w:sz w:val="18"/>
        </w:rPr>
        <w:t>95. June 22, 1994  State 4-H Congress  (170)</w:t>
      </w:r>
    </w:p>
    <w:p w14:paraId="7F76EF5C" w14:textId="77777777" w:rsidR="00292B2B" w:rsidRDefault="00757BA4">
      <w:pPr>
        <w:spacing w:after="20" w:line="276" w:lineRule="auto"/>
        <w:ind w:left="720" w:hanging="720"/>
      </w:pPr>
      <w:r>
        <w:rPr>
          <w:sz w:val="18"/>
        </w:rPr>
        <w:t>96. July 8, 1994  College for Kids  (250)</w:t>
      </w:r>
    </w:p>
    <w:p w14:paraId="10C98EEA" w14:textId="77777777" w:rsidR="00292B2B" w:rsidRDefault="00757BA4">
      <w:pPr>
        <w:spacing w:after="20" w:line="276" w:lineRule="auto"/>
        <w:ind w:left="720" w:hanging="720"/>
      </w:pPr>
      <w:r>
        <w:rPr>
          <w:sz w:val="18"/>
        </w:rPr>
        <w:t>97. September 24, 1994  Bascom Hill Society  (150)</w:t>
      </w:r>
    </w:p>
    <w:p w14:paraId="1F7C6F77" w14:textId="77777777" w:rsidR="00292B2B" w:rsidRDefault="00757BA4">
      <w:pPr>
        <w:spacing w:after="20" w:line="276" w:lineRule="auto"/>
        <w:ind w:left="720" w:hanging="720"/>
      </w:pPr>
      <w:r>
        <w:rPr>
          <w:sz w:val="18"/>
        </w:rPr>
        <w:t>98. February 12, 1995  General public  (350)</w:t>
      </w:r>
    </w:p>
    <w:p w14:paraId="03CCF483" w14:textId="77777777" w:rsidR="00292B2B" w:rsidRDefault="00757BA4">
      <w:pPr>
        <w:spacing w:after="20" w:line="276" w:lineRule="auto"/>
        <w:ind w:left="720" w:hanging="720"/>
      </w:pPr>
      <w:r>
        <w:rPr>
          <w:sz w:val="18"/>
        </w:rPr>
        <w:t>99. February 12, 1995  General public  (300)</w:t>
      </w:r>
    </w:p>
    <w:p w14:paraId="68CCF59E" w14:textId="77777777" w:rsidR="00292B2B" w:rsidRDefault="00757BA4">
      <w:pPr>
        <w:spacing w:after="20" w:line="276" w:lineRule="auto"/>
        <w:ind w:left="720" w:hanging="720"/>
      </w:pPr>
      <w:r>
        <w:rPr>
          <w:sz w:val="18"/>
        </w:rPr>
        <w:t>100. February 18, 1995  General public  (350)</w:t>
      </w:r>
    </w:p>
    <w:p w14:paraId="19F798CD" w14:textId="77777777" w:rsidR="00292B2B" w:rsidRDefault="00757BA4">
      <w:pPr>
        <w:spacing w:after="20" w:line="276" w:lineRule="auto"/>
        <w:ind w:left="720" w:hanging="720"/>
      </w:pPr>
      <w:r>
        <w:rPr>
          <w:sz w:val="18"/>
        </w:rPr>
        <w:t>101. February 18, 1995  General public  (350)</w:t>
      </w:r>
    </w:p>
    <w:p w14:paraId="4AADA140" w14:textId="77777777" w:rsidR="00292B2B" w:rsidRDefault="00757BA4">
      <w:pPr>
        <w:spacing w:after="20" w:line="276" w:lineRule="auto"/>
        <w:ind w:left="720" w:hanging="720"/>
      </w:pPr>
      <w:r>
        <w:rPr>
          <w:sz w:val="18"/>
        </w:rPr>
        <w:t>*103. February 19, 1995  General public  (350)</w:t>
      </w:r>
    </w:p>
    <w:p w14:paraId="020FF79C" w14:textId="77777777" w:rsidR="00292B2B" w:rsidRDefault="00757BA4">
      <w:pPr>
        <w:spacing w:after="20" w:line="276" w:lineRule="auto"/>
        <w:ind w:left="720" w:hanging="720"/>
      </w:pPr>
      <w:r>
        <w:rPr>
          <w:sz w:val="18"/>
        </w:rPr>
        <w:t>104. May 24, 1995  Academically Talented Youth  (250)</w:t>
      </w:r>
    </w:p>
    <w:p w14:paraId="399AC99B" w14:textId="77777777" w:rsidR="00292B2B" w:rsidRDefault="00757BA4">
      <w:pPr>
        <w:spacing w:after="20" w:line="276" w:lineRule="auto"/>
        <w:ind w:left="720" w:hanging="720"/>
      </w:pPr>
      <w:r>
        <w:rPr>
          <w:sz w:val="18"/>
        </w:rPr>
        <w:t>105. June 21, 1995  State 4-H Congress  (180)</w:t>
      </w:r>
    </w:p>
    <w:p w14:paraId="0235000E" w14:textId="77777777" w:rsidR="00292B2B" w:rsidRDefault="00757BA4">
      <w:pPr>
        <w:spacing w:after="20" w:line="276" w:lineRule="auto"/>
        <w:ind w:left="720" w:hanging="720"/>
      </w:pPr>
      <w:r>
        <w:rPr>
          <w:sz w:val="18"/>
        </w:rPr>
        <w:t>106. July 17, 1995  College for Kids  (300)</w:t>
      </w:r>
    </w:p>
    <w:p w14:paraId="464FBACE" w14:textId="77777777" w:rsidR="00292B2B" w:rsidRDefault="00757BA4">
      <w:pPr>
        <w:spacing w:after="20" w:line="276" w:lineRule="auto"/>
        <w:ind w:left="720" w:hanging="720"/>
      </w:pPr>
      <w:r>
        <w:rPr>
          <w:sz w:val="18"/>
        </w:rPr>
        <w:t>107. February 11, 1996  General public  (400)</w:t>
      </w:r>
    </w:p>
    <w:p w14:paraId="7BBE40A2" w14:textId="77777777" w:rsidR="00292B2B" w:rsidRDefault="00757BA4">
      <w:pPr>
        <w:spacing w:after="20" w:line="276" w:lineRule="auto"/>
        <w:ind w:left="720" w:hanging="720"/>
      </w:pPr>
      <w:r>
        <w:rPr>
          <w:sz w:val="18"/>
        </w:rPr>
        <w:t>108. February 11, 1996  General public  (375)</w:t>
      </w:r>
    </w:p>
    <w:p w14:paraId="4CC288DA" w14:textId="77777777" w:rsidR="00292B2B" w:rsidRDefault="00757BA4">
      <w:pPr>
        <w:spacing w:after="20" w:line="276" w:lineRule="auto"/>
        <w:ind w:left="720" w:hanging="720"/>
      </w:pPr>
      <w:r>
        <w:rPr>
          <w:sz w:val="18"/>
        </w:rPr>
        <w:t>109. February 17, 1996  General public  (350)</w:t>
      </w:r>
    </w:p>
    <w:p w14:paraId="5E08F2BA" w14:textId="77777777" w:rsidR="00292B2B" w:rsidRDefault="00757BA4">
      <w:pPr>
        <w:spacing w:after="20" w:line="276" w:lineRule="auto"/>
        <w:ind w:left="720" w:hanging="720"/>
      </w:pPr>
      <w:r>
        <w:rPr>
          <w:sz w:val="18"/>
        </w:rPr>
        <w:t>110. February 17, 1996  General public  (350)</w:t>
      </w:r>
    </w:p>
    <w:p w14:paraId="1854BA1E" w14:textId="77777777" w:rsidR="00292B2B" w:rsidRDefault="00757BA4">
      <w:pPr>
        <w:spacing w:after="20" w:line="276" w:lineRule="auto"/>
        <w:ind w:left="720" w:hanging="720"/>
      </w:pPr>
      <w:r>
        <w:rPr>
          <w:sz w:val="18"/>
        </w:rPr>
        <w:t>111. February 18, 1996  General public  (350)</w:t>
      </w:r>
    </w:p>
    <w:p w14:paraId="0574BDA2" w14:textId="77777777" w:rsidR="00292B2B" w:rsidRDefault="00757BA4">
      <w:pPr>
        <w:spacing w:after="20" w:line="276" w:lineRule="auto"/>
        <w:ind w:left="720" w:hanging="720"/>
      </w:pPr>
      <w:r>
        <w:rPr>
          <w:sz w:val="18"/>
        </w:rPr>
        <w:t>*112. February 18, 1996  General public  (350)</w:t>
      </w:r>
    </w:p>
    <w:p w14:paraId="6A9BB42F" w14:textId="77777777" w:rsidR="00292B2B" w:rsidRDefault="00757BA4">
      <w:pPr>
        <w:spacing w:after="20" w:line="276" w:lineRule="auto"/>
        <w:ind w:left="720" w:hanging="720"/>
      </w:pPr>
      <w:r>
        <w:rPr>
          <w:sz w:val="18"/>
        </w:rPr>
        <w:t>113. July 12, 1996  College for Kids  (300)</w:t>
      </w:r>
    </w:p>
    <w:p w14:paraId="725C6216" w14:textId="77777777" w:rsidR="00292B2B" w:rsidRDefault="00757BA4">
      <w:pPr>
        <w:spacing w:after="20" w:line="276" w:lineRule="auto"/>
        <w:ind w:left="720" w:hanging="720"/>
      </w:pPr>
      <w:r>
        <w:rPr>
          <w:sz w:val="18"/>
        </w:rPr>
        <w:t>114. February 9, 1997  General public  (400)</w:t>
      </w:r>
    </w:p>
    <w:p w14:paraId="5D2BDF3A" w14:textId="77777777" w:rsidR="00292B2B" w:rsidRDefault="00757BA4">
      <w:pPr>
        <w:spacing w:after="20" w:line="276" w:lineRule="auto"/>
        <w:ind w:left="720" w:hanging="720"/>
      </w:pPr>
      <w:r>
        <w:rPr>
          <w:sz w:val="18"/>
        </w:rPr>
        <w:t>115. February 9, 1997  General public  (350)</w:t>
      </w:r>
    </w:p>
    <w:p w14:paraId="771F8A03" w14:textId="77777777" w:rsidR="00292B2B" w:rsidRDefault="00757BA4">
      <w:pPr>
        <w:spacing w:after="20" w:line="276" w:lineRule="auto"/>
        <w:ind w:left="720" w:hanging="720"/>
      </w:pPr>
      <w:r>
        <w:rPr>
          <w:sz w:val="18"/>
        </w:rPr>
        <w:t>116. February 15, 1997  General public  (400)</w:t>
      </w:r>
    </w:p>
    <w:p w14:paraId="0FFE7C0B" w14:textId="77777777" w:rsidR="00292B2B" w:rsidRDefault="00757BA4">
      <w:pPr>
        <w:spacing w:after="20" w:line="276" w:lineRule="auto"/>
        <w:ind w:left="720" w:hanging="720"/>
      </w:pPr>
      <w:r>
        <w:rPr>
          <w:sz w:val="18"/>
        </w:rPr>
        <w:t>117. February 15, 1997  General public  (350)</w:t>
      </w:r>
    </w:p>
    <w:p w14:paraId="30E97BA7" w14:textId="77777777" w:rsidR="00292B2B" w:rsidRDefault="00757BA4">
      <w:pPr>
        <w:spacing w:after="20" w:line="276" w:lineRule="auto"/>
        <w:ind w:left="720" w:hanging="720"/>
      </w:pPr>
      <w:r>
        <w:rPr>
          <w:sz w:val="18"/>
        </w:rPr>
        <w:t>118. February 16, 1997  General public  (400)</w:t>
      </w:r>
    </w:p>
    <w:p w14:paraId="08397E5A" w14:textId="77777777" w:rsidR="00292B2B" w:rsidRDefault="00757BA4">
      <w:pPr>
        <w:spacing w:after="20" w:line="276" w:lineRule="auto"/>
        <w:ind w:left="720" w:hanging="720"/>
      </w:pPr>
      <w:r>
        <w:rPr>
          <w:sz w:val="18"/>
        </w:rPr>
        <w:t>*119. February 16, 1997  General public  (350)</w:t>
      </w:r>
    </w:p>
    <w:p w14:paraId="20B0FD84" w14:textId="77777777" w:rsidR="00292B2B" w:rsidRDefault="00757BA4">
      <w:pPr>
        <w:spacing w:after="20" w:line="276" w:lineRule="auto"/>
        <w:ind w:left="720" w:hanging="720"/>
      </w:pPr>
      <w:r>
        <w:rPr>
          <w:sz w:val="18"/>
        </w:rPr>
        <w:t>120. June 25, 1977  Summer Science Institute  (100)</w:t>
      </w:r>
    </w:p>
    <w:p w14:paraId="40FA7AFC" w14:textId="77777777" w:rsidR="00292B2B" w:rsidRDefault="00757BA4">
      <w:pPr>
        <w:spacing w:after="20" w:line="276" w:lineRule="auto"/>
        <w:ind w:left="720" w:hanging="720"/>
      </w:pPr>
      <w:r>
        <w:rPr>
          <w:sz w:val="18"/>
        </w:rPr>
        <w:t>121. July 11, 1997  College for Kids  (300)</w:t>
      </w:r>
    </w:p>
    <w:p w14:paraId="644CDAB4" w14:textId="77777777" w:rsidR="00292B2B" w:rsidRDefault="00757BA4">
      <w:pPr>
        <w:spacing w:after="20" w:line="276" w:lineRule="auto"/>
        <w:ind w:left="720" w:hanging="720"/>
      </w:pPr>
      <w:r>
        <w:rPr>
          <w:sz w:val="18"/>
        </w:rPr>
        <w:t>122. February 8, 1998  General public  (350)</w:t>
      </w:r>
    </w:p>
    <w:p w14:paraId="736F1E54" w14:textId="77777777" w:rsidR="00292B2B" w:rsidRDefault="00757BA4">
      <w:pPr>
        <w:spacing w:after="20" w:line="276" w:lineRule="auto"/>
        <w:ind w:left="720" w:hanging="720"/>
      </w:pPr>
      <w:r>
        <w:rPr>
          <w:sz w:val="18"/>
        </w:rPr>
        <w:t>123. February 8, 1998  General public  (350)</w:t>
      </w:r>
    </w:p>
    <w:p w14:paraId="08EB6EC9" w14:textId="77777777" w:rsidR="00292B2B" w:rsidRDefault="00757BA4">
      <w:pPr>
        <w:spacing w:after="20" w:line="276" w:lineRule="auto"/>
        <w:ind w:left="720" w:hanging="720"/>
      </w:pPr>
      <w:r>
        <w:rPr>
          <w:sz w:val="18"/>
        </w:rPr>
        <w:t>124. February 14, 1998  General public  (350)</w:t>
      </w:r>
    </w:p>
    <w:p w14:paraId="4B05C8A5" w14:textId="77777777" w:rsidR="00292B2B" w:rsidRDefault="00757BA4">
      <w:pPr>
        <w:spacing w:after="20" w:line="276" w:lineRule="auto"/>
        <w:ind w:left="720" w:hanging="720"/>
      </w:pPr>
      <w:r>
        <w:rPr>
          <w:sz w:val="18"/>
        </w:rPr>
        <w:t>125. February 14, 1998  General public  (350)</w:t>
      </w:r>
    </w:p>
    <w:p w14:paraId="37EF418D" w14:textId="77777777" w:rsidR="00292B2B" w:rsidRDefault="00757BA4">
      <w:pPr>
        <w:spacing w:after="20" w:line="276" w:lineRule="auto"/>
        <w:ind w:left="720" w:hanging="720"/>
      </w:pPr>
      <w:r>
        <w:rPr>
          <w:sz w:val="18"/>
        </w:rPr>
        <w:t>126. February 15, 1998  General public  (350)</w:t>
      </w:r>
    </w:p>
    <w:p w14:paraId="70B28F5E" w14:textId="77777777" w:rsidR="00292B2B" w:rsidRDefault="00757BA4">
      <w:pPr>
        <w:spacing w:after="20" w:line="276" w:lineRule="auto"/>
        <w:ind w:left="720" w:hanging="720"/>
      </w:pPr>
      <w:r>
        <w:rPr>
          <w:sz w:val="18"/>
        </w:rPr>
        <w:t>*127. February 15, 1998  General public  (350)</w:t>
      </w:r>
    </w:p>
    <w:p w14:paraId="0D32FE7D" w14:textId="77777777" w:rsidR="00292B2B" w:rsidRDefault="00757BA4">
      <w:pPr>
        <w:spacing w:after="20" w:line="276" w:lineRule="auto"/>
        <w:ind w:left="720" w:hanging="720"/>
      </w:pPr>
      <w:r>
        <w:rPr>
          <w:sz w:val="18"/>
        </w:rPr>
        <w:t>128. February 14, 1999  General public  (350)</w:t>
      </w:r>
    </w:p>
    <w:p w14:paraId="7859C644" w14:textId="77777777" w:rsidR="00292B2B" w:rsidRDefault="00757BA4">
      <w:pPr>
        <w:spacing w:after="20" w:line="276" w:lineRule="auto"/>
        <w:ind w:left="720" w:hanging="720"/>
      </w:pPr>
      <w:r>
        <w:rPr>
          <w:sz w:val="18"/>
        </w:rPr>
        <w:t>129. February 14, 1999  General public  (350)</w:t>
      </w:r>
    </w:p>
    <w:p w14:paraId="27181C23" w14:textId="77777777" w:rsidR="00292B2B" w:rsidRDefault="00757BA4">
      <w:pPr>
        <w:spacing w:after="20" w:line="276" w:lineRule="auto"/>
        <w:ind w:left="720" w:hanging="720"/>
      </w:pPr>
      <w:r>
        <w:rPr>
          <w:sz w:val="18"/>
        </w:rPr>
        <w:t>130. February 20, 1999  General public  (350)</w:t>
      </w:r>
    </w:p>
    <w:p w14:paraId="62FC20E3" w14:textId="77777777" w:rsidR="00292B2B" w:rsidRDefault="00757BA4">
      <w:pPr>
        <w:spacing w:after="20" w:line="276" w:lineRule="auto"/>
        <w:ind w:left="720" w:hanging="720"/>
      </w:pPr>
      <w:r>
        <w:rPr>
          <w:sz w:val="18"/>
        </w:rPr>
        <w:t>131. February 20, 1999  General public  (350)</w:t>
      </w:r>
    </w:p>
    <w:p w14:paraId="7D868AD0" w14:textId="77777777" w:rsidR="00292B2B" w:rsidRDefault="00757BA4">
      <w:pPr>
        <w:spacing w:after="20" w:line="276" w:lineRule="auto"/>
        <w:ind w:left="720" w:hanging="720"/>
      </w:pPr>
      <w:r>
        <w:rPr>
          <w:sz w:val="18"/>
        </w:rPr>
        <w:t>132. February 21, 1999  General public  (350)</w:t>
      </w:r>
    </w:p>
    <w:p w14:paraId="2D885269" w14:textId="77777777" w:rsidR="00292B2B" w:rsidRDefault="00757BA4">
      <w:pPr>
        <w:spacing w:after="20" w:line="276" w:lineRule="auto"/>
        <w:ind w:left="720" w:hanging="720"/>
      </w:pPr>
      <w:r>
        <w:rPr>
          <w:sz w:val="18"/>
        </w:rPr>
        <w:t>*133. February 21, 1999  General public  (350)</w:t>
      </w:r>
    </w:p>
    <w:p w14:paraId="61CE61EE" w14:textId="77777777" w:rsidR="00292B2B" w:rsidRDefault="00757BA4">
      <w:pPr>
        <w:spacing w:after="20" w:line="276" w:lineRule="auto"/>
        <w:ind w:left="720" w:hanging="720"/>
      </w:pPr>
      <w:r>
        <w:rPr>
          <w:sz w:val="18"/>
        </w:rPr>
        <w:t>134. March 20, 1999  Science Fair (Billings, MT)  (500)</w:t>
      </w:r>
    </w:p>
    <w:p w14:paraId="458FD4DB" w14:textId="77777777" w:rsidR="00292B2B" w:rsidRDefault="00757BA4">
      <w:pPr>
        <w:spacing w:after="20" w:line="276" w:lineRule="auto"/>
        <w:ind w:left="720" w:hanging="720"/>
      </w:pPr>
      <w:r>
        <w:rPr>
          <w:sz w:val="18"/>
        </w:rPr>
        <w:t>135. June 16, 1999  MATC Metrology Institute  (50)</w:t>
      </w:r>
    </w:p>
    <w:p w14:paraId="39E5B6E4" w14:textId="77777777" w:rsidR="00292B2B" w:rsidRDefault="00757BA4">
      <w:pPr>
        <w:spacing w:after="20" w:line="276" w:lineRule="auto"/>
        <w:ind w:left="720" w:hanging="720"/>
      </w:pPr>
      <w:r>
        <w:rPr>
          <w:sz w:val="18"/>
        </w:rPr>
        <w:t>136. February 13, 2000  General public  (300)</w:t>
      </w:r>
    </w:p>
    <w:p w14:paraId="3CA620CB" w14:textId="77777777" w:rsidR="00292B2B" w:rsidRDefault="00757BA4">
      <w:pPr>
        <w:spacing w:after="20" w:line="276" w:lineRule="auto"/>
        <w:ind w:left="720" w:hanging="720"/>
      </w:pPr>
      <w:r>
        <w:rPr>
          <w:sz w:val="18"/>
        </w:rPr>
        <w:t>137. February 13, 2000  General public  (300)</w:t>
      </w:r>
    </w:p>
    <w:p w14:paraId="4C44EF07" w14:textId="77777777" w:rsidR="00292B2B" w:rsidRDefault="00757BA4">
      <w:pPr>
        <w:spacing w:after="20" w:line="276" w:lineRule="auto"/>
        <w:ind w:left="720" w:hanging="720"/>
      </w:pPr>
      <w:r>
        <w:rPr>
          <w:sz w:val="18"/>
        </w:rPr>
        <w:t>138. February 19, 2000  General public  (350)</w:t>
      </w:r>
    </w:p>
    <w:p w14:paraId="0B92ACDF" w14:textId="77777777" w:rsidR="00292B2B" w:rsidRDefault="00757BA4">
      <w:pPr>
        <w:spacing w:after="20" w:line="276" w:lineRule="auto"/>
        <w:ind w:left="720" w:hanging="720"/>
      </w:pPr>
      <w:r>
        <w:rPr>
          <w:sz w:val="18"/>
        </w:rPr>
        <w:t>139. February 19, 2000  General public  (350)</w:t>
      </w:r>
    </w:p>
    <w:p w14:paraId="14FEABE0" w14:textId="77777777" w:rsidR="00292B2B" w:rsidRDefault="00757BA4">
      <w:pPr>
        <w:spacing w:after="20" w:line="276" w:lineRule="auto"/>
        <w:ind w:left="720" w:hanging="720"/>
      </w:pPr>
      <w:r>
        <w:rPr>
          <w:sz w:val="18"/>
        </w:rPr>
        <w:t>140. February 20, 2000  General public  (350)</w:t>
      </w:r>
    </w:p>
    <w:p w14:paraId="09146115" w14:textId="77777777" w:rsidR="00292B2B" w:rsidRDefault="00757BA4">
      <w:pPr>
        <w:spacing w:after="20" w:line="276" w:lineRule="auto"/>
        <w:ind w:left="720" w:hanging="720"/>
      </w:pPr>
      <w:r>
        <w:rPr>
          <w:sz w:val="18"/>
        </w:rPr>
        <w:t>*141. February 20, 2000  General public  (350)</w:t>
      </w:r>
    </w:p>
    <w:p w14:paraId="6DDD18A6" w14:textId="77777777" w:rsidR="00292B2B" w:rsidRDefault="00757BA4">
      <w:pPr>
        <w:spacing w:after="20" w:line="276" w:lineRule="auto"/>
        <w:ind w:left="720" w:hanging="720"/>
      </w:pPr>
      <w:r>
        <w:rPr>
          <w:sz w:val="18"/>
        </w:rPr>
        <w:t>142. February 11, 2001  General public  (350)</w:t>
      </w:r>
    </w:p>
    <w:p w14:paraId="56079715" w14:textId="77777777" w:rsidR="00292B2B" w:rsidRDefault="00757BA4">
      <w:pPr>
        <w:spacing w:after="20" w:line="276" w:lineRule="auto"/>
        <w:ind w:left="720" w:hanging="720"/>
      </w:pPr>
      <w:r>
        <w:rPr>
          <w:sz w:val="18"/>
        </w:rPr>
        <w:t>143. February 11, 2001  General public  (350)</w:t>
      </w:r>
    </w:p>
    <w:p w14:paraId="7C3BE75A" w14:textId="77777777" w:rsidR="00292B2B" w:rsidRDefault="00757BA4">
      <w:pPr>
        <w:spacing w:after="20" w:line="276" w:lineRule="auto"/>
        <w:ind w:left="720" w:hanging="720"/>
      </w:pPr>
      <w:r>
        <w:rPr>
          <w:sz w:val="18"/>
        </w:rPr>
        <w:t>144. February 17, 2001  General public  (350)</w:t>
      </w:r>
    </w:p>
    <w:p w14:paraId="21276906" w14:textId="77777777" w:rsidR="00292B2B" w:rsidRDefault="00757BA4">
      <w:pPr>
        <w:spacing w:after="20" w:line="276" w:lineRule="auto"/>
        <w:ind w:left="720" w:hanging="720"/>
      </w:pPr>
      <w:r>
        <w:rPr>
          <w:sz w:val="18"/>
        </w:rPr>
        <w:t>145. February 17, 2001  General public  (350)</w:t>
      </w:r>
    </w:p>
    <w:p w14:paraId="7FF4D26F" w14:textId="77777777" w:rsidR="00292B2B" w:rsidRDefault="00757BA4">
      <w:pPr>
        <w:spacing w:after="20" w:line="276" w:lineRule="auto"/>
        <w:ind w:left="720" w:hanging="720"/>
      </w:pPr>
      <w:r>
        <w:rPr>
          <w:sz w:val="18"/>
        </w:rPr>
        <w:t>146. February 18, 2001  General public  (350)</w:t>
      </w:r>
    </w:p>
    <w:p w14:paraId="6E39E28F" w14:textId="77777777" w:rsidR="00292B2B" w:rsidRDefault="00757BA4">
      <w:pPr>
        <w:spacing w:after="20" w:line="276" w:lineRule="auto"/>
        <w:ind w:left="720" w:hanging="720"/>
      </w:pPr>
      <w:r>
        <w:rPr>
          <w:sz w:val="18"/>
        </w:rPr>
        <w:t>*147. February 18, 2001  General public  (350)</w:t>
      </w:r>
    </w:p>
    <w:p w14:paraId="3DB57A11" w14:textId="77777777" w:rsidR="00292B2B" w:rsidRDefault="00757BA4">
      <w:pPr>
        <w:spacing w:after="20" w:line="276" w:lineRule="auto"/>
        <w:ind w:left="720" w:hanging="720"/>
      </w:pPr>
      <w:r>
        <w:rPr>
          <w:sz w:val="18"/>
        </w:rPr>
        <w:t>148. March 8, 2001  Pittsburg Conference (New Orleans)  (1600)</w:t>
      </w:r>
    </w:p>
    <w:p w14:paraId="7618AA3A" w14:textId="77777777" w:rsidR="00292B2B" w:rsidRDefault="00757BA4">
      <w:pPr>
        <w:spacing w:after="20" w:line="276" w:lineRule="auto"/>
        <w:ind w:left="720" w:hanging="720"/>
      </w:pPr>
      <w:r>
        <w:rPr>
          <w:sz w:val="18"/>
        </w:rPr>
        <w:t>149. November 14, 2001  General public  (175)</w:t>
      </w:r>
    </w:p>
    <w:p w14:paraId="2B475AEC" w14:textId="77777777" w:rsidR="00292B2B" w:rsidRDefault="00757BA4">
      <w:pPr>
        <w:spacing w:after="20" w:line="276" w:lineRule="auto"/>
        <w:ind w:left="720" w:hanging="720"/>
      </w:pPr>
      <w:r>
        <w:rPr>
          <w:sz w:val="18"/>
        </w:rPr>
        <w:t>150. February 10, 2002  General public  (350)</w:t>
      </w:r>
    </w:p>
    <w:p w14:paraId="6B77E048" w14:textId="77777777" w:rsidR="00292B2B" w:rsidRDefault="00757BA4">
      <w:pPr>
        <w:spacing w:after="20" w:line="276" w:lineRule="auto"/>
        <w:ind w:left="720" w:hanging="720"/>
      </w:pPr>
      <w:r>
        <w:rPr>
          <w:sz w:val="18"/>
        </w:rPr>
        <w:t>151. February 10, 2002  General public  (350)</w:t>
      </w:r>
    </w:p>
    <w:p w14:paraId="70E40E1C" w14:textId="77777777" w:rsidR="00292B2B" w:rsidRDefault="00757BA4">
      <w:pPr>
        <w:spacing w:after="20" w:line="276" w:lineRule="auto"/>
        <w:ind w:left="720" w:hanging="720"/>
      </w:pPr>
      <w:r>
        <w:rPr>
          <w:sz w:val="18"/>
        </w:rPr>
        <w:t>152. February 16, 2002  General public  (350)</w:t>
      </w:r>
    </w:p>
    <w:p w14:paraId="77FE2DFF" w14:textId="77777777" w:rsidR="00292B2B" w:rsidRDefault="00757BA4">
      <w:pPr>
        <w:spacing w:after="20" w:line="276" w:lineRule="auto"/>
        <w:ind w:left="720" w:hanging="720"/>
      </w:pPr>
      <w:r>
        <w:rPr>
          <w:sz w:val="18"/>
        </w:rPr>
        <w:t>153. February 16, 2002  General public  (350)</w:t>
      </w:r>
    </w:p>
    <w:p w14:paraId="6D378A24" w14:textId="77777777" w:rsidR="00292B2B" w:rsidRDefault="00757BA4">
      <w:pPr>
        <w:spacing w:after="20" w:line="276" w:lineRule="auto"/>
        <w:ind w:left="720" w:hanging="720"/>
      </w:pPr>
      <w:r>
        <w:rPr>
          <w:sz w:val="18"/>
        </w:rPr>
        <w:t>154. February 17, 2002  General public  (350)</w:t>
      </w:r>
    </w:p>
    <w:p w14:paraId="06BB86AF" w14:textId="77777777" w:rsidR="00292B2B" w:rsidRDefault="00757BA4">
      <w:pPr>
        <w:spacing w:after="20" w:line="276" w:lineRule="auto"/>
        <w:ind w:left="720" w:hanging="720"/>
      </w:pPr>
      <w:r>
        <w:rPr>
          <w:sz w:val="18"/>
        </w:rPr>
        <w:t>*155. February 17, 2002  General public  (350)</w:t>
      </w:r>
    </w:p>
    <w:p w14:paraId="632AA7F0" w14:textId="77777777" w:rsidR="00292B2B" w:rsidRDefault="00757BA4">
      <w:pPr>
        <w:spacing w:after="20" w:line="276" w:lineRule="auto"/>
        <w:ind w:left="720" w:hanging="720"/>
      </w:pPr>
      <w:r>
        <w:rPr>
          <w:sz w:val="18"/>
        </w:rPr>
        <w:t>156. February 9, 2003  General public  (350)</w:t>
      </w:r>
    </w:p>
    <w:p w14:paraId="76797D26" w14:textId="77777777" w:rsidR="00292B2B" w:rsidRDefault="00757BA4">
      <w:pPr>
        <w:spacing w:after="20" w:line="276" w:lineRule="auto"/>
        <w:ind w:left="720" w:hanging="720"/>
      </w:pPr>
      <w:r>
        <w:rPr>
          <w:sz w:val="18"/>
        </w:rPr>
        <w:t>157. February 9, 2003  General public  (350)</w:t>
      </w:r>
    </w:p>
    <w:p w14:paraId="2DC30847" w14:textId="77777777" w:rsidR="00292B2B" w:rsidRDefault="00757BA4">
      <w:pPr>
        <w:spacing w:after="20" w:line="276" w:lineRule="auto"/>
        <w:ind w:left="720" w:hanging="720"/>
      </w:pPr>
      <w:r>
        <w:rPr>
          <w:sz w:val="18"/>
        </w:rPr>
        <w:t>158. February 15, 2003  General public  (350)</w:t>
      </w:r>
    </w:p>
    <w:p w14:paraId="2E214DCE" w14:textId="77777777" w:rsidR="00292B2B" w:rsidRDefault="00757BA4">
      <w:pPr>
        <w:spacing w:after="20" w:line="276" w:lineRule="auto"/>
        <w:ind w:left="720" w:hanging="720"/>
      </w:pPr>
      <w:r>
        <w:rPr>
          <w:sz w:val="18"/>
        </w:rPr>
        <w:t>159. February 15, 2003  General public  (350)</w:t>
      </w:r>
    </w:p>
    <w:p w14:paraId="4EB2B2A6" w14:textId="77777777" w:rsidR="00292B2B" w:rsidRDefault="00757BA4">
      <w:pPr>
        <w:spacing w:after="20" w:line="276" w:lineRule="auto"/>
        <w:ind w:left="720" w:hanging="720"/>
      </w:pPr>
      <w:r>
        <w:rPr>
          <w:sz w:val="18"/>
        </w:rPr>
        <w:t>160. February 16, 2003  General public  (350)</w:t>
      </w:r>
    </w:p>
    <w:p w14:paraId="387C69D7" w14:textId="77777777" w:rsidR="00292B2B" w:rsidRDefault="00757BA4">
      <w:pPr>
        <w:spacing w:after="20" w:line="276" w:lineRule="auto"/>
        <w:ind w:left="720" w:hanging="720"/>
      </w:pPr>
      <w:r>
        <w:rPr>
          <w:sz w:val="18"/>
        </w:rPr>
        <w:t>*161. February 16, 2003  General public  (350)</w:t>
      </w:r>
    </w:p>
    <w:p w14:paraId="17F5274A" w14:textId="77777777" w:rsidR="00292B2B" w:rsidRDefault="00757BA4">
      <w:pPr>
        <w:spacing w:after="20" w:line="276" w:lineRule="auto"/>
        <w:ind w:left="720" w:hanging="720"/>
      </w:pPr>
      <w:r>
        <w:rPr>
          <w:sz w:val="18"/>
        </w:rPr>
        <w:t>162. February 27, 2003  Junior Science Symposium  (150)</w:t>
      </w:r>
    </w:p>
    <w:p w14:paraId="32F0EE9E" w14:textId="77777777" w:rsidR="00292B2B" w:rsidRDefault="00757BA4">
      <w:pPr>
        <w:spacing w:after="20" w:line="276" w:lineRule="auto"/>
        <w:ind w:left="720" w:hanging="720"/>
      </w:pPr>
      <w:r>
        <w:rPr>
          <w:sz w:val="18"/>
        </w:rPr>
        <w:t>163. August 5, 2003 AAPT  AAPT (Monona Terrace)  (550)</w:t>
      </w:r>
    </w:p>
    <w:p w14:paraId="5FFEE7BB" w14:textId="77777777" w:rsidR="00292B2B" w:rsidRDefault="00757BA4">
      <w:pPr>
        <w:spacing w:after="20" w:line="276" w:lineRule="auto"/>
        <w:ind w:left="720" w:hanging="720"/>
      </w:pPr>
      <w:r>
        <w:rPr>
          <w:sz w:val="18"/>
        </w:rPr>
        <w:t>164. February 8, 2004  General public  (350)</w:t>
      </w:r>
    </w:p>
    <w:p w14:paraId="510CE3F3" w14:textId="77777777" w:rsidR="00292B2B" w:rsidRDefault="00757BA4">
      <w:pPr>
        <w:spacing w:after="20" w:line="276" w:lineRule="auto"/>
        <w:ind w:left="720" w:hanging="720"/>
      </w:pPr>
      <w:r>
        <w:rPr>
          <w:sz w:val="18"/>
        </w:rPr>
        <w:t>165. February 8, 2004  General public  (350)</w:t>
      </w:r>
    </w:p>
    <w:p w14:paraId="7691B425" w14:textId="77777777" w:rsidR="00292B2B" w:rsidRDefault="00757BA4">
      <w:pPr>
        <w:spacing w:after="20" w:line="276" w:lineRule="auto"/>
        <w:ind w:left="720" w:hanging="720"/>
      </w:pPr>
      <w:r>
        <w:rPr>
          <w:sz w:val="18"/>
        </w:rPr>
        <w:t>166. February 14, 2004  General public  (350)</w:t>
      </w:r>
    </w:p>
    <w:p w14:paraId="4EB8EB99" w14:textId="77777777" w:rsidR="00292B2B" w:rsidRDefault="00757BA4">
      <w:pPr>
        <w:spacing w:after="20" w:line="276" w:lineRule="auto"/>
        <w:ind w:left="720" w:hanging="720"/>
      </w:pPr>
      <w:r>
        <w:rPr>
          <w:sz w:val="18"/>
        </w:rPr>
        <w:t>167. February 14, 2004  General public  (350)</w:t>
      </w:r>
    </w:p>
    <w:p w14:paraId="273325AC" w14:textId="77777777" w:rsidR="00292B2B" w:rsidRDefault="00757BA4">
      <w:pPr>
        <w:spacing w:after="20" w:line="276" w:lineRule="auto"/>
        <w:ind w:left="720" w:hanging="720"/>
      </w:pPr>
      <w:r>
        <w:rPr>
          <w:sz w:val="18"/>
        </w:rPr>
        <w:t>*168. February 15, 2004  General public  (350)</w:t>
      </w:r>
    </w:p>
    <w:p w14:paraId="70391032" w14:textId="77777777" w:rsidR="00292B2B" w:rsidRDefault="00757BA4">
      <w:pPr>
        <w:spacing w:after="20" w:line="276" w:lineRule="auto"/>
        <w:ind w:left="720" w:hanging="720"/>
      </w:pPr>
      <w:r>
        <w:rPr>
          <w:sz w:val="18"/>
        </w:rPr>
        <w:t>169. February 15, 2004  General public  (350)</w:t>
      </w:r>
    </w:p>
    <w:p w14:paraId="582F50C3" w14:textId="77777777" w:rsidR="00292B2B" w:rsidRDefault="00757BA4">
      <w:pPr>
        <w:spacing w:after="20" w:line="276" w:lineRule="auto"/>
        <w:ind w:left="720" w:hanging="720"/>
      </w:pPr>
      <w:r>
        <w:rPr>
          <w:sz w:val="18"/>
        </w:rPr>
        <w:t>170. February 13, 2005  General public  (350)</w:t>
      </w:r>
    </w:p>
    <w:p w14:paraId="2A3A39C2" w14:textId="77777777" w:rsidR="00292B2B" w:rsidRDefault="00757BA4">
      <w:pPr>
        <w:spacing w:after="20" w:line="276" w:lineRule="auto"/>
        <w:ind w:left="720" w:hanging="720"/>
      </w:pPr>
      <w:r>
        <w:rPr>
          <w:sz w:val="18"/>
        </w:rPr>
        <w:t>171. February 13, 2005  General public  (350)</w:t>
      </w:r>
    </w:p>
    <w:p w14:paraId="16C6970E" w14:textId="77777777" w:rsidR="00292B2B" w:rsidRDefault="00757BA4">
      <w:pPr>
        <w:spacing w:after="20" w:line="276" w:lineRule="auto"/>
        <w:ind w:left="720" w:hanging="720"/>
      </w:pPr>
      <w:r>
        <w:rPr>
          <w:sz w:val="18"/>
        </w:rPr>
        <w:t>172. February 19, 2005  General public  (350)</w:t>
      </w:r>
    </w:p>
    <w:p w14:paraId="5B9DA3D0" w14:textId="77777777" w:rsidR="00292B2B" w:rsidRDefault="00757BA4">
      <w:pPr>
        <w:spacing w:after="20" w:line="276" w:lineRule="auto"/>
        <w:ind w:left="720" w:hanging="720"/>
      </w:pPr>
      <w:r>
        <w:rPr>
          <w:sz w:val="18"/>
        </w:rPr>
        <w:t>173. February 19, 2005  General public  (350)</w:t>
      </w:r>
    </w:p>
    <w:p w14:paraId="49A25773" w14:textId="77777777" w:rsidR="00292B2B" w:rsidRDefault="00757BA4">
      <w:pPr>
        <w:spacing w:after="20" w:line="276" w:lineRule="auto"/>
        <w:ind w:left="720" w:hanging="720"/>
      </w:pPr>
      <w:r>
        <w:rPr>
          <w:sz w:val="18"/>
        </w:rPr>
        <w:t>174. February 20, 2005  General public  (350)</w:t>
      </w:r>
    </w:p>
    <w:p w14:paraId="7401BE66" w14:textId="77777777" w:rsidR="00292B2B" w:rsidRDefault="00757BA4">
      <w:pPr>
        <w:spacing w:after="20" w:line="276" w:lineRule="auto"/>
        <w:ind w:left="720" w:hanging="720"/>
      </w:pPr>
      <w:r>
        <w:rPr>
          <w:sz w:val="18"/>
        </w:rPr>
        <w:t>*175. February 20, 2005  General public  (350)</w:t>
      </w:r>
    </w:p>
    <w:p w14:paraId="01F25747" w14:textId="77777777" w:rsidR="00292B2B" w:rsidRDefault="00757BA4">
      <w:pPr>
        <w:spacing w:after="20" w:line="276" w:lineRule="auto"/>
        <w:ind w:left="720" w:hanging="720"/>
      </w:pPr>
      <w:r>
        <w:rPr>
          <w:sz w:val="18"/>
        </w:rPr>
        <w:t>176. August 13, 2005  Physics Department Alumni Celebration  (200)</w:t>
      </w:r>
    </w:p>
    <w:p w14:paraId="490AFAF6" w14:textId="77777777" w:rsidR="00292B2B" w:rsidRDefault="00757BA4">
      <w:pPr>
        <w:spacing w:after="20" w:line="276" w:lineRule="auto"/>
        <w:ind w:left="720" w:hanging="720"/>
      </w:pPr>
      <w:r>
        <w:rPr>
          <w:sz w:val="18"/>
        </w:rPr>
        <w:t>177. February 11, 2006  General public  (300)</w:t>
      </w:r>
    </w:p>
    <w:p w14:paraId="454A83BD" w14:textId="77777777" w:rsidR="00292B2B" w:rsidRDefault="00757BA4">
      <w:pPr>
        <w:spacing w:after="20" w:line="276" w:lineRule="auto"/>
        <w:ind w:left="720" w:hanging="720"/>
      </w:pPr>
      <w:r>
        <w:rPr>
          <w:sz w:val="18"/>
        </w:rPr>
        <w:t>178. February 11, 2006  General public  (300)</w:t>
      </w:r>
    </w:p>
    <w:p w14:paraId="56ACC85E" w14:textId="77777777" w:rsidR="00292B2B" w:rsidRDefault="00757BA4">
      <w:pPr>
        <w:spacing w:after="20" w:line="276" w:lineRule="auto"/>
        <w:ind w:left="720" w:hanging="720"/>
      </w:pPr>
      <w:r>
        <w:rPr>
          <w:sz w:val="18"/>
        </w:rPr>
        <w:t>179. February 18, 2006  General public  (300)</w:t>
      </w:r>
    </w:p>
    <w:p w14:paraId="3D8FAEC4" w14:textId="77777777" w:rsidR="00292B2B" w:rsidRDefault="00757BA4">
      <w:pPr>
        <w:spacing w:after="20" w:line="276" w:lineRule="auto"/>
        <w:ind w:left="720" w:hanging="720"/>
      </w:pPr>
      <w:r>
        <w:rPr>
          <w:sz w:val="18"/>
        </w:rPr>
        <w:t>180. February 18, 2006  General public  (300)</w:t>
      </w:r>
    </w:p>
    <w:p w14:paraId="4C306F44" w14:textId="77777777" w:rsidR="00292B2B" w:rsidRDefault="00757BA4">
      <w:pPr>
        <w:spacing w:after="20" w:line="276" w:lineRule="auto"/>
        <w:ind w:left="720" w:hanging="720"/>
      </w:pPr>
      <w:r>
        <w:rPr>
          <w:sz w:val="18"/>
        </w:rPr>
        <w:t>*181. February 19, 2006  General public  (300)</w:t>
      </w:r>
    </w:p>
    <w:p w14:paraId="79296A47" w14:textId="77777777" w:rsidR="00292B2B" w:rsidRDefault="00757BA4">
      <w:pPr>
        <w:spacing w:after="20" w:line="276" w:lineRule="auto"/>
        <w:ind w:left="720" w:hanging="720"/>
      </w:pPr>
      <w:r>
        <w:rPr>
          <w:sz w:val="18"/>
        </w:rPr>
        <w:t>182. February 19, 2006  General public  (300)</w:t>
      </w:r>
    </w:p>
    <w:p w14:paraId="44DF192F" w14:textId="77777777" w:rsidR="00292B2B" w:rsidRDefault="00757BA4">
      <w:pPr>
        <w:spacing w:after="20" w:line="276" w:lineRule="auto"/>
        <w:ind w:left="720" w:hanging="720"/>
      </w:pPr>
      <w:r>
        <w:rPr>
          <w:sz w:val="18"/>
        </w:rPr>
        <w:t>183. June 21, 2006  Summer Music Clinic  (250)</w:t>
      </w:r>
    </w:p>
    <w:p w14:paraId="3DD5EF6C" w14:textId="77777777" w:rsidR="00292B2B" w:rsidRDefault="00757BA4">
      <w:pPr>
        <w:spacing w:after="20" w:line="276" w:lineRule="auto"/>
        <w:ind w:left="720" w:hanging="720"/>
      </w:pPr>
      <w:r>
        <w:rPr>
          <w:sz w:val="18"/>
        </w:rPr>
        <w:t>184. June 22, 2006  Summer Music Clinic  (250)</w:t>
      </w:r>
    </w:p>
    <w:p w14:paraId="534EE9C9" w14:textId="77777777" w:rsidR="00292B2B" w:rsidRDefault="00757BA4">
      <w:pPr>
        <w:spacing w:after="20" w:line="276" w:lineRule="auto"/>
        <w:ind w:left="720" w:hanging="720"/>
      </w:pPr>
      <w:r>
        <w:rPr>
          <w:sz w:val="18"/>
        </w:rPr>
        <w:t>185. July 24, 2006  University of Aveiro (Portugal)  (400)</w:t>
      </w:r>
    </w:p>
    <w:p w14:paraId="156B9EE9" w14:textId="77777777" w:rsidR="00292B2B" w:rsidRDefault="00757BA4">
      <w:pPr>
        <w:spacing w:after="20" w:line="276" w:lineRule="auto"/>
        <w:ind w:left="720" w:hanging="720"/>
      </w:pPr>
      <w:r>
        <w:rPr>
          <w:sz w:val="18"/>
        </w:rPr>
        <w:t>186. February 11, 2007  General public  (300)</w:t>
      </w:r>
    </w:p>
    <w:p w14:paraId="5CBC10C8" w14:textId="77777777" w:rsidR="00292B2B" w:rsidRDefault="00757BA4">
      <w:pPr>
        <w:spacing w:after="20" w:line="276" w:lineRule="auto"/>
        <w:ind w:left="720" w:hanging="720"/>
      </w:pPr>
      <w:r>
        <w:rPr>
          <w:sz w:val="18"/>
        </w:rPr>
        <w:t>187. February 11, 2007  General public  (300)</w:t>
      </w:r>
    </w:p>
    <w:p w14:paraId="35DCB514" w14:textId="77777777" w:rsidR="00292B2B" w:rsidRDefault="00757BA4">
      <w:pPr>
        <w:spacing w:after="20" w:line="276" w:lineRule="auto"/>
        <w:ind w:left="720" w:hanging="720"/>
      </w:pPr>
      <w:r>
        <w:rPr>
          <w:sz w:val="18"/>
        </w:rPr>
        <w:t>188. February 17, 2007  General public  (300)</w:t>
      </w:r>
    </w:p>
    <w:p w14:paraId="6F1B93BC" w14:textId="77777777" w:rsidR="00292B2B" w:rsidRDefault="00757BA4">
      <w:pPr>
        <w:spacing w:after="20" w:line="276" w:lineRule="auto"/>
        <w:ind w:left="720" w:hanging="720"/>
      </w:pPr>
      <w:r>
        <w:rPr>
          <w:sz w:val="18"/>
        </w:rPr>
        <w:t>189. February 17, 2007  General public  (300)</w:t>
      </w:r>
    </w:p>
    <w:p w14:paraId="0FFF7A7A" w14:textId="77777777" w:rsidR="00292B2B" w:rsidRDefault="00757BA4">
      <w:pPr>
        <w:spacing w:after="20" w:line="276" w:lineRule="auto"/>
        <w:ind w:left="720" w:hanging="720"/>
      </w:pPr>
      <w:r>
        <w:rPr>
          <w:sz w:val="18"/>
        </w:rPr>
        <w:t>190. February 18, 2007  General public  (300)</w:t>
      </w:r>
    </w:p>
    <w:p w14:paraId="570A5271" w14:textId="77777777" w:rsidR="00292B2B" w:rsidRDefault="00757BA4">
      <w:pPr>
        <w:spacing w:after="20" w:line="276" w:lineRule="auto"/>
        <w:ind w:left="720" w:hanging="720"/>
      </w:pPr>
      <w:r>
        <w:rPr>
          <w:sz w:val="18"/>
        </w:rPr>
        <w:t>*191. February 18, 2007  General public  (300)</w:t>
      </w:r>
    </w:p>
    <w:p w14:paraId="420994C3" w14:textId="77777777" w:rsidR="00292B2B" w:rsidRDefault="00757BA4">
      <w:pPr>
        <w:spacing w:after="20" w:line="276" w:lineRule="auto"/>
        <w:ind w:left="720" w:hanging="720"/>
      </w:pPr>
      <w:r>
        <w:rPr>
          <w:sz w:val="18"/>
        </w:rPr>
        <w:t>192. May 3, 2007  Cheyenne, Wyoming  (1500)</w:t>
      </w:r>
    </w:p>
    <w:p w14:paraId="049CE345" w14:textId="77777777" w:rsidR="00292B2B" w:rsidRDefault="00757BA4">
      <w:pPr>
        <w:spacing w:after="20" w:line="276" w:lineRule="auto"/>
        <w:ind w:left="720" w:hanging="720"/>
      </w:pPr>
      <w:r>
        <w:rPr>
          <w:sz w:val="18"/>
        </w:rPr>
        <w:t>193. February 9, 2008  General public  (300)</w:t>
      </w:r>
    </w:p>
    <w:p w14:paraId="11C78D29" w14:textId="77777777" w:rsidR="00292B2B" w:rsidRDefault="00757BA4">
      <w:pPr>
        <w:spacing w:after="20" w:line="276" w:lineRule="auto"/>
        <w:ind w:left="720" w:hanging="720"/>
      </w:pPr>
      <w:r>
        <w:rPr>
          <w:sz w:val="18"/>
        </w:rPr>
        <w:t>194. February 9, 2008  General public  (300)</w:t>
      </w:r>
    </w:p>
    <w:p w14:paraId="2F7F0F20" w14:textId="77777777" w:rsidR="00292B2B" w:rsidRDefault="00757BA4">
      <w:pPr>
        <w:spacing w:after="20" w:line="276" w:lineRule="auto"/>
        <w:ind w:left="720" w:hanging="720"/>
      </w:pPr>
      <w:r>
        <w:rPr>
          <w:sz w:val="18"/>
        </w:rPr>
        <w:t>195. February 10, 2008  General public  (300)</w:t>
      </w:r>
    </w:p>
    <w:p w14:paraId="3873FF10" w14:textId="77777777" w:rsidR="00292B2B" w:rsidRDefault="00757BA4">
      <w:pPr>
        <w:spacing w:after="20" w:line="276" w:lineRule="auto"/>
        <w:ind w:left="720" w:hanging="720"/>
      </w:pPr>
      <w:r>
        <w:rPr>
          <w:sz w:val="18"/>
        </w:rPr>
        <w:t>196. February 10, 2008  General public  (300)</w:t>
      </w:r>
    </w:p>
    <w:p w14:paraId="550CEABE" w14:textId="77777777" w:rsidR="00292B2B" w:rsidRDefault="00757BA4">
      <w:pPr>
        <w:spacing w:after="20" w:line="276" w:lineRule="auto"/>
        <w:ind w:left="720" w:hanging="720"/>
      </w:pPr>
      <w:r>
        <w:rPr>
          <w:sz w:val="18"/>
        </w:rPr>
        <w:t>197. February 16, 2008  General public  (300)</w:t>
      </w:r>
    </w:p>
    <w:p w14:paraId="6B96645F" w14:textId="77777777" w:rsidR="00292B2B" w:rsidRDefault="00757BA4">
      <w:pPr>
        <w:spacing w:after="20" w:line="276" w:lineRule="auto"/>
        <w:ind w:left="720" w:hanging="720"/>
      </w:pPr>
      <w:r>
        <w:rPr>
          <w:sz w:val="18"/>
        </w:rPr>
        <w:t>198. February 16, 2008  General public  (300)</w:t>
      </w:r>
    </w:p>
    <w:p w14:paraId="03957931" w14:textId="77777777" w:rsidR="00292B2B" w:rsidRDefault="00757BA4">
      <w:pPr>
        <w:spacing w:after="20" w:line="276" w:lineRule="auto"/>
        <w:ind w:left="720" w:hanging="720"/>
      </w:pPr>
      <w:r>
        <w:rPr>
          <w:sz w:val="18"/>
        </w:rPr>
        <w:t>199. March 8, 2008  General public  (300)</w:t>
      </w:r>
    </w:p>
    <w:p w14:paraId="1856F6D7" w14:textId="77777777" w:rsidR="00292B2B" w:rsidRDefault="00757BA4">
      <w:pPr>
        <w:spacing w:after="20" w:line="276" w:lineRule="auto"/>
        <w:ind w:left="720" w:hanging="720"/>
      </w:pPr>
      <w:r>
        <w:rPr>
          <w:sz w:val="18"/>
        </w:rPr>
        <w:t>200. March 8, 2008  General public  (300)</w:t>
      </w:r>
    </w:p>
    <w:p w14:paraId="5B4845C2" w14:textId="77777777" w:rsidR="00292B2B" w:rsidRDefault="00757BA4">
      <w:pPr>
        <w:spacing w:after="20" w:line="276" w:lineRule="auto"/>
        <w:ind w:left="720" w:hanging="720"/>
      </w:pPr>
      <w:r>
        <w:rPr>
          <w:sz w:val="18"/>
        </w:rPr>
        <w:t>201. March 9, 2008  General public  (300)</w:t>
      </w:r>
    </w:p>
    <w:p w14:paraId="7EA91165" w14:textId="77777777" w:rsidR="00292B2B" w:rsidRDefault="00757BA4">
      <w:pPr>
        <w:spacing w:after="20" w:line="276" w:lineRule="auto"/>
        <w:ind w:left="720" w:hanging="720"/>
      </w:pPr>
      <w:r>
        <w:rPr>
          <w:sz w:val="18"/>
        </w:rPr>
        <w:t>*202. March 9, 2008  General public  (300)</w:t>
      </w:r>
    </w:p>
    <w:p w14:paraId="370D3B70" w14:textId="77777777" w:rsidR="00292B2B" w:rsidRDefault="00757BA4">
      <w:pPr>
        <w:spacing w:after="20" w:line="276" w:lineRule="auto"/>
        <w:ind w:left="720" w:hanging="720"/>
      </w:pPr>
      <w:r>
        <w:rPr>
          <w:sz w:val="18"/>
        </w:rPr>
        <w:t>203. February 7, 2009  General public  (300)</w:t>
      </w:r>
    </w:p>
    <w:p w14:paraId="11AE1952" w14:textId="77777777" w:rsidR="00292B2B" w:rsidRDefault="00757BA4">
      <w:pPr>
        <w:spacing w:after="20" w:line="276" w:lineRule="auto"/>
        <w:ind w:left="720" w:hanging="720"/>
      </w:pPr>
      <w:r>
        <w:rPr>
          <w:sz w:val="18"/>
        </w:rPr>
        <w:t>204. February 7, 2009  General public  (300)</w:t>
      </w:r>
    </w:p>
    <w:p w14:paraId="5F0E2C43" w14:textId="77777777" w:rsidR="00292B2B" w:rsidRDefault="00757BA4">
      <w:pPr>
        <w:spacing w:after="20" w:line="276" w:lineRule="auto"/>
        <w:ind w:left="720" w:hanging="720"/>
      </w:pPr>
      <w:r>
        <w:rPr>
          <w:sz w:val="18"/>
        </w:rPr>
        <w:t>205. February 7, 2009  General public  (300)</w:t>
      </w:r>
    </w:p>
    <w:p w14:paraId="3DC4FF80" w14:textId="77777777" w:rsidR="00292B2B" w:rsidRDefault="00757BA4">
      <w:pPr>
        <w:spacing w:after="20" w:line="276" w:lineRule="auto"/>
        <w:ind w:left="720" w:hanging="720"/>
      </w:pPr>
      <w:r>
        <w:rPr>
          <w:sz w:val="18"/>
        </w:rPr>
        <w:t>206. February 8, 2009  General public  (300)</w:t>
      </w:r>
    </w:p>
    <w:p w14:paraId="498AA053" w14:textId="77777777" w:rsidR="00292B2B" w:rsidRDefault="00757BA4">
      <w:pPr>
        <w:spacing w:after="20" w:line="276" w:lineRule="auto"/>
        <w:ind w:left="720" w:hanging="720"/>
      </w:pPr>
      <w:r>
        <w:rPr>
          <w:sz w:val="18"/>
        </w:rPr>
        <w:t>207. February 8, 2009  General public  (300)</w:t>
      </w:r>
    </w:p>
    <w:p w14:paraId="66356D49" w14:textId="77777777" w:rsidR="00292B2B" w:rsidRDefault="00757BA4">
      <w:pPr>
        <w:spacing w:after="20" w:line="276" w:lineRule="auto"/>
        <w:ind w:left="720" w:hanging="720"/>
      </w:pPr>
      <w:r>
        <w:rPr>
          <w:sz w:val="18"/>
        </w:rPr>
        <w:t>208. February 11, 2009  General public  (400)</w:t>
      </w:r>
    </w:p>
    <w:p w14:paraId="2AAE8142" w14:textId="77777777" w:rsidR="00292B2B" w:rsidRDefault="00757BA4">
      <w:pPr>
        <w:spacing w:after="20" w:line="276" w:lineRule="auto"/>
        <w:ind w:left="720" w:hanging="720"/>
      </w:pPr>
      <w:r>
        <w:rPr>
          <w:sz w:val="18"/>
        </w:rPr>
        <w:t>209. February 14, 2009  General public  (300)</w:t>
      </w:r>
    </w:p>
    <w:p w14:paraId="03A17E7F" w14:textId="77777777" w:rsidR="00292B2B" w:rsidRDefault="00757BA4">
      <w:pPr>
        <w:spacing w:after="20" w:line="276" w:lineRule="auto"/>
        <w:ind w:left="720" w:hanging="720"/>
      </w:pPr>
      <w:r>
        <w:rPr>
          <w:sz w:val="18"/>
        </w:rPr>
        <w:t>210. February 14, 2009  General public  (300)</w:t>
      </w:r>
    </w:p>
    <w:p w14:paraId="657E867B" w14:textId="77777777" w:rsidR="00292B2B" w:rsidRDefault="00757BA4">
      <w:pPr>
        <w:spacing w:after="20" w:line="276" w:lineRule="auto"/>
        <w:ind w:left="720" w:hanging="720"/>
      </w:pPr>
      <w:r>
        <w:rPr>
          <w:sz w:val="18"/>
        </w:rPr>
        <w:t>211. February 15, 2009  General public  (300)</w:t>
      </w:r>
    </w:p>
    <w:p w14:paraId="41FA0D4D" w14:textId="77777777" w:rsidR="00292B2B" w:rsidRDefault="00757BA4">
      <w:pPr>
        <w:spacing w:after="20" w:line="276" w:lineRule="auto"/>
        <w:ind w:left="720" w:hanging="720"/>
      </w:pPr>
      <w:r>
        <w:rPr>
          <w:sz w:val="18"/>
        </w:rPr>
        <w:t>*212. February 15, 2009  General public  (300)</w:t>
      </w:r>
    </w:p>
    <w:p w14:paraId="30DD1D0A" w14:textId="77777777" w:rsidR="00292B2B" w:rsidRDefault="00757BA4">
      <w:pPr>
        <w:spacing w:after="20" w:line="276" w:lineRule="auto"/>
        <w:ind w:left="720" w:hanging="720"/>
      </w:pPr>
      <w:r>
        <w:rPr>
          <w:sz w:val="18"/>
        </w:rPr>
        <w:t>213. February 7, 2010  General public  (300)</w:t>
      </w:r>
    </w:p>
    <w:p w14:paraId="2DAFC8D9" w14:textId="77777777" w:rsidR="00292B2B" w:rsidRDefault="00757BA4">
      <w:pPr>
        <w:spacing w:after="20" w:line="276" w:lineRule="auto"/>
        <w:ind w:left="720" w:hanging="720"/>
      </w:pPr>
      <w:r>
        <w:rPr>
          <w:sz w:val="18"/>
        </w:rPr>
        <w:t>214. February 7, 2010  General public  (300)</w:t>
      </w:r>
    </w:p>
    <w:p w14:paraId="4BB8F9DC" w14:textId="77777777" w:rsidR="00292B2B" w:rsidRDefault="00757BA4">
      <w:pPr>
        <w:spacing w:after="20" w:line="276" w:lineRule="auto"/>
        <w:ind w:left="720" w:hanging="720"/>
      </w:pPr>
      <w:r>
        <w:rPr>
          <w:sz w:val="18"/>
        </w:rPr>
        <w:t>215. February 7, 2010  General public  (300)</w:t>
      </w:r>
    </w:p>
    <w:p w14:paraId="12563C46" w14:textId="77777777" w:rsidR="00292B2B" w:rsidRDefault="00757BA4">
      <w:pPr>
        <w:spacing w:after="20" w:line="276" w:lineRule="auto"/>
        <w:ind w:left="720" w:hanging="720"/>
      </w:pPr>
      <w:r>
        <w:rPr>
          <w:sz w:val="18"/>
        </w:rPr>
        <w:t>216. February 8, 2010  General public  (300)</w:t>
      </w:r>
    </w:p>
    <w:p w14:paraId="11530A9F" w14:textId="77777777" w:rsidR="00292B2B" w:rsidRDefault="00757BA4">
      <w:pPr>
        <w:spacing w:after="20" w:line="276" w:lineRule="auto"/>
        <w:ind w:left="720" w:hanging="720"/>
      </w:pPr>
      <w:r>
        <w:rPr>
          <w:sz w:val="18"/>
        </w:rPr>
        <w:t>217. February 8, 2010  General public  (300)</w:t>
      </w:r>
    </w:p>
    <w:p w14:paraId="39CB2A4A" w14:textId="77777777" w:rsidR="00292B2B" w:rsidRDefault="00757BA4">
      <w:pPr>
        <w:spacing w:after="20" w:line="276" w:lineRule="auto"/>
        <w:ind w:left="720" w:hanging="720"/>
      </w:pPr>
      <w:r>
        <w:rPr>
          <w:sz w:val="18"/>
        </w:rPr>
        <w:t>218. February 14, 2010  General public  (300)</w:t>
      </w:r>
    </w:p>
    <w:p w14:paraId="42221906" w14:textId="77777777" w:rsidR="00292B2B" w:rsidRDefault="00757BA4">
      <w:pPr>
        <w:spacing w:after="20" w:line="276" w:lineRule="auto"/>
        <w:ind w:left="720" w:hanging="720"/>
      </w:pPr>
      <w:r>
        <w:rPr>
          <w:sz w:val="18"/>
        </w:rPr>
        <w:t>219. February 14, 2010  General public  (300)</w:t>
      </w:r>
    </w:p>
    <w:p w14:paraId="3126C13D" w14:textId="77777777" w:rsidR="00292B2B" w:rsidRDefault="00757BA4">
      <w:pPr>
        <w:spacing w:after="20" w:line="276" w:lineRule="auto"/>
        <w:ind w:left="720" w:hanging="720"/>
      </w:pPr>
      <w:r>
        <w:rPr>
          <w:sz w:val="18"/>
        </w:rPr>
        <w:t>220. February 14, 2010  General public  (300)</w:t>
      </w:r>
    </w:p>
    <w:p w14:paraId="36D014A2" w14:textId="77777777" w:rsidR="00292B2B" w:rsidRDefault="00757BA4">
      <w:pPr>
        <w:spacing w:after="20" w:line="276" w:lineRule="auto"/>
        <w:ind w:left="720" w:hanging="720"/>
      </w:pPr>
      <w:r>
        <w:rPr>
          <w:sz w:val="18"/>
        </w:rPr>
        <w:t>221. February 15, 2010  General public  (300)</w:t>
      </w:r>
    </w:p>
    <w:p w14:paraId="67B44BAA" w14:textId="77777777" w:rsidR="00292B2B" w:rsidRDefault="00757BA4">
      <w:pPr>
        <w:spacing w:after="20" w:line="276" w:lineRule="auto"/>
        <w:ind w:left="720" w:hanging="720"/>
      </w:pPr>
      <w:r>
        <w:rPr>
          <w:sz w:val="18"/>
        </w:rPr>
        <w:t>*222. February 15, 2010  General public  (300)</w:t>
      </w:r>
    </w:p>
    <w:p w14:paraId="0AC7972C" w14:textId="77777777" w:rsidR="00292B2B" w:rsidRDefault="00757BA4">
      <w:pPr>
        <w:spacing w:after="20" w:line="276" w:lineRule="auto"/>
        <w:ind w:left="720" w:hanging="720"/>
      </w:pPr>
      <w:r>
        <w:rPr>
          <w:sz w:val="18"/>
        </w:rPr>
        <w:t>223. February 12, 2011  General public  (300)</w:t>
      </w:r>
    </w:p>
    <w:p w14:paraId="25FF215E" w14:textId="77777777" w:rsidR="00292B2B" w:rsidRDefault="00757BA4">
      <w:pPr>
        <w:spacing w:after="20" w:line="276" w:lineRule="auto"/>
        <w:ind w:left="720" w:hanging="720"/>
      </w:pPr>
      <w:r>
        <w:rPr>
          <w:sz w:val="18"/>
        </w:rPr>
        <w:t>224. February 12, 2011  General public  (300)</w:t>
      </w:r>
    </w:p>
    <w:p w14:paraId="47AFD755" w14:textId="77777777" w:rsidR="00292B2B" w:rsidRDefault="00757BA4">
      <w:pPr>
        <w:spacing w:after="20" w:line="276" w:lineRule="auto"/>
        <w:ind w:left="720" w:hanging="720"/>
      </w:pPr>
      <w:r>
        <w:rPr>
          <w:sz w:val="18"/>
        </w:rPr>
        <w:t>225. February 12, 2011  General public  (300)</w:t>
      </w:r>
    </w:p>
    <w:p w14:paraId="3FE4BCF5" w14:textId="77777777" w:rsidR="00292B2B" w:rsidRDefault="00757BA4">
      <w:pPr>
        <w:spacing w:after="20" w:line="276" w:lineRule="auto"/>
        <w:ind w:left="720" w:hanging="720"/>
      </w:pPr>
      <w:r>
        <w:rPr>
          <w:sz w:val="18"/>
        </w:rPr>
        <w:t>226. February 13, 2011  General public  (300)</w:t>
      </w:r>
    </w:p>
    <w:p w14:paraId="4531DE1E" w14:textId="77777777" w:rsidR="00292B2B" w:rsidRDefault="00757BA4">
      <w:pPr>
        <w:spacing w:after="20" w:line="276" w:lineRule="auto"/>
        <w:ind w:left="720" w:hanging="720"/>
      </w:pPr>
      <w:r>
        <w:rPr>
          <w:sz w:val="18"/>
        </w:rPr>
        <w:t>227. February 13, 2011  General public  (300)</w:t>
      </w:r>
    </w:p>
    <w:p w14:paraId="2522F9F2" w14:textId="77777777" w:rsidR="00292B2B" w:rsidRDefault="00757BA4">
      <w:pPr>
        <w:spacing w:after="20" w:line="276" w:lineRule="auto"/>
        <w:ind w:left="720" w:hanging="720"/>
      </w:pPr>
      <w:r>
        <w:rPr>
          <w:sz w:val="18"/>
        </w:rPr>
        <w:t>228. February 19, 2011  General public  (300)</w:t>
      </w:r>
    </w:p>
    <w:p w14:paraId="49DB729C" w14:textId="77777777" w:rsidR="00292B2B" w:rsidRDefault="00757BA4">
      <w:pPr>
        <w:spacing w:after="20" w:line="276" w:lineRule="auto"/>
        <w:ind w:left="720" w:hanging="720"/>
      </w:pPr>
      <w:r>
        <w:rPr>
          <w:sz w:val="18"/>
        </w:rPr>
        <w:t>229. February 19, 2011  General public  (300)</w:t>
      </w:r>
    </w:p>
    <w:p w14:paraId="02C89F45" w14:textId="77777777" w:rsidR="00292B2B" w:rsidRDefault="00757BA4">
      <w:pPr>
        <w:spacing w:after="20" w:line="276" w:lineRule="auto"/>
        <w:ind w:left="720" w:hanging="720"/>
      </w:pPr>
      <w:r>
        <w:rPr>
          <w:sz w:val="18"/>
        </w:rPr>
        <w:t>230. February 19, 2011  General public  (300)</w:t>
      </w:r>
    </w:p>
    <w:p w14:paraId="6592D050" w14:textId="77777777" w:rsidR="00292B2B" w:rsidRDefault="00757BA4">
      <w:pPr>
        <w:spacing w:after="20" w:line="276" w:lineRule="auto"/>
        <w:ind w:left="720" w:hanging="720"/>
      </w:pPr>
      <w:r>
        <w:rPr>
          <w:sz w:val="18"/>
        </w:rPr>
        <w:t>231. March 26, 2011  General public  (300)</w:t>
      </w:r>
    </w:p>
    <w:p w14:paraId="4C4E7A63" w14:textId="77777777" w:rsidR="00292B2B" w:rsidRDefault="00757BA4">
      <w:pPr>
        <w:spacing w:after="20" w:line="276" w:lineRule="auto"/>
        <w:ind w:left="720" w:hanging="720"/>
      </w:pPr>
      <w:r>
        <w:rPr>
          <w:sz w:val="18"/>
        </w:rPr>
        <w:t>*232. March 26, 2011  General public  (300)</w:t>
      </w:r>
    </w:p>
    <w:p w14:paraId="79B9F2F7" w14:textId="77777777" w:rsidR="00292B2B" w:rsidRDefault="00757BA4">
      <w:pPr>
        <w:spacing w:after="20" w:line="276" w:lineRule="auto"/>
        <w:ind w:left="720" w:hanging="720"/>
      </w:pPr>
      <w:r>
        <w:rPr>
          <w:sz w:val="18"/>
        </w:rPr>
        <w:t>233. May 9, 2011  Cairo, Egypt  (200)</w:t>
      </w:r>
    </w:p>
    <w:p w14:paraId="6DAAE71D" w14:textId="77777777" w:rsidR="00292B2B" w:rsidRDefault="00757BA4">
      <w:pPr>
        <w:spacing w:after="20" w:line="276" w:lineRule="auto"/>
        <w:ind w:left="720" w:hanging="720"/>
      </w:pPr>
      <w:r>
        <w:rPr>
          <w:sz w:val="18"/>
        </w:rPr>
        <w:t>234. May 15, 2011  Cairo, Egypt  (900)</w:t>
      </w:r>
    </w:p>
    <w:p w14:paraId="50712744" w14:textId="77777777" w:rsidR="00292B2B" w:rsidRDefault="00757BA4">
      <w:pPr>
        <w:spacing w:after="20" w:line="276" w:lineRule="auto"/>
        <w:ind w:left="720" w:hanging="720"/>
      </w:pPr>
      <w:r>
        <w:rPr>
          <w:sz w:val="18"/>
        </w:rPr>
        <w:t>235. May 20, 2011  National Science Olympiad  (7000)</w:t>
      </w:r>
    </w:p>
    <w:p w14:paraId="1FFC2C8E" w14:textId="77777777" w:rsidR="00292B2B" w:rsidRDefault="00757BA4">
      <w:pPr>
        <w:spacing w:after="20" w:line="276" w:lineRule="auto"/>
        <w:ind w:left="720" w:hanging="720"/>
      </w:pPr>
      <w:r>
        <w:rPr>
          <w:sz w:val="18"/>
        </w:rPr>
        <w:t>237. September 17, 2011  Nippon TV Network (Japan)  (50)</w:t>
      </w:r>
    </w:p>
    <w:p w14:paraId="2845F6B0" w14:textId="77777777" w:rsidR="00292B2B" w:rsidRDefault="00757BA4">
      <w:pPr>
        <w:spacing w:after="20" w:line="276" w:lineRule="auto"/>
        <w:ind w:left="720" w:hanging="720"/>
      </w:pPr>
      <w:r>
        <w:rPr>
          <w:sz w:val="18"/>
        </w:rPr>
        <w:t>238. February 11, 2012  General public  (300)</w:t>
      </w:r>
    </w:p>
    <w:p w14:paraId="1F159322" w14:textId="77777777" w:rsidR="00292B2B" w:rsidRDefault="00757BA4">
      <w:pPr>
        <w:spacing w:after="20" w:line="276" w:lineRule="auto"/>
        <w:ind w:left="720" w:hanging="720"/>
      </w:pPr>
      <w:r>
        <w:rPr>
          <w:sz w:val="18"/>
        </w:rPr>
        <w:t>239. February 11, 2012  General public  (300)</w:t>
      </w:r>
    </w:p>
    <w:p w14:paraId="19BA46FC" w14:textId="77777777" w:rsidR="00292B2B" w:rsidRDefault="00757BA4">
      <w:pPr>
        <w:spacing w:after="20" w:line="276" w:lineRule="auto"/>
        <w:ind w:left="720" w:hanging="720"/>
      </w:pPr>
      <w:r>
        <w:rPr>
          <w:sz w:val="18"/>
        </w:rPr>
        <w:t>240. February 11, 2012  General public  (300)</w:t>
      </w:r>
    </w:p>
    <w:p w14:paraId="1A41FDE7" w14:textId="77777777" w:rsidR="00292B2B" w:rsidRDefault="00757BA4">
      <w:pPr>
        <w:spacing w:after="20" w:line="276" w:lineRule="auto"/>
        <w:ind w:left="720" w:hanging="720"/>
      </w:pPr>
      <w:r>
        <w:rPr>
          <w:sz w:val="18"/>
        </w:rPr>
        <w:t>241. February 12, 2012  General public  (300)</w:t>
      </w:r>
    </w:p>
    <w:p w14:paraId="70B63DEA" w14:textId="77777777" w:rsidR="00292B2B" w:rsidRDefault="00757BA4">
      <w:pPr>
        <w:spacing w:after="20" w:line="276" w:lineRule="auto"/>
        <w:ind w:left="720" w:hanging="720"/>
      </w:pPr>
      <w:r>
        <w:rPr>
          <w:sz w:val="18"/>
        </w:rPr>
        <w:t>242. February 12, 2012  General public  (300)</w:t>
      </w:r>
    </w:p>
    <w:p w14:paraId="1A72204A" w14:textId="77777777" w:rsidR="00292B2B" w:rsidRDefault="00757BA4">
      <w:pPr>
        <w:spacing w:after="20" w:line="276" w:lineRule="auto"/>
        <w:ind w:left="720" w:hanging="720"/>
      </w:pPr>
      <w:r>
        <w:rPr>
          <w:sz w:val="18"/>
        </w:rPr>
        <w:t>243. February 18, 2012  General public  (300)</w:t>
      </w:r>
    </w:p>
    <w:p w14:paraId="274D681D" w14:textId="77777777" w:rsidR="00292B2B" w:rsidRDefault="00757BA4">
      <w:pPr>
        <w:spacing w:after="20" w:line="276" w:lineRule="auto"/>
        <w:ind w:left="720" w:hanging="720"/>
      </w:pPr>
      <w:r>
        <w:rPr>
          <w:sz w:val="18"/>
        </w:rPr>
        <w:t>244. February 18, 2012  General public  (300)</w:t>
      </w:r>
    </w:p>
    <w:p w14:paraId="5F9FE0F9" w14:textId="77777777" w:rsidR="00292B2B" w:rsidRDefault="00757BA4">
      <w:pPr>
        <w:spacing w:after="20" w:line="276" w:lineRule="auto"/>
        <w:ind w:left="720" w:hanging="720"/>
      </w:pPr>
      <w:r>
        <w:rPr>
          <w:sz w:val="18"/>
        </w:rPr>
        <w:t>245. February 18, 2012  General public  (300)</w:t>
      </w:r>
    </w:p>
    <w:p w14:paraId="13869264" w14:textId="77777777" w:rsidR="00292B2B" w:rsidRDefault="00757BA4">
      <w:pPr>
        <w:spacing w:after="20" w:line="276" w:lineRule="auto"/>
        <w:ind w:left="720" w:hanging="720"/>
      </w:pPr>
      <w:r>
        <w:rPr>
          <w:sz w:val="18"/>
        </w:rPr>
        <w:t>246. February 19, 2012  General public  (300)</w:t>
      </w:r>
    </w:p>
    <w:p w14:paraId="2CAAC951" w14:textId="77777777" w:rsidR="00292B2B" w:rsidRDefault="00757BA4">
      <w:pPr>
        <w:spacing w:after="20" w:line="276" w:lineRule="auto"/>
        <w:ind w:left="720" w:hanging="720"/>
      </w:pPr>
      <w:r>
        <w:rPr>
          <w:sz w:val="18"/>
        </w:rPr>
        <w:t>*247. February 19, 2012  General public  (300)</w:t>
      </w:r>
    </w:p>
    <w:p w14:paraId="2EF9EABD" w14:textId="77777777" w:rsidR="00292B2B" w:rsidRDefault="00757BA4">
      <w:pPr>
        <w:spacing w:after="20" w:line="276" w:lineRule="auto"/>
        <w:ind w:left="720" w:hanging="720"/>
      </w:pPr>
      <w:r>
        <w:rPr>
          <w:sz w:val="18"/>
        </w:rPr>
        <w:t>248. February 9, 2013  General public  (300)</w:t>
      </w:r>
    </w:p>
    <w:p w14:paraId="44AF24FC" w14:textId="77777777" w:rsidR="00292B2B" w:rsidRDefault="00757BA4">
      <w:pPr>
        <w:spacing w:after="20" w:line="276" w:lineRule="auto"/>
        <w:ind w:left="720" w:hanging="720"/>
      </w:pPr>
      <w:r>
        <w:rPr>
          <w:sz w:val="18"/>
        </w:rPr>
        <w:t>249. February 9, 2013  General public  (300)</w:t>
      </w:r>
    </w:p>
    <w:p w14:paraId="0E2AA699" w14:textId="77777777" w:rsidR="00292B2B" w:rsidRDefault="00757BA4">
      <w:pPr>
        <w:spacing w:after="20" w:line="276" w:lineRule="auto"/>
        <w:ind w:left="720" w:hanging="720"/>
      </w:pPr>
      <w:r>
        <w:rPr>
          <w:sz w:val="18"/>
        </w:rPr>
        <w:t>250. February 9, 2013  General public  (300)</w:t>
      </w:r>
    </w:p>
    <w:p w14:paraId="15460743" w14:textId="77777777" w:rsidR="00292B2B" w:rsidRDefault="00757BA4">
      <w:pPr>
        <w:spacing w:after="20" w:line="276" w:lineRule="auto"/>
        <w:ind w:left="720" w:hanging="720"/>
      </w:pPr>
      <w:r>
        <w:rPr>
          <w:sz w:val="18"/>
        </w:rPr>
        <w:t>251. February 10, 2013  General public  (300)</w:t>
      </w:r>
    </w:p>
    <w:p w14:paraId="3A915A59" w14:textId="77777777" w:rsidR="00292B2B" w:rsidRDefault="00757BA4">
      <w:pPr>
        <w:spacing w:after="20" w:line="276" w:lineRule="auto"/>
        <w:ind w:left="720" w:hanging="720"/>
      </w:pPr>
      <w:r>
        <w:rPr>
          <w:sz w:val="18"/>
        </w:rPr>
        <w:t>252. February 10, 2013  General public  (300)</w:t>
      </w:r>
    </w:p>
    <w:p w14:paraId="7543ED55" w14:textId="77777777" w:rsidR="00292B2B" w:rsidRDefault="00757BA4">
      <w:pPr>
        <w:spacing w:after="20" w:line="276" w:lineRule="auto"/>
        <w:ind w:left="720" w:hanging="720"/>
      </w:pPr>
      <w:r>
        <w:rPr>
          <w:sz w:val="18"/>
        </w:rPr>
        <w:t>253. February 16 2013  General public  (300)</w:t>
      </w:r>
    </w:p>
    <w:p w14:paraId="49F4D063" w14:textId="77777777" w:rsidR="00292B2B" w:rsidRDefault="00757BA4">
      <w:pPr>
        <w:spacing w:after="20" w:line="276" w:lineRule="auto"/>
        <w:ind w:left="720" w:hanging="720"/>
      </w:pPr>
      <w:r>
        <w:rPr>
          <w:sz w:val="18"/>
        </w:rPr>
        <w:t>254. February 16, 2013  General public  (300)</w:t>
      </w:r>
    </w:p>
    <w:p w14:paraId="4FEB3F34" w14:textId="77777777" w:rsidR="00292B2B" w:rsidRDefault="00757BA4">
      <w:pPr>
        <w:spacing w:after="20" w:line="276" w:lineRule="auto"/>
        <w:ind w:left="720" w:hanging="720"/>
      </w:pPr>
      <w:r>
        <w:rPr>
          <w:sz w:val="18"/>
        </w:rPr>
        <w:t>255. February 16, 2013  General public  (300)</w:t>
      </w:r>
    </w:p>
    <w:p w14:paraId="0EE4948C" w14:textId="77777777" w:rsidR="00292B2B" w:rsidRDefault="00757BA4">
      <w:pPr>
        <w:spacing w:after="20" w:line="276" w:lineRule="auto"/>
        <w:ind w:left="720" w:hanging="720"/>
      </w:pPr>
      <w:r>
        <w:rPr>
          <w:sz w:val="18"/>
        </w:rPr>
        <w:t>256. February 17, 2013  General public  (300)</w:t>
      </w:r>
    </w:p>
    <w:p w14:paraId="72236C7D" w14:textId="77777777" w:rsidR="00292B2B" w:rsidRDefault="00757BA4">
      <w:pPr>
        <w:spacing w:after="20" w:line="276" w:lineRule="auto"/>
        <w:ind w:left="720" w:hanging="720"/>
      </w:pPr>
      <w:r>
        <w:rPr>
          <w:sz w:val="18"/>
        </w:rPr>
        <w:t>*257. February 17, 2013  General public  (300)</w:t>
      </w:r>
    </w:p>
    <w:p w14:paraId="5405E900" w14:textId="77777777" w:rsidR="00292B2B" w:rsidRDefault="00757BA4">
      <w:pPr>
        <w:spacing w:after="20" w:line="276" w:lineRule="auto"/>
        <w:ind w:left="720" w:hanging="720"/>
      </w:pPr>
      <w:r>
        <w:rPr>
          <w:sz w:val="18"/>
        </w:rPr>
        <w:t>258. February 8, 2014  General public  (300)</w:t>
      </w:r>
    </w:p>
    <w:p w14:paraId="01C88CEE" w14:textId="77777777" w:rsidR="00292B2B" w:rsidRDefault="00757BA4">
      <w:pPr>
        <w:spacing w:after="20" w:line="276" w:lineRule="auto"/>
        <w:ind w:left="720" w:hanging="720"/>
      </w:pPr>
      <w:r>
        <w:rPr>
          <w:sz w:val="18"/>
        </w:rPr>
        <w:t>259. February 8, 2014  General public  (300)</w:t>
      </w:r>
    </w:p>
    <w:p w14:paraId="05D33778" w14:textId="77777777" w:rsidR="00292B2B" w:rsidRDefault="00757BA4">
      <w:pPr>
        <w:spacing w:after="20" w:line="276" w:lineRule="auto"/>
        <w:ind w:left="720" w:hanging="720"/>
      </w:pPr>
      <w:r>
        <w:rPr>
          <w:sz w:val="18"/>
        </w:rPr>
        <w:t>260. February 8, 2014  General public  (300)</w:t>
      </w:r>
    </w:p>
    <w:p w14:paraId="1303A222" w14:textId="77777777" w:rsidR="00292B2B" w:rsidRDefault="00757BA4">
      <w:pPr>
        <w:spacing w:after="20" w:line="276" w:lineRule="auto"/>
        <w:ind w:left="720" w:hanging="720"/>
      </w:pPr>
      <w:r>
        <w:rPr>
          <w:sz w:val="18"/>
        </w:rPr>
        <w:t>261. February 9, 2014  General public  (300)</w:t>
      </w:r>
    </w:p>
    <w:p w14:paraId="0D6FAAEB" w14:textId="77777777" w:rsidR="00292B2B" w:rsidRDefault="00757BA4">
      <w:pPr>
        <w:spacing w:after="20" w:line="276" w:lineRule="auto"/>
        <w:ind w:left="720" w:hanging="720"/>
      </w:pPr>
      <w:r>
        <w:rPr>
          <w:sz w:val="18"/>
        </w:rPr>
        <w:t>262. February 9, 2014  General public  (300)</w:t>
      </w:r>
    </w:p>
    <w:p w14:paraId="0FFCA2EC" w14:textId="77777777" w:rsidR="00292B2B" w:rsidRDefault="00757BA4">
      <w:pPr>
        <w:spacing w:after="20" w:line="276" w:lineRule="auto"/>
        <w:ind w:left="720" w:hanging="720"/>
      </w:pPr>
      <w:r>
        <w:rPr>
          <w:sz w:val="18"/>
        </w:rPr>
        <w:t>263. February 15 2014  General public  (300)</w:t>
      </w:r>
    </w:p>
    <w:p w14:paraId="6A02F3A3" w14:textId="77777777" w:rsidR="00292B2B" w:rsidRDefault="00757BA4">
      <w:pPr>
        <w:spacing w:after="20" w:line="276" w:lineRule="auto"/>
        <w:ind w:left="720" w:hanging="720"/>
      </w:pPr>
      <w:r>
        <w:rPr>
          <w:sz w:val="18"/>
        </w:rPr>
        <w:t>264. February 15, 2014  General public  (300)</w:t>
      </w:r>
    </w:p>
    <w:p w14:paraId="0E49A9BE" w14:textId="77777777" w:rsidR="00292B2B" w:rsidRDefault="00757BA4">
      <w:pPr>
        <w:spacing w:after="20" w:line="276" w:lineRule="auto"/>
        <w:ind w:left="720" w:hanging="720"/>
      </w:pPr>
      <w:r>
        <w:rPr>
          <w:sz w:val="18"/>
        </w:rPr>
        <w:t>265. February 15, 2014  General public  (300)</w:t>
      </w:r>
    </w:p>
    <w:p w14:paraId="3B01A103" w14:textId="77777777" w:rsidR="00292B2B" w:rsidRDefault="00757BA4">
      <w:pPr>
        <w:spacing w:after="20" w:line="276" w:lineRule="auto"/>
        <w:ind w:left="720" w:hanging="720"/>
      </w:pPr>
      <w:r>
        <w:rPr>
          <w:sz w:val="18"/>
        </w:rPr>
        <w:t>266. February 16, 2014  General public  (300)</w:t>
      </w:r>
    </w:p>
    <w:p w14:paraId="488AB267" w14:textId="77777777" w:rsidR="00292B2B" w:rsidRDefault="00757BA4">
      <w:pPr>
        <w:spacing w:after="20" w:line="276" w:lineRule="auto"/>
        <w:ind w:left="720" w:hanging="720"/>
      </w:pPr>
      <w:r>
        <w:rPr>
          <w:sz w:val="18"/>
        </w:rPr>
        <w:t>*267. February 16, 2014  General public  (300)</w:t>
      </w:r>
    </w:p>
    <w:p w14:paraId="0BEAE9BF" w14:textId="77777777" w:rsidR="00292B2B" w:rsidRDefault="00757BA4">
      <w:pPr>
        <w:spacing w:after="20" w:line="276" w:lineRule="auto"/>
        <w:ind w:left="720" w:hanging="720"/>
      </w:pPr>
      <w:r>
        <w:rPr>
          <w:sz w:val="18"/>
        </w:rPr>
        <w:t>268. February 7, 2015  General public  (300)</w:t>
      </w:r>
    </w:p>
    <w:p w14:paraId="4E15ED12" w14:textId="77777777" w:rsidR="00292B2B" w:rsidRDefault="00757BA4">
      <w:pPr>
        <w:spacing w:after="20" w:line="276" w:lineRule="auto"/>
        <w:ind w:left="720" w:hanging="720"/>
      </w:pPr>
      <w:r>
        <w:rPr>
          <w:sz w:val="18"/>
        </w:rPr>
        <w:t>269. February 7, 2015  General public  (300)</w:t>
      </w:r>
    </w:p>
    <w:p w14:paraId="3A34BD95" w14:textId="77777777" w:rsidR="00292B2B" w:rsidRDefault="00757BA4">
      <w:pPr>
        <w:spacing w:after="20" w:line="276" w:lineRule="auto"/>
        <w:ind w:left="720" w:hanging="720"/>
      </w:pPr>
      <w:r>
        <w:rPr>
          <w:sz w:val="18"/>
        </w:rPr>
        <w:t>270. February 7, 2015  General public  (300)</w:t>
      </w:r>
    </w:p>
    <w:p w14:paraId="1459C224" w14:textId="77777777" w:rsidR="00292B2B" w:rsidRDefault="00757BA4">
      <w:pPr>
        <w:spacing w:after="20" w:line="276" w:lineRule="auto"/>
        <w:ind w:left="720" w:hanging="720"/>
      </w:pPr>
      <w:r>
        <w:rPr>
          <w:sz w:val="18"/>
        </w:rPr>
        <w:t>271. February 8, 2015  General public  (300)</w:t>
      </w:r>
    </w:p>
    <w:p w14:paraId="52799DB8" w14:textId="77777777" w:rsidR="00292B2B" w:rsidRDefault="00757BA4">
      <w:pPr>
        <w:spacing w:after="20" w:line="276" w:lineRule="auto"/>
        <w:ind w:left="720" w:hanging="720"/>
      </w:pPr>
      <w:r>
        <w:rPr>
          <w:sz w:val="18"/>
        </w:rPr>
        <w:t>272. February 8, 2015  General public  (300)</w:t>
      </w:r>
    </w:p>
    <w:p w14:paraId="1EA46FFE" w14:textId="77777777" w:rsidR="00292B2B" w:rsidRDefault="00757BA4">
      <w:pPr>
        <w:spacing w:after="20" w:line="276" w:lineRule="auto"/>
        <w:ind w:left="720" w:hanging="720"/>
      </w:pPr>
      <w:r>
        <w:rPr>
          <w:sz w:val="18"/>
        </w:rPr>
        <w:t>273. February 14 2015  General public  (300)</w:t>
      </w:r>
    </w:p>
    <w:p w14:paraId="25691614" w14:textId="77777777" w:rsidR="00292B2B" w:rsidRDefault="00757BA4">
      <w:pPr>
        <w:spacing w:after="20" w:line="276" w:lineRule="auto"/>
        <w:ind w:left="720" w:hanging="720"/>
      </w:pPr>
      <w:r>
        <w:rPr>
          <w:sz w:val="18"/>
        </w:rPr>
        <w:t>274. February 14, 2015  General public  (300)</w:t>
      </w:r>
    </w:p>
    <w:p w14:paraId="4B80B696" w14:textId="77777777" w:rsidR="00292B2B" w:rsidRDefault="00757BA4">
      <w:pPr>
        <w:spacing w:after="20" w:line="276" w:lineRule="auto"/>
        <w:ind w:left="720" w:hanging="720"/>
      </w:pPr>
      <w:r>
        <w:rPr>
          <w:sz w:val="18"/>
        </w:rPr>
        <w:t>275. February 14, 2015  General public  (300)</w:t>
      </w:r>
    </w:p>
    <w:p w14:paraId="23E9709C" w14:textId="77777777" w:rsidR="00292B2B" w:rsidRDefault="00757BA4">
      <w:pPr>
        <w:spacing w:after="20" w:line="276" w:lineRule="auto"/>
        <w:ind w:left="720" w:hanging="720"/>
      </w:pPr>
      <w:r>
        <w:rPr>
          <w:sz w:val="18"/>
        </w:rPr>
        <w:t>276. February 15, 2015  General public  (300)</w:t>
      </w:r>
    </w:p>
    <w:p w14:paraId="4D91DB86" w14:textId="77777777" w:rsidR="00292B2B" w:rsidRDefault="00757BA4">
      <w:pPr>
        <w:spacing w:after="20" w:line="276" w:lineRule="auto"/>
        <w:ind w:left="720" w:hanging="720"/>
      </w:pPr>
      <w:r>
        <w:rPr>
          <w:sz w:val="18"/>
        </w:rPr>
        <w:t>*277. February 15, 2015  General public  (300)</w:t>
      </w:r>
    </w:p>
    <w:p w14:paraId="6F9F8F20" w14:textId="77777777" w:rsidR="00292B2B" w:rsidRDefault="00757BA4">
      <w:pPr>
        <w:spacing w:after="20" w:line="276" w:lineRule="auto"/>
        <w:ind w:left="720" w:hanging="720"/>
      </w:pPr>
      <w:r>
        <w:rPr>
          <w:sz w:val="18"/>
        </w:rPr>
        <w:t>278. February 13, 2016  General public  (290)</w:t>
      </w:r>
    </w:p>
    <w:p w14:paraId="5742AA98" w14:textId="77777777" w:rsidR="00292B2B" w:rsidRDefault="00757BA4">
      <w:pPr>
        <w:spacing w:after="20" w:line="276" w:lineRule="auto"/>
        <w:ind w:left="720" w:hanging="720"/>
      </w:pPr>
      <w:r>
        <w:rPr>
          <w:sz w:val="18"/>
        </w:rPr>
        <w:t>279. February 13, 2016  General public  (295)</w:t>
      </w:r>
    </w:p>
    <w:p w14:paraId="33977FAE" w14:textId="77777777" w:rsidR="00292B2B" w:rsidRDefault="00757BA4">
      <w:pPr>
        <w:spacing w:after="20" w:line="276" w:lineRule="auto"/>
        <w:ind w:left="720" w:hanging="720"/>
      </w:pPr>
      <w:r>
        <w:rPr>
          <w:sz w:val="18"/>
        </w:rPr>
        <w:t>280. February 13, 2016  General public  (275)</w:t>
      </w:r>
    </w:p>
    <w:p w14:paraId="560A16B8" w14:textId="77777777" w:rsidR="00292B2B" w:rsidRDefault="00757BA4">
      <w:pPr>
        <w:spacing w:after="20" w:line="276" w:lineRule="auto"/>
        <w:ind w:left="720" w:hanging="720"/>
      </w:pPr>
      <w:r>
        <w:rPr>
          <w:sz w:val="18"/>
        </w:rPr>
        <w:t>281. February 14, 2016  General public  (275)</w:t>
      </w:r>
    </w:p>
    <w:p w14:paraId="5C1668E2" w14:textId="77777777" w:rsidR="00292B2B" w:rsidRDefault="00757BA4">
      <w:pPr>
        <w:spacing w:after="20" w:line="276" w:lineRule="auto"/>
        <w:ind w:left="720" w:hanging="720"/>
      </w:pPr>
      <w:r>
        <w:rPr>
          <w:sz w:val="18"/>
        </w:rPr>
        <w:t>282. February 14, 2016  General public  (250)</w:t>
      </w:r>
    </w:p>
    <w:p w14:paraId="62C29059" w14:textId="77777777" w:rsidR="00292B2B" w:rsidRDefault="00757BA4">
      <w:pPr>
        <w:spacing w:after="20" w:line="276" w:lineRule="auto"/>
        <w:ind w:left="720" w:hanging="720"/>
      </w:pPr>
      <w:r>
        <w:rPr>
          <w:sz w:val="18"/>
        </w:rPr>
        <w:t>283. February 20, 2016  General public  (290)</w:t>
      </w:r>
    </w:p>
    <w:p w14:paraId="5D2895E6" w14:textId="77777777" w:rsidR="00292B2B" w:rsidRDefault="00757BA4">
      <w:pPr>
        <w:spacing w:after="20" w:line="276" w:lineRule="auto"/>
        <w:ind w:left="720" w:hanging="720"/>
      </w:pPr>
      <w:r>
        <w:rPr>
          <w:sz w:val="18"/>
        </w:rPr>
        <w:t>284. February 20, 2016  General public  (265)</w:t>
      </w:r>
    </w:p>
    <w:p w14:paraId="790B8426" w14:textId="77777777" w:rsidR="00292B2B" w:rsidRDefault="00757BA4">
      <w:pPr>
        <w:spacing w:after="20" w:line="276" w:lineRule="auto"/>
        <w:ind w:left="720" w:hanging="720"/>
      </w:pPr>
      <w:r>
        <w:rPr>
          <w:sz w:val="18"/>
        </w:rPr>
        <w:t>285. February 20, 2016  General public  (270)</w:t>
      </w:r>
    </w:p>
    <w:p w14:paraId="49D99FB6" w14:textId="77777777" w:rsidR="00292B2B" w:rsidRDefault="00757BA4">
      <w:pPr>
        <w:spacing w:after="20" w:line="276" w:lineRule="auto"/>
        <w:ind w:left="720" w:hanging="720"/>
      </w:pPr>
      <w:r>
        <w:rPr>
          <w:sz w:val="18"/>
        </w:rPr>
        <w:t>286. February 21, 2016  General public  (290)</w:t>
      </w:r>
    </w:p>
    <w:p w14:paraId="3CD0F756" w14:textId="77777777" w:rsidR="00292B2B" w:rsidRDefault="00757BA4">
      <w:pPr>
        <w:spacing w:after="20" w:line="276" w:lineRule="auto"/>
        <w:ind w:left="720" w:hanging="720"/>
      </w:pPr>
      <w:r>
        <w:rPr>
          <w:sz w:val="18"/>
        </w:rPr>
        <w:t>*287. February 21, 2016  General public  (265)</w:t>
      </w:r>
    </w:p>
    <w:p w14:paraId="37AD7F80" w14:textId="77777777" w:rsidR="00292B2B" w:rsidRDefault="00757BA4">
      <w:pPr>
        <w:spacing w:after="20" w:line="276" w:lineRule="auto"/>
        <w:ind w:left="720" w:hanging="720"/>
      </w:pPr>
      <w:r>
        <w:rPr>
          <w:sz w:val="18"/>
        </w:rPr>
        <w:t>288. February 11, 2017  General public  (300)</w:t>
      </w:r>
    </w:p>
    <w:p w14:paraId="16012280" w14:textId="77777777" w:rsidR="00292B2B" w:rsidRDefault="00757BA4">
      <w:pPr>
        <w:spacing w:after="20" w:line="276" w:lineRule="auto"/>
        <w:ind w:left="720" w:hanging="720"/>
      </w:pPr>
      <w:r>
        <w:rPr>
          <w:sz w:val="18"/>
        </w:rPr>
        <w:t>289. February 11, 2017  General public  (300)</w:t>
      </w:r>
    </w:p>
    <w:p w14:paraId="4495498A" w14:textId="77777777" w:rsidR="00292B2B" w:rsidRDefault="00757BA4">
      <w:pPr>
        <w:spacing w:after="20" w:line="276" w:lineRule="auto"/>
        <w:ind w:left="720" w:hanging="720"/>
      </w:pPr>
      <w:r>
        <w:rPr>
          <w:sz w:val="18"/>
        </w:rPr>
        <w:t>290. February 11, 2017  General public  (300)</w:t>
      </w:r>
    </w:p>
    <w:p w14:paraId="2E330016" w14:textId="77777777" w:rsidR="00292B2B" w:rsidRDefault="00757BA4">
      <w:pPr>
        <w:spacing w:after="20" w:line="276" w:lineRule="auto"/>
        <w:ind w:left="720" w:hanging="720"/>
      </w:pPr>
      <w:r>
        <w:rPr>
          <w:sz w:val="18"/>
        </w:rPr>
        <w:t>291. February 12, 2017  General public  (300)</w:t>
      </w:r>
    </w:p>
    <w:p w14:paraId="7597145F" w14:textId="77777777" w:rsidR="00292B2B" w:rsidRDefault="00757BA4">
      <w:pPr>
        <w:spacing w:after="20" w:line="276" w:lineRule="auto"/>
        <w:ind w:left="720" w:hanging="720"/>
      </w:pPr>
      <w:r>
        <w:rPr>
          <w:sz w:val="18"/>
        </w:rPr>
        <w:t>292. February 12, 2017  General public  (300)</w:t>
      </w:r>
    </w:p>
    <w:p w14:paraId="3FF56C2F" w14:textId="77777777" w:rsidR="00292B2B" w:rsidRDefault="00757BA4">
      <w:pPr>
        <w:spacing w:after="20" w:line="276" w:lineRule="auto"/>
        <w:ind w:left="720" w:hanging="720"/>
      </w:pPr>
      <w:r>
        <w:rPr>
          <w:sz w:val="18"/>
        </w:rPr>
        <w:t>293. February 18, 2017  General public  (300)</w:t>
      </w:r>
    </w:p>
    <w:p w14:paraId="454421AA" w14:textId="77777777" w:rsidR="00292B2B" w:rsidRDefault="00757BA4">
      <w:pPr>
        <w:spacing w:after="20" w:line="276" w:lineRule="auto"/>
        <w:ind w:left="720" w:hanging="720"/>
      </w:pPr>
      <w:r>
        <w:rPr>
          <w:sz w:val="18"/>
        </w:rPr>
        <w:t>294. February 18, 2017  General public  (300)</w:t>
      </w:r>
    </w:p>
    <w:p w14:paraId="61CC4162" w14:textId="77777777" w:rsidR="00292B2B" w:rsidRDefault="00757BA4">
      <w:pPr>
        <w:spacing w:after="20" w:line="276" w:lineRule="auto"/>
        <w:ind w:left="720" w:hanging="720"/>
      </w:pPr>
      <w:r>
        <w:rPr>
          <w:sz w:val="18"/>
        </w:rPr>
        <w:t>295. February 18, 2017  General public  (300)</w:t>
      </w:r>
    </w:p>
    <w:p w14:paraId="73F54981" w14:textId="77777777" w:rsidR="00292B2B" w:rsidRDefault="00757BA4">
      <w:pPr>
        <w:spacing w:after="20" w:line="276" w:lineRule="auto"/>
        <w:ind w:left="720" w:hanging="720"/>
      </w:pPr>
      <w:r>
        <w:rPr>
          <w:sz w:val="18"/>
        </w:rPr>
        <w:t>296. February 19, 2017  General public  (300)</w:t>
      </w:r>
    </w:p>
    <w:p w14:paraId="2411D233" w14:textId="77777777" w:rsidR="00292B2B" w:rsidRDefault="00757BA4">
      <w:pPr>
        <w:spacing w:after="20" w:line="276" w:lineRule="auto"/>
        <w:ind w:left="720" w:hanging="720"/>
      </w:pPr>
      <w:r>
        <w:rPr>
          <w:sz w:val="18"/>
        </w:rPr>
        <w:t>*297. February 19, 2017  General public  (300)</w:t>
      </w:r>
    </w:p>
    <w:p w14:paraId="5AB9BD93" w14:textId="77777777" w:rsidR="00292B2B" w:rsidRDefault="00757BA4">
      <w:pPr>
        <w:spacing w:after="20" w:line="276" w:lineRule="auto"/>
        <w:ind w:left="720" w:hanging="720"/>
      </w:pPr>
      <w:r>
        <w:rPr>
          <w:sz w:val="18"/>
        </w:rPr>
        <w:t>298. February 10, 2018  General public  (250)</w:t>
      </w:r>
    </w:p>
    <w:p w14:paraId="22AAA272" w14:textId="77777777" w:rsidR="00292B2B" w:rsidRDefault="00757BA4">
      <w:pPr>
        <w:spacing w:after="20" w:line="276" w:lineRule="auto"/>
        <w:ind w:left="720" w:hanging="720"/>
      </w:pPr>
      <w:r>
        <w:rPr>
          <w:sz w:val="18"/>
        </w:rPr>
        <w:t>299. February 10, 2018  General public  (275)</w:t>
      </w:r>
    </w:p>
    <w:p w14:paraId="0726B46D" w14:textId="77777777" w:rsidR="00292B2B" w:rsidRDefault="00757BA4">
      <w:pPr>
        <w:spacing w:after="20" w:line="276" w:lineRule="auto"/>
        <w:ind w:left="720" w:hanging="720"/>
      </w:pPr>
      <w:r>
        <w:rPr>
          <w:sz w:val="18"/>
        </w:rPr>
        <w:t>300. February 10, 2018  General public  (275)</w:t>
      </w:r>
    </w:p>
    <w:p w14:paraId="72E4783C" w14:textId="77777777" w:rsidR="00292B2B" w:rsidRDefault="00757BA4">
      <w:pPr>
        <w:spacing w:after="20" w:line="276" w:lineRule="auto"/>
        <w:ind w:left="720" w:hanging="720"/>
      </w:pPr>
      <w:r>
        <w:rPr>
          <w:sz w:val="18"/>
        </w:rPr>
        <w:t>301. February 11, 2018  General public  (275)</w:t>
      </w:r>
    </w:p>
    <w:p w14:paraId="41E5904E" w14:textId="77777777" w:rsidR="00292B2B" w:rsidRDefault="00757BA4">
      <w:pPr>
        <w:spacing w:after="20" w:line="276" w:lineRule="auto"/>
        <w:ind w:left="720" w:hanging="720"/>
      </w:pPr>
      <w:r>
        <w:rPr>
          <w:sz w:val="18"/>
        </w:rPr>
        <w:t>302. February 11, 2018  General public  (300)</w:t>
      </w:r>
    </w:p>
    <w:p w14:paraId="1EDDD994" w14:textId="77777777" w:rsidR="00292B2B" w:rsidRDefault="00757BA4">
      <w:pPr>
        <w:spacing w:after="20" w:line="276" w:lineRule="auto"/>
        <w:ind w:left="720" w:hanging="720"/>
      </w:pPr>
      <w:r>
        <w:rPr>
          <w:sz w:val="18"/>
        </w:rPr>
        <w:t>303. February 17, 2018  General public  (300)</w:t>
      </w:r>
    </w:p>
    <w:p w14:paraId="3FF0C30E" w14:textId="77777777" w:rsidR="00292B2B" w:rsidRDefault="00757BA4">
      <w:pPr>
        <w:spacing w:after="20" w:line="276" w:lineRule="auto"/>
        <w:ind w:left="720" w:hanging="720"/>
      </w:pPr>
      <w:r>
        <w:rPr>
          <w:sz w:val="18"/>
        </w:rPr>
        <w:t>304. February 17, 2018  General public  (275)</w:t>
      </w:r>
    </w:p>
    <w:p w14:paraId="1277C415" w14:textId="77777777" w:rsidR="00292B2B" w:rsidRDefault="00757BA4">
      <w:pPr>
        <w:spacing w:after="20" w:line="276" w:lineRule="auto"/>
        <w:ind w:left="720" w:hanging="720"/>
      </w:pPr>
      <w:r>
        <w:rPr>
          <w:sz w:val="18"/>
        </w:rPr>
        <w:t>305. February 17, 2018  General public  (300)</w:t>
      </w:r>
    </w:p>
    <w:p w14:paraId="17AA24DC" w14:textId="77777777" w:rsidR="00292B2B" w:rsidRDefault="00757BA4">
      <w:pPr>
        <w:spacing w:after="20" w:line="276" w:lineRule="auto"/>
        <w:ind w:left="720" w:hanging="720"/>
      </w:pPr>
      <w:r>
        <w:rPr>
          <w:sz w:val="18"/>
        </w:rPr>
        <w:t>306. February 18, 2018  General public  (300)</w:t>
      </w:r>
    </w:p>
    <w:p w14:paraId="7554CD7B" w14:textId="77777777" w:rsidR="00292B2B" w:rsidRDefault="00757BA4">
      <w:pPr>
        <w:spacing w:after="20" w:line="276" w:lineRule="auto"/>
        <w:ind w:left="720" w:hanging="720"/>
      </w:pPr>
      <w:r>
        <w:rPr>
          <w:sz w:val="18"/>
        </w:rPr>
        <w:t>*307. February 18, 2018  General public  (275)</w:t>
      </w:r>
    </w:p>
    <w:p w14:paraId="515BE56A" w14:textId="77777777" w:rsidR="00292B2B" w:rsidRDefault="00757BA4">
      <w:pPr>
        <w:spacing w:after="20" w:line="276" w:lineRule="auto"/>
        <w:ind w:left="720" w:hanging="720"/>
      </w:pPr>
      <w:r>
        <w:rPr>
          <w:sz w:val="18"/>
        </w:rPr>
        <w:t>308. February 9, 2018  General public  (250)</w:t>
      </w:r>
    </w:p>
    <w:p w14:paraId="4D7CE58E" w14:textId="77777777" w:rsidR="00292B2B" w:rsidRDefault="00757BA4">
      <w:pPr>
        <w:spacing w:after="20" w:line="276" w:lineRule="auto"/>
        <w:ind w:left="720" w:hanging="720"/>
      </w:pPr>
      <w:r>
        <w:rPr>
          <w:sz w:val="18"/>
        </w:rPr>
        <w:t>309. February 9, 2019  General public  (300)</w:t>
      </w:r>
    </w:p>
    <w:p w14:paraId="4B7F4E74" w14:textId="77777777" w:rsidR="00292B2B" w:rsidRDefault="00757BA4">
      <w:pPr>
        <w:spacing w:after="20" w:line="276" w:lineRule="auto"/>
        <w:ind w:left="720" w:hanging="720"/>
      </w:pPr>
      <w:r>
        <w:rPr>
          <w:sz w:val="18"/>
        </w:rPr>
        <w:t>310. February 9, 2019  General public  (200)</w:t>
      </w:r>
    </w:p>
    <w:p w14:paraId="6DF1981F" w14:textId="77777777" w:rsidR="00292B2B" w:rsidRDefault="00757BA4">
      <w:pPr>
        <w:spacing w:after="20" w:line="276" w:lineRule="auto"/>
        <w:ind w:left="720" w:hanging="720"/>
      </w:pPr>
      <w:r>
        <w:rPr>
          <w:sz w:val="18"/>
        </w:rPr>
        <w:t>311. February 10, 2019  General public  (250)</w:t>
      </w:r>
    </w:p>
    <w:p w14:paraId="6865D140" w14:textId="77777777" w:rsidR="00292B2B" w:rsidRDefault="00757BA4">
      <w:pPr>
        <w:spacing w:after="20" w:line="276" w:lineRule="auto"/>
        <w:ind w:left="720" w:hanging="720"/>
      </w:pPr>
      <w:r>
        <w:rPr>
          <w:sz w:val="18"/>
        </w:rPr>
        <w:t>312. February 10, 2019  General public  (250)</w:t>
      </w:r>
    </w:p>
    <w:p w14:paraId="251964FC" w14:textId="77777777" w:rsidR="00292B2B" w:rsidRDefault="00757BA4">
      <w:pPr>
        <w:spacing w:after="20" w:line="276" w:lineRule="auto"/>
        <w:ind w:left="720" w:hanging="720"/>
      </w:pPr>
      <w:r>
        <w:rPr>
          <w:sz w:val="18"/>
        </w:rPr>
        <w:t>313. February 16, 2019  General public  (300)</w:t>
      </w:r>
    </w:p>
    <w:p w14:paraId="5A43DE21" w14:textId="77777777" w:rsidR="00292B2B" w:rsidRDefault="00757BA4">
      <w:pPr>
        <w:spacing w:after="20" w:line="276" w:lineRule="auto"/>
        <w:ind w:left="720" w:hanging="720"/>
      </w:pPr>
      <w:r>
        <w:rPr>
          <w:sz w:val="18"/>
        </w:rPr>
        <w:t>314. February 16, 2019  General public  (300)</w:t>
      </w:r>
    </w:p>
    <w:p w14:paraId="78AD75DF" w14:textId="77777777" w:rsidR="00292B2B" w:rsidRDefault="00757BA4">
      <w:pPr>
        <w:spacing w:after="20" w:line="276" w:lineRule="auto"/>
        <w:ind w:left="720" w:hanging="720"/>
      </w:pPr>
      <w:r>
        <w:rPr>
          <w:sz w:val="18"/>
        </w:rPr>
        <w:t>315. February 16, 2019  General public  (250)</w:t>
      </w:r>
    </w:p>
    <w:p w14:paraId="318FDCB4" w14:textId="77777777" w:rsidR="00292B2B" w:rsidRDefault="00757BA4">
      <w:pPr>
        <w:spacing w:after="20" w:line="276" w:lineRule="auto"/>
        <w:ind w:left="720" w:hanging="720"/>
      </w:pPr>
      <w:r>
        <w:rPr>
          <w:sz w:val="18"/>
        </w:rPr>
        <w:t>316. February 17, 2019  General public  (200)</w:t>
      </w:r>
    </w:p>
    <w:p w14:paraId="7712C66B" w14:textId="77777777" w:rsidR="00292B2B" w:rsidRDefault="00757BA4">
      <w:pPr>
        <w:spacing w:after="20" w:line="276" w:lineRule="auto"/>
        <w:ind w:left="720" w:hanging="720"/>
      </w:pPr>
      <w:r>
        <w:rPr>
          <w:sz w:val="18"/>
        </w:rPr>
        <w:t>*317. February 17, 2019  General public  (200)</w:t>
      </w:r>
    </w:p>
    <w:p w14:paraId="2652FFB1" w14:textId="77777777" w:rsidR="00292B2B" w:rsidRDefault="00757BA4">
      <w:pPr>
        <w:spacing w:after="20" w:line="276" w:lineRule="auto"/>
        <w:ind w:left="720" w:hanging="720"/>
      </w:pPr>
      <w:r>
        <w:rPr>
          <w:sz w:val="18"/>
        </w:rPr>
        <w:t>318. February 8, 2020  General public  (300)</w:t>
      </w:r>
    </w:p>
    <w:p w14:paraId="5927F6DA" w14:textId="77777777" w:rsidR="00292B2B" w:rsidRDefault="00757BA4">
      <w:pPr>
        <w:spacing w:after="20" w:line="276" w:lineRule="auto"/>
        <w:ind w:left="720" w:hanging="720"/>
      </w:pPr>
      <w:r>
        <w:rPr>
          <w:sz w:val="18"/>
        </w:rPr>
        <w:t>319. February 8, 2020  General public  (300)</w:t>
      </w:r>
    </w:p>
    <w:p w14:paraId="6D35E2F5" w14:textId="77777777" w:rsidR="00292B2B" w:rsidRDefault="00757BA4">
      <w:pPr>
        <w:spacing w:after="20" w:line="276" w:lineRule="auto"/>
        <w:ind w:left="720" w:hanging="720"/>
      </w:pPr>
      <w:r>
        <w:rPr>
          <w:sz w:val="18"/>
        </w:rPr>
        <w:t>320. February 8, 2020  General public  (250)</w:t>
      </w:r>
    </w:p>
    <w:p w14:paraId="4750C212" w14:textId="77777777" w:rsidR="00292B2B" w:rsidRDefault="00757BA4">
      <w:pPr>
        <w:spacing w:after="20" w:line="276" w:lineRule="auto"/>
        <w:ind w:left="720" w:hanging="720"/>
      </w:pPr>
      <w:r>
        <w:rPr>
          <w:sz w:val="18"/>
        </w:rPr>
        <w:t>321. February 9, 2020  General public  (200)</w:t>
      </w:r>
    </w:p>
    <w:p w14:paraId="00320A21" w14:textId="77777777" w:rsidR="00292B2B" w:rsidRDefault="00757BA4">
      <w:pPr>
        <w:spacing w:after="20" w:line="276" w:lineRule="auto"/>
        <w:ind w:left="720" w:hanging="720"/>
      </w:pPr>
      <w:r>
        <w:rPr>
          <w:sz w:val="18"/>
        </w:rPr>
        <w:t>322. February 9, 2020  General public  (200)</w:t>
      </w:r>
    </w:p>
    <w:p w14:paraId="1ABB4272" w14:textId="77777777" w:rsidR="00292B2B" w:rsidRDefault="00757BA4">
      <w:pPr>
        <w:spacing w:after="20" w:line="276" w:lineRule="auto"/>
        <w:ind w:left="720" w:hanging="720"/>
      </w:pPr>
      <w:r>
        <w:rPr>
          <w:sz w:val="18"/>
        </w:rPr>
        <w:t>323. February 15, 2020  General public  (300)</w:t>
      </w:r>
    </w:p>
    <w:p w14:paraId="1CF0DA92" w14:textId="77777777" w:rsidR="00292B2B" w:rsidRDefault="00757BA4">
      <w:pPr>
        <w:spacing w:after="20" w:line="276" w:lineRule="auto"/>
        <w:ind w:left="720" w:hanging="720"/>
      </w:pPr>
      <w:r>
        <w:rPr>
          <w:sz w:val="18"/>
        </w:rPr>
        <w:t>324. February 15, 2020  General public  (300)</w:t>
      </w:r>
    </w:p>
    <w:p w14:paraId="5EFDDC05" w14:textId="77777777" w:rsidR="00292B2B" w:rsidRDefault="00757BA4">
      <w:pPr>
        <w:spacing w:after="20" w:line="276" w:lineRule="auto"/>
        <w:ind w:left="720" w:hanging="720"/>
      </w:pPr>
      <w:r>
        <w:rPr>
          <w:sz w:val="18"/>
        </w:rPr>
        <w:t>325. February 15, 2020  General public  (300)</w:t>
      </w:r>
    </w:p>
    <w:p w14:paraId="4BEE8282" w14:textId="77777777" w:rsidR="00292B2B" w:rsidRDefault="00757BA4">
      <w:pPr>
        <w:spacing w:after="20" w:line="276" w:lineRule="auto"/>
        <w:ind w:left="720" w:hanging="720"/>
      </w:pPr>
      <w:r>
        <w:rPr>
          <w:sz w:val="18"/>
        </w:rPr>
        <w:t>326. February 16, 2020  General public  (300)</w:t>
      </w:r>
    </w:p>
    <w:p w14:paraId="18119523" w14:textId="77777777" w:rsidR="00292B2B" w:rsidRDefault="00757BA4">
      <w:pPr>
        <w:spacing w:after="20" w:line="276" w:lineRule="auto"/>
        <w:ind w:left="720" w:hanging="720"/>
      </w:pPr>
      <w:r>
        <w:rPr>
          <w:sz w:val="18"/>
        </w:rPr>
        <w:t>*327. February 16, 2020  General public  (300)</w:t>
      </w:r>
    </w:p>
    <w:p w14:paraId="7593265F" w14:textId="77777777" w:rsidR="00292B2B" w:rsidRDefault="00757BA4">
      <w:pPr>
        <w:spacing w:after="20" w:line="276" w:lineRule="auto"/>
        <w:ind w:left="720" w:hanging="720"/>
      </w:pPr>
      <w:r>
        <w:rPr>
          <w:sz w:val="18"/>
        </w:rPr>
        <w:t>328. June 30, 2021  Virtual (video contest)  (46)</w:t>
      </w:r>
    </w:p>
    <w:p w14:paraId="2933EF5E" w14:textId="77777777" w:rsidR="00292B2B" w:rsidRDefault="00757BA4">
      <w:pPr>
        <w:spacing w:after="20" w:line="276" w:lineRule="auto"/>
        <w:ind w:left="720" w:hanging="720"/>
      </w:pPr>
      <w:r>
        <w:rPr>
          <w:sz w:val="18"/>
        </w:rPr>
        <w:t>329. April 9, 2022  General public  (300)</w:t>
      </w:r>
    </w:p>
    <w:p w14:paraId="4872AF82" w14:textId="77777777" w:rsidR="00292B2B" w:rsidRDefault="00757BA4">
      <w:pPr>
        <w:spacing w:after="20" w:line="276" w:lineRule="auto"/>
        <w:ind w:left="720" w:hanging="720"/>
      </w:pPr>
      <w:r>
        <w:rPr>
          <w:sz w:val="18"/>
        </w:rPr>
        <w:t>330. April 9, 2022  General public  (300)</w:t>
      </w:r>
    </w:p>
    <w:p w14:paraId="72C3D734" w14:textId="77777777" w:rsidR="00292B2B" w:rsidRDefault="00757BA4">
      <w:pPr>
        <w:spacing w:after="20" w:line="276" w:lineRule="auto"/>
        <w:ind w:left="720" w:hanging="720"/>
      </w:pPr>
      <w:r>
        <w:rPr>
          <w:sz w:val="18"/>
        </w:rPr>
        <w:t>*331. April 10, 2022  General public  (300)</w:t>
      </w:r>
    </w:p>
    <w:p w14:paraId="5E23E2F2" w14:textId="77777777" w:rsidR="00292B2B" w:rsidRDefault="00757BA4">
      <w:pPr>
        <w:spacing w:after="20" w:line="276" w:lineRule="auto"/>
        <w:ind w:left="720" w:hanging="720"/>
      </w:pPr>
      <w:r>
        <w:rPr>
          <w:sz w:val="18"/>
        </w:rPr>
        <w:t>332. April 10, 2022  General public  (300)</w:t>
      </w:r>
    </w:p>
    <w:p w14:paraId="21C63DE6" w14:textId="77777777" w:rsidR="00292B2B" w:rsidRDefault="00757BA4">
      <w:pPr>
        <w:spacing w:after="20" w:line="276" w:lineRule="auto"/>
        <w:ind w:left="720" w:hanging="720"/>
      </w:pPr>
      <w:r>
        <w:rPr>
          <w:sz w:val="18"/>
        </w:rPr>
        <w:t>333. February 11, 2023  General public  (300)</w:t>
      </w:r>
    </w:p>
    <w:p w14:paraId="4D416E2E" w14:textId="77777777" w:rsidR="00292B2B" w:rsidRDefault="00757BA4">
      <w:pPr>
        <w:spacing w:after="20" w:line="276" w:lineRule="auto"/>
        <w:ind w:left="720" w:hanging="720"/>
      </w:pPr>
      <w:r>
        <w:rPr>
          <w:sz w:val="18"/>
        </w:rPr>
        <w:t>334. February 11, 2023  General public  (300)</w:t>
      </w:r>
    </w:p>
    <w:p w14:paraId="622CBB71" w14:textId="77777777" w:rsidR="00292B2B" w:rsidRDefault="00757BA4">
      <w:pPr>
        <w:spacing w:after="20" w:line="276" w:lineRule="auto"/>
        <w:ind w:left="720" w:hanging="720"/>
      </w:pPr>
      <w:r>
        <w:rPr>
          <w:sz w:val="18"/>
        </w:rPr>
        <w:t>335. February 11, 2023  General public  (300)</w:t>
      </w:r>
    </w:p>
    <w:p w14:paraId="691FCAFF" w14:textId="77777777" w:rsidR="00292B2B" w:rsidRDefault="00757BA4">
      <w:pPr>
        <w:spacing w:after="20" w:line="276" w:lineRule="auto"/>
        <w:ind w:left="720" w:hanging="720"/>
      </w:pPr>
      <w:r>
        <w:rPr>
          <w:sz w:val="18"/>
        </w:rPr>
        <w:t>336. February 11, 2023  General public  (300)</w:t>
      </w:r>
    </w:p>
    <w:p w14:paraId="03BB7687" w14:textId="77777777" w:rsidR="00292B2B" w:rsidRDefault="00757BA4">
      <w:pPr>
        <w:spacing w:after="20" w:line="276" w:lineRule="auto"/>
        <w:ind w:left="720" w:hanging="720"/>
      </w:pPr>
      <w:r>
        <w:rPr>
          <w:sz w:val="18"/>
        </w:rPr>
        <w:t>337. February 11, 2023  General public  (300)</w:t>
      </w:r>
    </w:p>
    <w:p w14:paraId="49BEBD02" w14:textId="77777777" w:rsidR="00292B2B" w:rsidRDefault="00757BA4">
      <w:pPr>
        <w:spacing w:after="20" w:line="276" w:lineRule="auto"/>
        <w:ind w:left="720" w:hanging="720"/>
      </w:pPr>
      <w:r>
        <w:rPr>
          <w:sz w:val="18"/>
        </w:rPr>
        <w:t>338. February 11, 2023  General public  (300)</w:t>
      </w:r>
    </w:p>
    <w:p w14:paraId="3565D6C2" w14:textId="77777777" w:rsidR="00292B2B" w:rsidRDefault="00757BA4">
      <w:pPr>
        <w:spacing w:after="20" w:line="276" w:lineRule="auto"/>
        <w:ind w:left="720" w:hanging="720"/>
      </w:pPr>
      <w:r>
        <w:rPr>
          <w:sz w:val="18"/>
        </w:rPr>
        <w:t>339. February 11, 2023  General public  (300)</w:t>
      </w:r>
    </w:p>
    <w:p w14:paraId="1EECB2EF" w14:textId="77777777" w:rsidR="00292B2B" w:rsidRDefault="00757BA4">
      <w:pPr>
        <w:spacing w:after="20" w:line="276" w:lineRule="auto"/>
        <w:ind w:left="720" w:hanging="720"/>
      </w:pPr>
      <w:r>
        <w:rPr>
          <w:sz w:val="18"/>
        </w:rPr>
        <w:t>*340. February 11, 2023  General public  (300)</w:t>
      </w:r>
    </w:p>
    <w:p w14:paraId="79994839" w14:textId="77777777" w:rsidR="00292B2B" w:rsidRDefault="00757BA4">
      <w:pPr>
        <w:spacing w:before="120" w:line="276" w:lineRule="auto"/>
      </w:pPr>
      <w:r>
        <w:rPr>
          <w:i/>
          <w:sz w:val="18"/>
        </w:rPr>
        <w:t>*Available as video recording.</w:t>
      </w:r>
    </w:p>
    <w:p w14:paraId="0874A4E7" w14:textId="77777777" w:rsidR="00292B2B" w:rsidRDefault="00757BA4">
      <w:pPr>
        <w:pStyle w:val="Heading1"/>
      </w:pPr>
      <w:r>
        <w:rPr>
          <w:rFonts w:ascii="Times New Roman" w:eastAsia="Times New Roman" w:hAnsi="Times New Roman"/>
        </w:rPr>
        <w:t>Committees</w:t>
      </w:r>
    </w:p>
    <w:p w14:paraId="7DE6DE7F" w14:textId="77777777" w:rsidR="00292B2B" w:rsidRDefault="00757BA4">
      <w:pPr>
        <w:pStyle w:val="Heading2"/>
      </w:pPr>
      <w:r>
        <w:rPr>
          <w:rFonts w:ascii="Times New Roman" w:eastAsia="Times New Roman" w:hAnsi="Times New Roman"/>
        </w:rPr>
        <w:t>I. National/International</w:t>
      </w:r>
    </w:p>
    <w:p w14:paraId="1CF2B144" w14:textId="77777777" w:rsidR="00292B2B" w:rsidRDefault="00757BA4">
      <w:pPr>
        <w:spacing w:after="60" w:line="276" w:lineRule="auto"/>
        <w:ind w:left="576" w:hanging="576"/>
      </w:pPr>
      <w:r>
        <w:t>1. AEC Committee to evaluate Ion Cyclotron Resonance Heating, 1973.</w:t>
      </w:r>
    </w:p>
    <w:p w14:paraId="25872C63" w14:textId="77777777" w:rsidR="00292B2B" w:rsidRDefault="00757BA4">
      <w:pPr>
        <w:spacing w:after="60" w:line="276" w:lineRule="auto"/>
        <w:ind w:left="576" w:hanging="576"/>
      </w:pPr>
      <w:r>
        <w:t>2. AEC Committee to evaluate the need for dedicated plasma research user facility, 1974.</w:t>
      </w:r>
    </w:p>
    <w:p w14:paraId="4DBE8BA9" w14:textId="77777777" w:rsidR="00292B2B" w:rsidRDefault="00757BA4">
      <w:pPr>
        <w:spacing w:after="60" w:line="276" w:lineRule="auto"/>
        <w:ind w:left="576" w:hanging="576"/>
      </w:pPr>
      <w:r>
        <w:t>3. ERDA Committee for the formulation of near-term plans for rf heating in Tokamaks, 1975.</w:t>
      </w:r>
    </w:p>
    <w:p w14:paraId="2200A6FE" w14:textId="77777777" w:rsidR="00292B2B" w:rsidRDefault="00757BA4">
      <w:pPr>
        <w:spacing w:after="60" w:line="276" w:lineRule="auto"/>
        <w:ind w:left="576" w:hanging="576"/>
      </w:pPr>
      <w:r>
        <w:t>4. ERDA Committee to review Princeton 55 MHz ICRF experiments, 1976.</w:t>
      </w:r>
    </w:p>
    <w:p w14:paraId="0E131486" w14:textId="77777777" w:rsidR="00292B2B" w:rsidRDefault="00757BA4">
      <w:pPr>
        <w:spacing w:after="60" w:line="276" w:lineRule="auto"/>
        <w:ind w:left="576" w:hanging="576"/>
      </w:pPr>
      <w:r>
        <w:t>5. EPRI Committee to review Fusion Energy Corporation proposal, 1978.</w:t>
      </w:r>
    </w:p>
    <w:p w14:paraId="0D071FA4" w14:textId="77777777" w:rsidR="00292B2B" w:rsidRDefault="00757BA4">
      <w:pPr>
        <w:spacing w:after="60" w:line="276" w:lineRule="auto"/>
        <w:ind w:left="576" w:hanging="576"/>
      </w:pPr>
      <w:r>
        <w:t>6. DOE Committee to review energetic electron ring proposals, 1979.</w:t>
      </w:r>
    </w:p>
    <w:p w14:paraId="65558A94" w14:textId="77777777" w:rsidR="00292B2B" w:rsidRDefault="00757BA4">
      <w:pPr>
        <w:spacing w:after="60" w:line="276" w:lineRule="auto"/>
        <w:ind w:left="576" w:hanging="576"/>
      </w:pPr>
      <w:r>
        <w:t>7. DOE Committee to review Princeton Spheromak program, 1980.</w:t>
      </w:r>
    </w:p>
    <w:p w14:paraId="1DB22BDB" w14:textId="77777777" w:rsidR="00292B2B" w:rsidRDefault="00757BA4">
      <w:pPr>
        <w:spacing w:after="60" w:line="276" w:lineRule="auto"/>
        <w:ind w:left="576" w:hanging="576"/>
      </w:pPr>
      <w:r>
        <w:t>8. APS Division of Plasma Physics Nominating Committee, 1983.</w:t>
      </w:r>
    </w:p>
    <w:p w14:paraId="57492D19" w14:textId="77777777" w:rsidR="00292B2B" w:rsidRDefault="00757BA4">
      <w:pPr>
        <w:spacing w:after="60" w:line="276" w:lineRule="auto"/>
        <w:ind w:left="576" w:hanging="576"/>
      </w:pPr>
      <w:r>
        <w:t>9. DOE Committee to review MIT Alcator DCT proposal, 1983.</w:t>
      </w:r>
    </w:p>
    <w:p w14:paraId="2D540F4B" w14:textId="77777777" w:rsidR="00292B2B" w:rsidRDefault="00757BA4">
      <w:pPr>
        <w:spacing w:after="60" w:line="276" w:lineRule="auto"/>
        <w:ind w:left="576" w:hanging="576"/>
      </w:pPr>
      <w:r>
        <w:t>10. US/Japan RFP Joint Planning Committee, 1986.</w:t>
      </w:r>
    </w:p>
    <w:p w14:paraId="0CDB89B7" w14:textId="77777777" w:rsidR="00292B2B" w:rsidRDefault="00757BA4">
      <w:pPr>
        <w:spacing w:after="60" w:line="276" w:lineRule="auto"/>
        <w:ind w:left="576" w:hanging="576"/>
      </w:pPr>
      <w:r>
        <w:t>11. DOE Committee to review Columbia HBT program (Chairman), 1987.</w:t>
      </w:r>
    </w:p>
    <w:p w14:paraId="5D3EE04F" w14:textId="77777777" w:rsidR="00292B2B" w:rsidRDefault="00757BA4">
      <w:pPr>
        <w:spacing w:after="60" w:line="276" w:lineRule="auto"/>
        <w:ind w:left="576" w:hanging="576"/>
      </w:pPr>
      <w:r>
        <w:t>12. DOE Panel to review Texas TEXT program, 1990.</w:t>
      </w:r>
    </w:p>
    <w:p w14:paraId="503024B1" w14:textId="77777777" w:rsidR="00292B2B" w:rsidRDefault="00757BA4">
      <w:pPr>
        <w:spacing w:after="60" w:line="276" w:lineRule="auto"/>
        <w:ind w:left="576" w:hanging="576"/>
      </w:pPr>
      <w:r>
        <w:t>13. APS DPP Science Education Committee, 1998-2000.</w:t>
      </w:r>
    </w:p>
    <w:p w14:paraId="61FC8D04" w14:textId="77777777" w:rsidR="00292B2B" w:rsidRDefault="00757BA4">
      <w:pPr>
        <w:spacing w:after="60" w:line="276" w:lineRule="auto"/>
        <w:ind w:left="576" w:hanging="576"/>
      </w:pPr>
      <w:r>
        <w:t>14. Program Committee for International Conference on Complex Systems, 2004.</w:t>
      </w:r>
    </w:p>
    <w:p w14:paraId="30BAAFD1" w14:textId="77777777" w:rsidR="00292B2B" w:rsidRDefault="00757BA4">
      <w:pPr>
        <w:pStyle w:val="Heading2"/>
      </w:pPr>
      <w:r>
        <w:rPr>
          <w:rFonts w:ascii="Times New Roman" w:eastAsia="Times New Roman" w:hAnsi="Times New Roman"/>
        </w:rPr>
        <w:t>II. University</w:t>
      </w:r>
    </w:p>
    <w:p w14:paraId="04F7A4D8" w14:textId="77777777" w:rsidR="00292B2B" w:rsidRDefault="00757BA4">
      <w:pPr>
        <w:spacing w:after="40" w:line="276" w:lineRule="auto"/>
        <w:ind w:left="216"/>
      </w:pPr>
      <w:r>
        <w:t>• Plasma Coordinating Committee, 1973-present.</w:t>
      </w:r>
    </w:p>
    <w:p w14:paraId="2B7BA3A0" w14:textId="77777777" w:rsidR="00292B2B" w:rsidRDefault="00757BA4">
      <w:pPr>
        <w:spacing w:after="40" w:line="276" w:lineRule="auto"/>
        <w:ind w:left="216"/>
      </w:pPr>
      <w:r>
        <w:t>• Faculty Senator, 1989-1993.</w:t>
      </w:r>
    </w:p>
    <w:p w14:paraId="4140EA98" w14:textId="77777777" w:rsidR="00292B2B" w:rsidRDefault="00757BA4">
      <w:pPr>
        <w:spacing w:after="40" w:line="276" w:lineRule="auto"/>
        <w:ind w:left="216"/>
      </w:pPr>
      <w:r>
        <w:t>• L&amp;S Science and Mathematics Education Committee (Chairman), 1991-1992.</w:t>
      </w:r>
    </w:p>
    <w:p w14:paraId="7274AF45" w14:textId="77777777" w:rsidR="00292B2B" w:rsidRDefault="00757BA4">
      <w:pPr>
        <w:spacing w:after="40" w:line="276" w:lineRule="auto"/>
        <w:ind w:left="216"/>
      </w:pPr>
      <w:r>
        <w:t>• Council on Precollege Programs, 1993-1996.</w:t>
      </w:r>
    </w:p>
    <w:p w14:paraId="0174D30C" w14:textId="77777777" w:rsidR="00292B2B" w:rsidRDefault="00757BA4">
      <w:pPr>
        <w:spacing w:after="40" w:line="276" w:lineRule="auto"/>
        <w:ind w:left="216"/>
      </w:pPr>
      <w:r>
        <w:t>• L&amp;S Committee on Outreach and Related Activities, 1994-1997.</w:t>
      </w:r>
    </w:p>
    <w:p w14:paraId="79D112E7" w14:textId="77777777" w:rsidR="00292B2B" w:rsidRDefault="00757BA4">
      <w:pPr>
        <w:spacing w:after="40" w:line="276" w:lineRule="auto"/>
        <w:ind w:left="216"/>
      </w:pPr>
      <w:r>
        <w:t>• Hilldale Undergraduate Awards Committee, 1994.</w:t>
      </w:r>
    </w:p>
    <w:p w14:paraId="64CF13D0" w14:textId="77777777" w:rsidR="00292B2B" w:rsidRDefault="00757BA4">
      <w:pPr>
        <w:spacing w:after="40" w:line="276" w:lineRule="auto"/>
        <w:ind w:left="216"/>
      </w:pPr>
      <w:r>
        <w:t>• Chaos and Complex Systems Steering Committee, 1996-present.</w:t>
      </w:r>
    </w:p>
    <w:p w14:paraId="77380D84" w14:textId="77777777" w:rsidR="00292B2B" w:rsidRDefault="00757BA4">
      <w:pPr>
        <w:spacing w:after="40" w:line="276" w:lineRule="auto"/>
        <w:ind w:left="216"/>
      </w:pPr>
      <w:r>
        <w:t>• Sigma Xi Board of Governors, 1997-2002.</w:t>
      </w:r>
    </w:p>
    <w:p w14:paraId="3C6B83EE" w14:textId="77777777" w:rsidR="00292B2B" w:rsidRDefault="00757BA4">
      <w:pPr>
        <w:spacing w:after="40" w:line="276" w:lineRule="auto"/>
        <w:ind w:left="216"/>
      </w:pPr>
      <w:r>
        <w:t>• Faculty Senator 2002-2008.</w:t>
      </w:r>
    </w:p>
    <w:p w14:paraId="03B1086C" w14:textId="77777777" w:rsidR="00292B2B" w:rsidRDefault="00757BA4">
      <w:pPr>
        <w:pStyle w:val="Heading2"/>
      </w:pPr>
      <w:r>
        <w:rPr>
          <w:rFonts w:ascii="Times New Roman" w:eastAsia="Times New Roman" w:hAnsi="Times New Roman"/>
        </w:rPr>
        <w:t>III. Department</w:t>
      </w:r>
    </w:p>
    <w:p w14:paraId="399CCB3C" w14:textId="77777777" w:rsidR="00292B2B" w:rsidRDefault="00757BA4">
      <w:pPr>
        <w:spacing w:before="80" w:after="20" w:line="276" w:lineRule="auto"/>
      </w:pPr>
      <w:r>
        <w:rPr>
          <w:b/>
        </w:rPr>
        <w:t>1974-75</w:t>
      </w:r>
    </w:p>
    <w:p w14:paraId="4F2D98E2" w14:textId="77777777" w:rsidR="00292B2B" w:rsidRDefault="00757BA4">
      <w:pPr>
        <w:spacing w:after="0" w:line="276" w:lineRule="auto"/>
        <w:ind w:left="360"/>
      </w:pPr>
      <w:r>
        <w:rPr>
          <w:sz w:val="20"/>
        </w:rPr>
        <w:t>• Fellowship and Assistantship</w:t>
      </w:r>
    </w:p>
    <w:p w14:paraId="234EF902" w14:textId="77777777" w:rsidR="00292B2B" w:rsidRDefault="00757BA4">
      <w:pPr>
        <w:spacing w:after="0" w:line="276" w:lineRule="auto"/>
        <w:ind w:left="360"/>
      </w:pPr>
      <w:r>
        <w:rPr>
          <w:sz w:val="20"/>
        </w:rPr>
        <w:t>• Departmental Secretary</w:t>
      </w:r>
    </w:p>
    <w:p w14:paraId="27B39293" w14:textId="77777777" w:rsidR="00292B2B" w:rsidRDefault="00757BA4">
      <w:pPr>
        <w:spacing w:after="0" w:line="276" w:lineRule="auto"/>
        <w:ind w:left="360"/>
      </w:pPr>
      <w:r>
        <w:rPr>
          <w:sz w:val="20"/>
        </w:rPr>
        <w:t>• Prelim Committee</w:t>
      </w:r>
    </w:p>
    <w:p w14:paraId="2F0AEADE" w14:textId="77777777" w:rsidR="00292B2B" w:rsidRDefault="00757BA4">
      <w:pPr>
        <w:spacing w:before="80" w:after="20" w:line="276" w:lineRule="auto"/>
      </w:pPr>
      <w:r>
        <w:rPr>
          <w:b/>
        </w:rPr>
        <w:t>1975-76</w:t>
      </w:r>
    </w:p>
    <w:p w14:paraId="50E11BD7" w14:textId="77777777" w:rsidR="00292B2B" w:rsidRDefault="00757BA4">
      <w:pPr>
        <w:spacing w:after="0" w:line="276" w:lineRule="auto"/>
        <w:ind w:left="360"/>
      </w:pPr>
      <w:r>
        <w:rPr>
          <w:sz w:val="20"/>
        </w:rPr>
        <w:t>• Departmental Secretary</w:t>
      </w:r>
    </w:p>
    <w:p w14:paraId="66F5F519" w14:textId="77777777" w:rsidR="00292B2B" w:rsidRDefault="00757BA4">
      <w:pPr>
        <w:spacing w:after="0" w:line="276" w:lineRule="auto"/>
        <w:ind w:left="360"/>
      </w:pPr>
      <w:r>
        <w:rPr>
          <w:sz w:val="20"/>
        </w:rPr>
        <w:t>• Civil Service (Chairman)</w:t>
      </w:r>
    </w:p>
    <w:p w14:paraId="04C8B2CD" w14:textId="77777777" w:rsidR="00292B2B" w:rsidRDefault="00757BA4">
      <w:pPr>
        <w:spacing w:after="0" w:line="276" w:lineRule="auto"/>
        <w:ind w:left="360"/>
      </w:pPr>
      <w:r>
        <w:rPr>
          <w:sz w:val="20"/>
        </w:rPr>
        <w:t>• Scheduling and Registration</w:t>
      </w:r>
    </w:p>
    <w:p w14:paraId="22801979" w14:textId="77777777" w:rsidR="00292B2B" w:rsidRDefault="00757BA4">
      <w:pPr>
        <w:spacing w:after="0" w:line="276" w:lineRule="auto"/>
        <w:ind w:left="360"/>
      </w:pPr>
      <w:r>
        <w:rPr>
          <w:sz w:val="20"/>
        </w:rPr>
        <w:t>• Mini-Research</w:t>
      </w:r>
    </w:p>
    <w:p w14:paraId="275DF6DF" w14:textId="77777777" w:rsidR="00292B2B" w:rsidRDefault="00757BA4">
      <w:pPr>
        <w:spacing w:before="80" w:after="20" w:line="276" w:lineRule="auto"/>
      </w:pPr>
      <w:r>
        <w:rPr>
          <w:b/>
        </w:rPr>
        <w:t>1976-77</w:t>
      </w:r>
    </w:p>
    <w:p w14:paraId="5AD4A087" w14:textId="77777777" w:rsidR="00292B2B" w:rsidRDefault="00757BA4">
      <w:pPr>
        <w:spacing w:after="0" w:line="276" w:lineRule="auto"/>
        <w:ind w:left="360"/>
      </w:pPr>
      <w:r>
        <w:rPr>
          <w:sz w:val="20"/>
        </w:rPr>
        <w:t>• Departmental Secretary</w:t>
      </w:r>
    </w:p>
    <w:p w14:paraId="2A1F3AE1" w14:textId="77777777" w:rsidR="00292B2B" w:rsidRDefault="00757BA4">
      <w:pPr>
        <w:spacing w:after="0" w:line="276" w:lineRule="auto"/>
        <w:ind w:left="360"/>
      </w:pPr>
      <w:r>
        <w:rPr>
          <w:sz w:val="20"/>
        </w:rPr>
        <w:t>• Alternate Faculty Senator</w:t>
      </w:r>
    </w:p>
    <w:p w14:paraId="0B22896E" w14:textId="77777777" w:rsidR="00292B2B" w:rsidRDefault="00757BA4">
      <w:pPr>
        <w:spacing w:after="0" w:line="276" w:lineRule="auto"/>
        <w:ind w:left="360"/>
      </w:pPr>
      <w:r>
        <w:rPr>
          <w:sz w:val="20"/>
        </w:rPr>
        <w:t>• Awards</w:t>
      </w:r>
    </w:p>
    <w:p w14:paraId="46FF0392" w14:textId="77777777" w:rsidR="00292B2B" w:rsidRDefault="00757BA4">
      <w:pPr>
        <w:spacing w:after="0" w:line="276" w:lineRule="auto"/>
        <w:ind w:left="360"/>
      </w:pPr>
      <w:r>
        <w:rPr>
          <w:sz w:val="20"/>
        </w:rPr>
        <w:t>• FAS representative</w:t>
      </w:r>
    </w:p>
    <w:p w14:paraId="4038E43C" w14:textId="77777777" w:rsidR="00292B2B" w:rsidRDefault="00757BA4">
      <w:pPr>
        <w:spacing w:after="0" w:line="276" w:lineRule="auto"/>
        <w:ind w:left="360"/>
      </w:pPr>
      <w:r>
        <w:rPr>
          <w:sz w:val="20"/>
        </w:rPr>
        <w:t>• Graduate program committee</w:t>
      </w:r>
    </w:p>
    <w:p w14:paraId="6198B6B9" w14:textId="77777777" w:rsidR="00292B2B" w:rsidRDefault="00757BA4">
      <w:pPr>
        <w:spacing w:before="80" w:after="20" w:line="276" w:lineRule="auto"/>
      </w:pPr>
      <w:r>
        <w:rPr>
          <w:b/>
        </w:rPr>
        <w:t>1977-78</w:t>
      </w:r>
    </w:p>
    <w:p w14:paraId="3AA6CABF" w14:textId="77777777" w:rsidR="00292B2B" w:rsidRDefault="00757BA4">
      <w:pPr>
        <w:spacing w:after="0" w:line="276" w:lineRule="auto"/>
        <w:ind w:left="360"/>
      </w:pPr>
      <w:r>
        <w:rPr>
          <w:sz w:val="20"/>
        </w:rPr>
        <w:t>• Alternate Faculty Senator</w:t>
      </w:r>
    </w:p>
    <w:p w14:paraId="2BBCDEAD" w14:textId="77777777" w:rsidR="00292B2B" w:rsidRDefault="00757BA4">
      <w:pPr>
        <w:spacing w:after="0" w:line="276" w:lineRule="auto"/>
        <w:ind w:left="360"/>
      </w:pPr>
      <w:r>
        <w:rPr>
          <w:sz w:val="20"/>
        </w:rPr>
        <w:t>• Student-Staff Committee</w:t>
      </w:r>
    </w:p>
    <w:p w14:paraId="07B74BCC" w14:textId="77777777" w:rsidR="00292B2B" w:rsidRDefault="00757BA4">
      <w:pPr>
        <w:spacing w:after="0" w:line="276" w:lineRule="auto"/>
        <w:ind w:left="360"/>
      </w:pPr>
      <w:r>
        <w:rPr>
          <w:sz w:val="20"/>
        </w:rPr>
        <w:t>• Awards (Chairman)</w:t>
      </w:r>
    </w:p>
    <w:p w14:paraId="1DE38663" w14:textId="77777777" w:rsidR="00292B2B" w:rsidRDefault="00757BA4">
      <w:pPr>
        <w:spacing w:after="0" w:line="276" w:lineRule="auto"/>
        <w:ind w:left="360"/>
      </w:pPr>
      <w:r>
        <w:rPr>
          <w:sz w:val="20"/>
        </w:rPr>
        <w:t>• Graduate Program (Chairman)</w:t>
      </w:r>
    </w:p>
    <w:p w14:paraId="3CA73D10" w14:textId="77777777" w:rsidR="00292B2B" w:rsidRDefault="00757BA4">
      <w:pPr>
        <w:spacing w:before="80" w:after="20" w:line="276" w:lineRule="auto"/>
      </w:pPr>
      <w:r>
        <w:rPr>
          <w:b/>
        </w:rPr>
        <w:t>1978-79</w:t>
      </w:r>
    </w:p>
    <w:p w14:paraId="76DE5205" w14:textId="77777777" w:rsidR="00292B2B" w:rsidRDefault="00757BA4">
      <w:pPr>
        <w:spacing w:after="0" w:line="276" w:lineRule="auto"/>
        <w:ind w:left="360"/>
      </w:pPr>
      <w:r>
        <w:rPr>
          <w:sz w:val="20"/>
        </w:rPr>
        <w:t>• TA Review</w:t>
      </w:r>
    </w:p>
    <w:p w14:paraId="49FD8765" w14:textId="77777777" w:rsidR="00292B2B" w:rsidRDefault="00757BA4">
      <w:pPr>
        <w:spacing w:after="0" w:line="276" w:lineRule="auto"/>
        <w:ind w:left="360"/>
      </w:pPr>
      <w:r>
        <w:rPr>
          <w:sz w:val="20"/>
        </w:rPr>
        <w:t>• Research Capital</w:t>
      </w:r>
    </w:p>
    <w:p w14:paraId="1E401804" w14:textId="77777777" w:rsidR="00292B2B" w:rsidRDefault="00757BA4">
      <w:pPr>
        <w:spacing w:after="0" w:line="276" w:lineRule="auto"/>
        <w:ind w:left="360"/>
      </w:pPr>
      <w:r>
        <w:rPr>
          <w:sz w:val="20"/>
        </w:rPr>
        <w:t>• AMEP Advising</w:t>
      </w:r>
    </w:p>
    <w:p w14:paraId="1BE621A1" w14:textId="77777777" w:rsidR="00292B2B" w:rsidRDefault="00757BA4">
      <w:pPr>
        <w:spacing w:before="80" w:after="20" w:line="276" w:lineRule="auto"/>
      </w:pPr>
      <w:r>
        <w:rPr>
          <w:b/>
        </w:rPr>
        <w:t>1979-80</w:t>
      </w:r>
    </w:p>
    <w:p w14:paraId="66A4DE99" w14:textId="77777777" w:rsidR="00292B2B" w:rsidRDefault="00757BA4">
      <w:pPr>
        <w:spacing w:after="0" w:line="276" w:lineRule="auto"/>
        <w:ind w:left="360"/>
      </w:pPr>
      <w:r>
        <w:rPr>
          <w:sz w:val="20"/>
        </w:rPr>
        <w:t>• Salaries and Promotion</w:t>
      </w:r>
    </w:p>
    <w:p w14:paraId="5DFC8DDD" w14:textId="77777777" w:rsidR="00292B2B" w:rsidRDefault="00757BA4">
      <w:pPr>
        <w:spacing w:after="0" w:line="276" w:lineRule="auto"/>
        <w:ind w:left="360"/>
      </w:pPr>
      <w:r>
        <w:rPr>
          <w:sz w:val="20"/>
        </w:rPr>
        <w:t>• Space Assignment and Remodelling</w:t>
      </w:r>
    </w:p>
    <w:p w14:paraId="3CDB41E9" w14:textId="77777777" w:rsidR="00292B2B" w:rsidRDefault="00757BA4">
      <w:pPr>
        <w:spacing w:after="0" w:line="276" w:lineRule="auto"/>
        <w:ind w:left="360"/>
      </w:pPr>
      <w:r>
        <w:rPr>
          <w:sz w:val="20"/>
        </w:rPr>
        <w:t>• Research Capital (Chairman)</w:t>
      </w:r>
    </w:p>
    <w:p w14:paraId="427C4D54" w14:textId="77777777" w:rsidR="00292B2B" w:rsidRDefault="00757BA4">
      <w:pPr>
        <w:spacing w:after="0" w:line="276" w:lineRule="auto"/>
        <w:ind w:left="360"/>
      </w:pPr>
      <w:r>
        <w:rPr>
          <w:sz w:val="20"/>
        </w:rPr>
        <w:t>• Graduate Program-Student Staff (Chairman)</w:t>
      </w:r>
    </w:p>
    <w:p w14:paraId="35AF6682" w14:textId="77777777" w:rsidR="00292B2B" w:rsidRDefault="00757BA4">
      <w:pPr>
        <w:spacing w:before="80" w:after="20" w:line="276" w:lineRule="auto"/>
      </w:pPr>
      <w:r>
        <w:rPr>
          <w:b/>
        </w:rPr>
        <w:t>1980-81</w:t>
      </w:r>
    </w:p>
    <w:p w14:paraId="24FC5EA6" w14:textId="77777777" w:rsidR="00292B2B" w:rsidRDefault="00757BA4">
      <w:pPr>
        <w:spacing w:after="0" w:line="276" w:lineRule="auto"/>
        <w:ind w:left="360"/>
      </w:pPr>
      <w:r>
        <w:rPr>
          <w:sz w:val="20"/>
        </w:rPr>
        <w:t>• Nominating</w:t>
      </w:r>
    </w:p>
    <w:p w14:paraId="00C7BC7B" w14:textId="77777777" w:rsidR="00292B2B" w:rsidRDefault="00757BA4">
      <w:pPr>
        <w:spacing w:after="0" w:line="276" w:lineRule="auto"/>
        <w:ind w:left="360"/>
      </w:pPr>
      <w:r>
        <w:rPr>
          <w:sz w:val="20"/>
        </w:rPr>
        <w:t>• Salaries and Promotion</w:t>
      </w:r>
    </w:p>
    <w:p w14:paraId="09967AAD" w14:textId="77777777" w:rsidR="00292B2B" w:rsidRDefault="00757BA4">
      <w:pPr>
        <w:spacing w:after="0" w:line="276" w:lineRule="auto"/>
        <w:ind w:left="360"/>
      </w:pPr>
      <w:r>
        <w:rPr>
          <w:sz w:val="20"/>
        </w:rPr>
        <w:t>• Space Assignment and Remodelling</w:t>
      </w:r>
    </w:p>
    <w:p w14:paraId="6CECF6F8" w14:textId="77777777" w:rsidR="00292B2B" w:rsidRDefault="00757BA4">
      <w:pPr>
        <w:spacing w:before="80" w:after="20" w:line="276" w:lineRule="auto"/>
      </w:pPr>
      <w:r>
        <w:rPr>
          <w:b/>
        </w:rPr>
        <w:t>1981-82</w:t>
      </w:r>
    </w:p>
    <w:p w14:paraId="59CB6F4E" w14:textId="77777777" w:rsidR="00292B2B" w:rsidRDefault="00757BA4">
      <w:pPr>
        <w:spacing w:after="0" w:line="276" w:lineRule="auto"/>
        <w:ind w:left="360"/>
      </w:pPr>
      <w:r>
        <w:rPr>
          <w:sz w:val="20"/>
        </w:rPr>
        <w:t>• Nominating</w:t>
      </w:r>
    </w:p>
    <w:p w14:paraId="6C79F872" w14:textId="77777777" w:rsidR="00292B2B" w:rsidRDefault="00757BA4">
      <w:pPr>
        <w:spacing w:after="0" w:line="276" w:lineRule="auto"/>
        <w:ind w:left="360"/>
      </w:pPr>
      <w:r>
        <w:rPr>
          <w:sz w:val="20"/>
        </w:rPr>
        <w:t>• New Staff (Chairman)</w:t>
      </w:r>
    </w:p>
    <w:p w14:paraId="1E3D29F3" w14:textId="77777777" w:rsidR="00292B2B" w:rsidRDefault="00757BA4">
      <w:pPr>
        <w:spacing w:after="0" w:line="276" w:lineRule="auto"/>
        <w:ind w:left="360"/>
      </w:pPr>
      <w:r>
        <w:rPr>
          <w:sz w:val="20"/>
        </w:rPr>
        <w:t>• Space Assignment and Remodelling</w:t>
      </w:r>
    </w:p>
    <w:p w14:paraId="2B7EFE8F" w14:textId="77777777" w:rsidR="00292B2B" w:rsidRDefault="00757BA4">
      <w:pPr>
        <w:spacing w:after="0" w:line="276" w:lineRule="auto"/>
        <w:ind w:left="360"/>
      </w:pPr>
      <w:r>
        <w:rPr>
          <w:sz w:val="20"/>
        </w:rPr>
        <w:t>• 1982-8</w:t>
      </w:r>
      <w:r>
        <w:rPr>
          <w:sz w:val="20"/>
        </w:rPr>
        <w:tab/>
        <w:t>Research Capital</w:t>
      </w:r>
    </w:p>
    <w:p w14:paraId="41F87F07" w14:textId="77777777" w:rsidR="00292B2B" w:rsidRDefault="00757BA4">
      <w:pPr>
        <w:spacing w:after="0" w:line="276" w:lineRule="auto"/>
        <w:ind w:left="360"/>
      </w:pPr>
      <w:r>
        <w:rPr>
          <w:sz w:val="20"/>
        </w:rPr>
        <w:t>• Graduate Program (Chairman)</w:t>
      </w:r>
    </w:p>
    <w:p w14:paraId="752E0987" w14:textId="77777777" w:rsidR="00292B2B" w:rsidRDefault="00757BA4">
      <w:pPr>
        <w:spacing w:after="0" w:line="276" w:lineRule="auto"/>
        <w:ind w:left="360"/>
      </w:pPr>
      <w:r>
        <w:rPr>
          <w:sz w:val="20"/>
        </w:rPr>
        <w:t>• Electronics Shop (Chairman)</w:t>
      </w:r>
    </w:p>
    <w:p w14:paraId="02308605" w14:textId="77777777" w:rsidR="00292B2B" w:rsidRDefault="00757BA4">
      <w:pPr>
        <w:spacing w:before="80" w:after="20" w:line="276" w:lineRule="auto"/>
      </w:pPr>
      <w:r>
        <w:rPr>
          <w:b/>
        </w:rPr>
        <w:t>1983-84</w:t>
      </w:r>
    </w:p>
    <w:p w14:paraId="1A92189A" w14:textId="77777777" w:rsidR="00292B2B" w:rsidRDefault="00757BA4">
      <w:pPr>
        <w:spacing w:after="0" w:line="276" w:lineRule="auto"/>
        <w:ind w:left="360"/>
      </w:pPr>
      <w:r>
        <w:rPr>
          <w:sz w:val="20"/>
        </w:rPr>
        <w:t>• Nominating</w:t>
      </w:r>
    </w:p>
    <w:p w14:paraId="71C69AEB" w14:textId="77777777" w:rsidR="00292B2B" w:rsidRDefault="00757BA4">
      <w:pPr>
        <w:spacing w:after="0" w:line="276" w:lineRule="auto"/>
        <w:ind w:left="360"/>
      </w:pPr>
      <w:r>
        <w:rPr>
          <w:sz w:val="20"/>
        </w:rPr>
        <w:t>• New Staff</w:t>
      </w:r>
    </w:p>
    <w:p w14:paraId="6B322B72" w14:textId="77777777" w:rsidR="00292B2B" w:rsidRDefault="00757BA4">
      <w:pPr>
        <w:spacing w:after="0" w:line="276" w:lineRule="auto"/>
        <w:ind w:left="360"/>
      </w:pPr>
      <w:r>
        <w:rPr>
          <w:sz w:val="20"/>
        </w:rPr>
        <w:t>• TA Review</w:t>
      </w:r>
    </w:p>
    <w:p w14:paraId="7EB99AD6" w14:textId="77777777" w:rsidR="00292B2B" w:rsidRDefault="00757BA4">
      <w:pPr>
        <w:spacing w:before="80" w:after="20" w:line="276" w:lineRule="auto"/>
      </w:pPr>
      <w:r>
        <w:rPr>
          <w:b/>
        </w:rPr>
        <w:t>1984-85</w:t>
      </w:r>
    </w:p>
    <w:p w14:paraId="31760FA2" w14:textId="77777777" w:rsidR="00292B2B" w:rsidRDefault="00757BA4">
      <w:pPr>
        <w:spacing w:after="0" w:line="276" w:lineRule="auto"/>
        <w:ind w:left="360"/>
      </w:pPr>
      <w:r>
        <w:rPr>
          <w:sz w:val="20"/>
        </w:rPr>
        <w:t>• Nominating</w:t>
      </w:r>
    </w:p>
    <w:p w14:paraId="1942987D" w14:textId="77777777" w:rsidR="00292B2B" w:rsidRDefault="00757BA4">
      <w:pPr>
        <w:spacing w:after="0" w:line="276" w:lineRule="auto"/>
        <w:ind w:left="360"/>
      </w:pPr>
      <w:r>
        <w:rPr>
          <w:sz w:val="20"/>
        </w:rPr>
        <w:t>• New Staff</w:t>
      </w:r>
    </w:p>
    <w:p w14:paraId="2AE0B6B3" w14:textId="77777777" w:rsidR="00292B2B" w:rsidRDefault="00757BA4">
      <w:pPr>
        <w:spacing w:after="0" w:line="276" w:lineRule="auto"/>
        <w:ind w:left="360"/>
      </w:pPr>
      <w:r>
        <w:rPr>
          <w:sz w:val="20"/>
        </w:rPr>
        <w:t>• Admissions and Fellowships</w:t>
      </w:r>
    </w:p>
    <w:p w14:paraId="09CDA8DA" w14:textId="77777777" w:rsidR="00292B2B" w:rsidRDefault="00757BA4">
      <w:pPr>
        <w:spacing w:before="80" w:after="20" w:line="276" w:lineRule="auto"/>
      </w:pPr>
      <w:r>
        <w:rPr>
          <w:b/>
        </w:rPr>
        <w:t>1985-86</w:t>
      </w:r>
    </w:p>
    <w:p w14:paraId="31D37309" w14:textId="77777777" w:rsidR="00292B2B" w:rsidRDefault="00757BA4">
      <w:pPr>
        <w:spacing w:after="0" w:line="276" w:lineRule="auto"/>
        <w:ind w:left="360"/>
      </w:pPr>
      <w:r>
        <w:rPr>
          <w:sz w:val="20"/>
        </w:rPr>
        <w:t>• Nominating</w:t>
      </w:r>
    </w:p>
    <w:p w14:paraId="17F0F0D2" w14:textId="77777777" w:rsidR="00292B2B" w:rsidRDefault="00757BA4">
      <w:pPr>
        <w:spacing w:after="0" w:line="276" w:lineRule="auto"/>
        <w:ind w:left="360"/>
      </w:pPr>
      <w:r>
        <w:rPr>
          <w:sz w:val="20"/>
        </w:rPr>
        <w:t>• TA Policy</w:t>
      </w:r>
    </w:p>
    <w:p w14:paraId="115365E2" w14:textId="77777777" w:rsidR="00292B2B" w:rsidRDefault="00757BA4">
      <w:pPr>
        <w:spacing w:after="0" w:line="276" w:lineRule="auto"/>
        <w:ind w:left="360"/>
      </w:pPr>
      <w:r>
        <w:rPr>
          <w:sz w:val="20"/>
        </w:rPr>
        <w:t>• Graduate Program (Chairman)</w:t>
      </w:r>
    </w:p>
    <w:p w14:paraId="47784E6A" w14:textId="77777777" w:rsidR="00292B2B" w:rsidRDefault="00757BA4">
      <w:pPr>
        <w:spacing w:after="0" w:line="276" w:lineRule="auto"/>
        <w:ind w:left="360"/>
      </w:pPr>
      <w:r>
        <w:rPr>
          <w:sz w:val="20"/>
        </w:rPr>
        <w:t>• Lecture Room (Chairman)</w:t>
      </w:r>
    </w:p>
    <w:p w14:paraId="6D652500" w14:textId="77777777" w:rsidR="00292B2B" w:rsidRDefault="00757BA4">
      <w:pPr>
        <w:spacing w:before="80" w:after="20" w:line="276" w:lineRule="auto"/>
      </w:pPr>
      <w:r>
        <w:rPr>
          <w:b/>
        </w:rPr>
        <w:t>1986-87</w:t>
      </w:r>
    </w:p>
    <w:p w14:paraId="5C4971CD" w14:textId="77777777" w:rsidR="00292B2B" w:rsidRDefault="00757BA4">
      <w:pPr>
        <w:spacing w:after="0" w:line="276" w:lineRule="auto"/>
        <w:ind w:left="360"/>
      </w:pPr>
      <w:r>
        <w:rPr>
          <w:sz w:val="20"/>
        </w:rPr>
        <w:t>• Lecture Room</w:t>
      </w:r>
    </w:p>
    <w:p w14:paraId="089FA89B" w14:textId="77777777" w:rsidR="00292B2B" w:rsidRDefault="00757BA4">
      <w:pPr>
        <w:spacing w:before="80" w:after="20" w:line="276" w:lineRule="auto"/>
      </w:pPr>
      <w:r>
        <w:rPr>
          <w:b/>
        </w:rPr>
        <w:t>1987-88</w:t>
      </w:r>
    </w:p>
    <w:p w14:paraId="701401B2" w14:textId="77777777" w:rsidR="00292B2B" w:rsidRDefault="00757BA4">
      <w:pPr>
        <w:spacing w:after="0" w:line="276" w:lineRule="auto"/>
        <w:ind w:left="360"/>
      </w:pPr>
      <w:r>
        <w:rPr>
          <w:sz w:val="20"/>
        </w:rPr>
        <w:t>• Lecture Room</w:t>
      </w:r>
    </w:p>
    <w:p w14:paraId="4A91FD21" w14:textId="77777777" w:rsidR="00292B2B" w:rsidRDefault="00757BA4">
      <w:pPr>
        <w:spacing w:after="0" w:line="276" w:lineRule="auto"/>
        <w:ind w:left="360"/>
      </w:pPr>
      <w:r>
        <w:rPr>
          <w:sz w:val="20"/>
        </w:rPr>
        <w:t>• Physics Club</w:t>
      </w:r>
    </w:p>
    <w:p w14:paraId="5DA8B161" w14:textId="77777777" w:rsidR="00292B2B" w:rsidRDefault="00757BA4">
      <w:pPr>
        <w:spacing w:before="80" w:after="20" w:line="276" w:lineRule="auto"/>
      </w:pPr>
      <w:r>
        <w:rPr>
          <w:b/>
        </w:rPr>
        <w:t>1988-89</w:t>
      </w:r>
    </w:p>
    <w:p w14:paraId="2BA9C0A3" w14:textId="77777777" w:rsidR="00292B2B" w:rsidRDefault="00757BA4">
      <w:pPr>
        <w:spacing w:after="0" w:line="276" w:lineRule="auto"/>
        <w:ind w:left="360"/>
      </w:pPr>
      <w:r>
        <w:rPr>
          <w:sz w:val="20"/>
        </w:rPr>
        <w:t>• Outreach Programs</w:t>
      </w:r>
    </w:p>
    <w:p w14:paraId="2A50045C" w14:textId="77777777" w:rsidR="00292B2B" w:rsidRDefault="00757BA4">
      <w:pPr>
        <w:spacing w:after="0" w:line="276" w:lineRule="auto"/>
        <w:ind w:left="360"/>
      </w:pPr>
      <w:r>
        <w:rPr>
          <w:sz w:val="20"/>
        </w:rPr>
        <w:t>• Tours</w:t>
      </w:r>
    </w:p>
    <w:p w14:paraId="5AC3FA6A" w14:textId="77777777" w:rsidR="00292B2B" w:rsidRDefault="00757BA4">
      <w:pPr>
        <w:spacing w:after="0" w:line="276" w:lineRule="auto"/>
        <w:ind w:left="360"/>
      </w:pPr>
      <w:r>
        <w:rPr>
          <w:sz w:val="20"/>
        </w:rPr>
        <w:t>• Lecture Room</w:t>
      </w:r>
    </w:p>
    <w:p w14:paraId="2B6A88CE" w14:textId="77777777" w:rsidR="00292B2B" w:rsidRDefault="00757BA4">
      <w:pPr>
        <w:spacing w:after="0" w:line="276" w:lineRule="auto"/>
        <w:ind w:left="360"/>
      </w:pPr>
      <w:r>
        <w:rPr>
          <w:sz w:val="20"/>
        </w:rPr>
        <w:t>• Introductory Courses</w:t>
      </w:r>
    </w:p>
    <w:p w14:paraId="310F0793" w14:textId="77777777" w:rsidR="00292B2B" w:rsidRDefault="00757BA4">
      <w:pPr>
        <w:spacing w:before="80" w:after="20" w:line="276" w:lineRule="auto"/>
      </w:pPr>
      <w:r>
        <w:rPr>
          <w:b/>
        </w:rPr>
        <w:t>1989-90</w:t>
      </w:r>
    </w:p>
    <w:p w14:paraId="28A269D8" w14:textId="77777777" w:rsidR="00292B2B" w:rsidRDefault="00757BA4">
      <w:pPr>
        <w:spacing w:after="0" w:line="276" w:lineRule="auto"/>
        <w:ind w:left="360"/>
      </w:pPr>
      <w:r>
        <w:rPr>
          <w:sz w:val="20"/>
        </w:rPr>
        <w:t>• Faculty Senator</w:t>
      </w:r>
    </w:p>
    <w:p w14:paraId="79C35C55" w14:textId="77777777" w:rsidR="00292B2B" w:rsidRDefault="00757BA4">
      <w:pPr>
        <w:spacing w:after="0" w:line="276" w:lineRule="auto"/>
        <w:ind w:left="360"/>
      </w:pPr>
      <w:r>
        <w:rPr>
          <w:sz w:val="20"/>
        </w:rPr>
        <w:t>• Public Lectures</w:t>
      </w:r>
    </w:p>
    <w:p w14:paraId="56BA130D" w14:textId="77777777" w:rsidR="00292B2B" w:rsidRDefault="00757BA4">
      <w:pPr>
        <w:spacing w:after="0" w:line="276" w:lineRule="auto"/>
        <w:ind w:left="360"/>
      </w:pPr>
      <w:r>
        <w:rPr>
          <w:sz w:val="20"/>
        </w:rPr>
        <w:t>• Plasma Graduate Advisor</w:t>
      </w:r>
    </w:p>
    <w:p w14:paraId="3B79C266" w14:textId="77777777" w:rsidR="00292B2B" w:rsidRDefault="00757BA4">
      <w:pPr>
        <w:spacing w:after="0" w:line="276" w:lineRule="auto"/>
        <w:ind w:left="360"/>
      </w:pPr>
      <w:r>
        <w:rPr>
          <w:sz w:val="20"/>
        </w:rPr>
        <w:t>• Lecture Room</w:t>
      </w:r>
    </w:p>
    <w:p w14:paraId="49239361" w14:textId="77777777" w:rsidR="00292B2B" w:rsidRDefault="00757BA4">
      <w:pPr>
        <w:spacing w:after="0" w:line="276" w:lineRule="auto"/>
        <w:ind w:left="360"/>
      </w:pPr>
      <w:r>
        <w:rPr>
          <w:sz w:val="20"/>
        </w:rPr>
        <w:t>• Introductory Courses</w:t>
      </w:r>
    </w:p>
    <w:p w14:paraId="74D9BF49" w14:textId="77777777" w:rsidR="00292B2B" w:rsidRDefault="00757BA4">
      <w:pPr>
        <w:spacing w:after="0" w:line="276" w:lineRule="auto"/>
        <w:ind w:left="360"/>
      </w:pPr>
      <w:r>
        <w:rPr>
          <w:sz w:val="20"/>
        </w:rPr>
        <w:t>• Introductory Labs</w:t>
      </w:r>
    </w:p>
    <w:p w14:paraId="608C458F" w14:textId="77777777" w:rsidR="00292B2B" w:rsidRDefault="00757BA4">
      <w:pPr>
        <w:spacing w:before="80" w:after="20" w:line="276" w:lineRule="auto"/>
      </w:pPr>
      <w:r>
        <w:rPr>
          <w:b/>
        </w:rPr>
        <w:t>1990-91</w:t>
      </w:r>
    </w:p>
    <w:p w14:paraId="00556A7A" w14:textId="77777777" w:rsidR="00292B2B" w:rsidRDefault="00757BA4">
      <w:pPr>
        <w:spacing w:after="0" w:line="276" w:lineRule="auto"/>
        <w:ind w:left="360"/>
      </w:pPr>
      <w:r>
        <w:rPr>
          <w:sz w:val="20"/>
        </w:rPr>
        <w:t>• Faculty Senator</w:t>
      </w:r>
    </w:p>
    <w:p w14:paraId="67E27088" w14:textId="77777777" w:rsidR="00292B2B" w:rsidRDefault="00757BA4">
      <w:pPr>
        <w:spacing w:after="0" w:line="276" w:lineRule="auto"/>
        <w:ind w:left="360"/>
      </w:pPr>
      <w:r>
        <w:rPr>
          <w:sz w:val="20"/>
        </w:rPr>
        <w:t>• Outreach Programs (Chairman)</w:t>
      </w:r>
    </w:p>
    <w:p w14:paraId="750403AC" w14:textId="77777777" w:rsidR="00292B2B" w:rsidRDefault="00757BA4">
      <w:pPr>
        <w:spacing w:after="0" w:line="276" w:lineRule="auto"/>
        <w:ind w:left="360"/>
      </w:pPr>
      <w:r>
        <w:rPr>
          <w:sz w:val="20"/>
        </w:rPr>
        <w:t>• Plasma Graduate Advisor</w:t>
      </w:r>
    </w:p>
    <w:p w14:paraId="360DC5C9" w14:textId="77777777" w:rsidR="00292B2B" w:rsidRDefault="00757BA4">
      <w:pPr>
        <w:spacing w:after="0" w:line="276" w:lineRule="auto"/>
        <w:ind w:left="360"/>
      </w:pPr>
      <w:r>
        <w:rPr>
          <w:sz w:val="20"/>
        </w:rPr>
        <w:t>• Introductory Courses (Chairman)</w:t>
      </w:r>
    </w:p>
    <w:p w14:paraId="496983DD" w14:textId="77777777" w:rsidR="00292B2B" w:rsidRDefault="00757BA4">
      <w:pPr>
        <w:spacing w:before="80" w:after="20" w:line="276" w:lineRule="auto"/>
      </w:pPr>
      <w:r>
        <w:rPr>
          <w:b/>
        </w:rPr>
        <w:t>1991-92</w:t>
      </w:r>
    </w:p>
    <w:p w14:paraId="6FF498F0" w14:textId="77777777" w:rsidR="00292B2B" w:rsidRDefault="00757BA4">
      <w:pPr>
        <w:spacing w:after="0" w:line="276" w:lineRule="auto"/>
        <w:ind w:left="360"/>
      </w:pPr>
      <w:r>
        <w:rPr>
          <w:sz w:val="20"/>
        </w:rPr>
        <w:t>• Faculty Senator</w:t>
      </w:r>
    </w:p>
    <w:p w14:paraId="159C1F5C" w14:textId="77777777" w:rsidR="00292B2B" w:rsidRDefault="00757BA4">
      <w:pPr>
        <w:spacing w:after="0" w:line="276" w:lineRule="auto"/>
        <w:ind w:left="360"/>
      </w:pPr>
      <w:r>
        <w:rPr>
          <w:sz w:val="20"/>
        </w:rPr>
        <w:t>• Qualifying Exam</w:t>
      </w:r>
    </w:p>
    <w:p w14:paraId="216BBCC1" w14:textId="77777777" w:rsidR="00292B2B" w:rsidRDefault="00757BA4">
      <w:pPr>
        <w:spacing w:after="0" w:line="276" w:lineRule="auto"/>
        <w:ind w:left="360"/>
      </w:pPr>
      <w:r>
        <w:rPr>
          <w:sz w:val="20"/>
        </w:rPr>
        <w:t>• Plasma Graduate Advisor</w:t>
      </w:r>
    </w:p>
    <w:p w14:paraId="3D34F1A9" w14:textId="77777777" w:rsidR="00292B2B" w:rsidRDefault="00757BA4">
      <w:pPr>
        <w:spacing w:after="0" w:line="276" w:lineRule="auto"/>
        <w:ind w:left="360"/>
      </w:pPr>
      <w:r>
        <w:rPr>
          <w:sz w:val="20"/>
        </w:rPr>
        <w:t>• Lecture Room</w:t>
      </w:r>
    </w:p>
    <w:p w14:paraId="3327A70E" w14:textId="77777777" w:rsidR="00292B2B" w:rsidRDefault="00757BA4">
      <w:pPr>
        <w:spacing w:after="0" w:line="276" w:lineRule="auto"/>
        <w:ind w:left="360"/>
      </w:pPr>
      <w:r>
        <w:rPr>
          <w:sz w:val="20"/>
        </w:rPr>
        <w:t>• Introductory Courses (Chairman)</w:t>
      </w:r>
    </w:p>
    <w:p w14:paraId="13408294" w14:textId="77777777" w:rsidR="00292B2B" w:rsidRDefault="00757BA4">
      <w:pPr>
        <w:spacing w:before="80" w:after="20" w:line="276" w:lineRule="auto"/>
      </w:pPr>
      <w:r>
        <w:rPr>
          <w:b/>
        </w:rPr>
        <w:t>1992-93</w:t>
      </w:r>
    </w:p>
    <w:p w14:paraId="2CDE2DFA" w14:textId="77777777" w:rsidR="00292B2B" w:rsidRDefault="00757BA4">
      <w:pPr>
        <w:spacing w:after="0" w:line="276" w:lineRule="auto"/>
        <w:ind w:left="360"/>
      </w:pPr>
      <w:r>
        <w:rPr>
          <w:sz w:val="20"/>
        </w:rPr>
        <w:t>• Faculty Senator</w:t>
      </w:r>
    </w:p>
    <w:p w14:paraId="62968ADD" w14:textId="77777777" w:rsidR="00292B2B" w:rsidRDefault="00757BA4">
      <w:pPr>
        <w:spacing w:after="0" w:line="276" w:lineRule="auto"/>
        <w:ind w:left="360"/>
      </w:pPr>
      <w:r>
        <w:rPr>
          <w:sz w:val="20"/>
        </w:rPr>
        <w:t>• Lecture Room</w:t>
      </w:r>
    </w:p>
    <w:p w14:paraId="445A1F38" w14:textId="77777777" w:rsidR="00292B2B" w:rsidRDefault="00757BA4">
      <w:pPr>
        <w:spacing w:after="0" w:line="276" w:lineRule="auto"/>
        <w:ind w:left="360"/>
      </w:pPr>
      <w:r>
        <w:rPr>
          <w:sz w:val="20"/>
        </w:rPr>
        <w:t>• Introductory Courses (Chairman)</w:t>
      </w:r>
    </w:p>
    <w:p w14:paraId="506C8681" w14:textId="77777777" w:rsidR="00292B2B" w:rsidRDefault="00757BA4">
      <w:pPr>
        <w:spacing w:before="80" w:after="20" w:line="276" w:lineRule="auto"/>
      </w:pPr>
      <w:r>
        <w:rPr>
          <w:b/>
        </w:rPr>
        <w:t>1993-94</w:t>
      </w:r>
    </w:p>
    <w:p w14:paraId="6E70D090" w14:textId="77777777" w:rsidR="00292B2B" w:rsidRDefault="00757BA4">
      <w:pPr>
        <w:spacing w:after="0" w:line="276" w:lineRule="auto"/>
        <w:ind w:left="360"/>
      </w:pPr>
      <w:r>
        <w:rPr>
          <w:sz w:val="20"/>
        </w:rPr>
        <w:t>• Outreach Programs Public Lectures (Chairman)</w:t>
      </w:r>
    </w:p>
    <w:p w14:paraId="78FE0C03" w14:textId="77777777" w:rsidR="00292B2B" w:rsidRDefault="00757BA4">
      <w:pPr>
        <w:spacing w:after="0" w:line="276" w:lineRule="auto"/>
        <w:ind w:left="360"/>
      </w:pPr>
      <w:r>
        <w:rPr>
          <w:sz w:val="20"/>
        </w:rPr>
        <w:t>• Introductory Courses (Chairman)</w:t>
      </w:r>
    </w:p>
    <w:p w14:paraId="451FB7EA" w14:textId="77777777" w:rsidR="00292B2B" w:rsidRDefault="00757BA4">
      <w:pPr>
        <w:spacing w:after="0" w:line="276" w:lineRule="auto"/>
        <w:ind w:left="360"/>
      </w:pPr>
      <w:r>
        <w:rPr>
          <w:sz w:val="20"/>
        </w:rPr>
        <w:t>• Lecture Room</w:t>
      </w:r>
    </w:p>
    <w:p w14:paraId="6CDF6A57" w14:textId="77777777" w:rsidR="00292B2B" w:rsidRDefault="00757BA4">
      <w:pPr>
        <w:spacing w:after="0" w:line="276" w:lineRule="auto"/>
        <w:ind w:left="360"/>
      </w:pPr>
      <w:r>
        <w:rPr>
          <w:sz w:val="20"/>
        </w:rPr>
        <w:t>• Plasma Graduate Advisor</w:t>
      </w:r>
    </w:p>
    <w:p w14:paraId="51FF7FBE" w14:textId="77777777" w:rsidR="00292B2B" w:rsidRDefault="00757BA4">
      <w:pPr>
        <w:spacing w:before="80" w:after="20" w:line="276" w:lineRule="auto"/>
      </w:pPr>
      <w:r>
        <w:rPr>
          <w:b/>
        </w:rPr>
        <w:t>1994-95</w:t>
      </w:r>
    </w:p>
    <w:p w14:paraId="51D48AD7" w14:textId="77777777" w:rsidR="00292B2B" w:rsidRDefault="00757BA4">
      <w:pPr>
        <w:spacing w:after="0" w:line="276" w:lineRule="auto"/>
        <w:ind w:left="360"/>
      </w:pPr>
      <w:r>
        <w:rPr>
          <w:sz w:val="20"/>
        </w:rPr>
        <w:t>• Outreach Programs Public Lectures (Chairman)</w:t>
      </w:r>
    </w:p>
    <w:p w14:paraId="61DF4CBE" w14:textId="77777777" w:rsidR="00292B2B" w:rsidRDefault="00757BA4">
      <w:pPr>
        <w:spacing w:after="0" w:line="276" w:lineRule="auto"/>
        <w:ind w:left="360"/>
      </w:pPr>
      <w:r>
        <w:rPr>
          <w:sz w:val="20"/>
        </w:rPr>
        <w:t>• Lecture Room (Chairman)</w:t>
      </w:r>
    </w:p>
    <w:p w14:paraId="4E9011C7" w14:textId="77777777" w:rsidR="00292B2B" w:rsidRDefault="00757BA4">
      <w:pPr>
        <w:spacing w:after="0" w:line="276" w:lineRule="auto"/>
        <w:ind w:left="360"/>
      </w:pPr>
      <w:r>
        <w:rPr>
          <w:sz w:val="20"/>
        </w:rPr>
        <w:t>• Introductory Courses</w:t>
      </w:r>
    </w:p>
    <w:p w14:paraId="0806E9B2" w14:textId="77777777" w:rsidR="00292B2B" w:rsidRDefault="00757BA4">
      <w:pPr>
        <w:spacing w:after="0" w:line="276" w:lineRule="auto"/>
        <w:ind w:left="360"/>
      </w:pPr>
      <w:r>
        <w:rPr>
          <w:sz w:val="20"/>
        </w:rPr>
        <w:t>• Plasma Graduate Advisor</w:t>
      </w:r>
    </w:p>
    <w:p w14:paraId="0C400272" w14:textId="77777777" w:rsidR="00292B2B" w:rsidRDefault="00757BA4">
      <w:pPr>
        <w:spacing w:before="80" w:after="20" w:line="276" w:lineRule="auto"/>
      </w:pPr>
      <w:r>
        <w:rPr>
          <w:b/>
        </w:rPr>
        <w:t>1995-96</w:t>
      </w:r>
    </w:p>
    <w:p w14:paraId="0EAA8C69" w14:textId="77777777" w:rsidR="00292B2B" w:rsidRDefault="00757BA4">
      <w:pPr>
        <w:spacing w:after="0" w:line="276" w:lineRule="auto"/>
        <w:ind w:left="360"/>
      </w:pPr>
      <w:r>
        <w:rPr>
          <w:sz w:val="20"/>
        </w:rPr>
        <w:t>• Lecture Room (Chairman)</w:t>
      </w:r>
    </w:p>
    <w:p w14:paraId="3FD94613" w14:textId="77777777" w:rsidR="00292B2B" w:rsidRDefault="00757BA4">
      <w:pPr>
        <w:spacing w:after="0" w:line="276" w:lineRule="auto"/>
        <w:ind w:left="360"/>
      </w:pPr>
      <w:r>
        <w:rPr>
          <w:sz w:val="20"/>
        </w:rPr>
        <w:t>• Introductory Courses</w:t>
      </w:r>
    </w:p>
    <w:p w14:paraId="0D622E02" w14:textId="77777777" w:rsidR="00292B2B" w:rsidRDefault="00757BA4">
      <w:pPr>
        <w:spacing w:after="0" w:line="276" w:lineRule="auto"/>
        <w:ind w:left="360"/>
      </w:pPr>
      <w:r>
        <w:rPr>
          <w:sz w:val="20"/>
        </w:rPr>
        <w:t>• Physics Library</w:t>
      </w:r>
    </w:p>
    <w:p w14:paraId="0A8BB3CF" w14:textId="77777777" w:rsidR="00292B2B" w:rsidRDefault="00757BA4">
      <w:pPr>
        <w:spacing w:after="0" w:line="276" w:lineRule="auto"/>
        <w:ind w:left="360"/>
      </w:pPr>
      <w:r>
        <w:rPr>
          <w:sz w:val="20"/>
        </w:rPr>
        <w:t>• Plasma Advisor</w:t>
      </w:r>
    </w:p>
    <w:p w14:paraId="2C7DBEB4" w14:textId="77777777" w:rsidR="00292B2B" w:rsidRDefault="00757BA4">
      <w:pPr>
        <w:spacing w:before="80" w:after="20" w:line="276" w:lineRule="auto"/>
      </w:pPr>
      <w:r>
        <w:rPr>
          <w:b/>
        </w:rPr>
        <w:t>1996-97</w:t>
      </w:r>
    </w:p>
    <w:p w14:paraId="6F09C333" w14:textId="77777777" w:rsidR="00292B2B" w:rsidRDefault="00757BA4">
      <w:pPr>
        <w:spacing w:after="0" w:line="276" w:lineRule="auto"/>
        <w:ind w:left="360"/>
      </w:pPr>
      <w:r>
        <w:rPr>
          <w:sz w:val="20"/>
        </w:rPr>
        <w:t>• Introductory Courses</w:t>
      </w:r>
    </w:p>
    <w:p w14:paraId="64926420" w14:textId="77777777" w:rsidR="00292B2B" w:rsidRDefault="00757BA4">
      <w:pPr>
        <w:spacing w:after="0" w:line="276" w:lineRule="auto"/>
        <w:ind w:left="360"/>
      </w:pPr>
      <w:r>
        <w:rPr>
          <w:sz w:val="20"/>
        </w:rPr>
        <w:t>• Physics Library</w:t>
      </w:r>
    </w:p>
    <w:p w14:paraId="5F180F57" w14:textId="77777777" w:rsidR="00292B2B" w:rsidRDefault="00757BA4">
      <w:pPr>
        <w:spacing w:after="0" w:line="276" w:lineRule="auto"/>
        <w:ind w:left="360"/>
      </w:pPr>
      <w:r>
        <w:rPr>
          <w:sz w:val="20"/>
        </w:rPr>
        <w:t>• Plasma Advisor</w:t>
      </w:r>
    </w:p>
    <w:p w14:paraId="39117624" w14:textId="77777777" w:rsidR="00292B2B" w:rsidRDefault="00757BA4">
      <w:pPr>
        <w:spacing w:before="80" w:after="20" w:line="276" w:lineRule="auto"/>
      </w:pPr>
      <w:r>
        <w:rPr>
          <w:b/>
        </w:rPr>
        <w:t>1997-98</w:t>
      </w:r>
    </w:p>
    <w:p w14:paraId="6DEE0E61" w14:textId="77777777" w:rsidR="00292B2B" w:rsidRDefault="00757BA4">
      <w:pPr>
        <w:spacing w:after="0" w:line="276" w:lineRule="auto"/>
        <w:ind w:left="360"/>
      </w:pPr>
      <w:r>
        <w:rPr>
          <w:sz w:val="20"/>
        </w:rPr>
        <w:t>• Faculty Recognition</w:t>
      </w:r>
    </w:p>
    <w:p w14:paraId="60AA8E21" w14:textId="77777777" w:rsidR="00292B2B" w:rsidRDefault="00757BA4">
      <w:pPr>
        <w:spacing w:after="0" w:line="276" w:lineRule="auto"/>
        <w:ind w:left="360"/>
      </w:pPr>
      <w:r>
        <w:rPr>
          <w:sz w:val="20"/>
        </w:rPr>
        <w:t>• Lecture Room</w:t>
      </w:r>
    </w:p>
    <w:p w14:paraId="0A1B819A" w14:textId="77777777" w:rsidR="00292B2B" w:rsidRDefault="00757BA4">
      <w:pPr>
        <w:spacing w:after="0" w:line="276" w:lineRule="auto"/>
        <w:ind w:left="360"/>
      </w:pPr>
      <w:r>
        <w:rPr>
          <w:sz w:val="20"/>
        </w:rPr>
        <w:t>• Qualifying Exam</w:t>
      </w:r>
    </w:p>
    <w:p w14:paraId="5C479CDA" w14:textId="77777777" w:rsidR="00292B2B" w:rsidRDefault="00757BA4">
      <w:pPr>
        <w:spacing w:after="0" w:line="276" w:lineRule="auto"/>
        <w:ind w:left="360"/>
      </w:pPr>
      <w:r>
        <w:rPr>
          <w:sz w:val="20"/>
        </w:rPr>
        <w:t>• Museum (Chairman)</w:t>
      </w:r>
    </w:p>
    <w:p w14:paraId="425941F8" w14:textId="77777777" w:rsidR="00292B2B" w:rsidRDefault="00757BA4">
      <w:pPr>
        <w:spacing w:before="80" w:after="20" w:line="276" w:lineRule="auto"/>
      </w:pPr>
      <w:r>
        <w:rPr>
          <w:b/>
        </w:rPr>
        <w:t>1999-00</w:t>
      </w:r>
    </w:p>
    <w:p w14:paraId="75449AB6" w14:textId="77777777" w:rsidR="00292B2B" w:rsidRDefault="00757BA4">
      <w:pPr>
        <w:spacing w:after="0" w:line="276" w:lineRule="auto"/>
        <w:ind w:left="360"/>
      </w:pPr>
      <w:r>
        <w:rPr>
          <w:sz w:val="20"/>
        </w:rPr>
        <w:t>• Lecture Room (Chairman)</w:t>
      </w:r>
    </w:p>
    <w:p w14:paraId="63F02D3A" w14:textId="77777777" w:rsidR="00292B2B" w:rsidRDefault="00757BA4">
      <w:pPr>
        <w:spacing w:after="0" w:line="276" w:lineRule="auto"/>
        <w:ind w:left="360"/>
      </w:pPr>
      <w:r>
        <w:rPr>
          <w:sz w:val="20"/>
        </w:rPr>
        <w:t>• Museum (Chairman)</w:t>
      </w:r>
    </w:p>
    <w:p w14:paraId="100406AE" w14:textId="77777777" w:rsidR="00292B2B" w:rsidRDefault="00757BA4">
      <w:pPr>
        <w:spacing w:before="80" w:after="20" w:line="276" w:lineRule="auto"/>
      </w:pPr>
      <w:r>
        <w:rPr>
          <w:b/>
        </w:rPr>
        <w:t>1999-00</w:t>
      </w:r>
    </w:p>
    <w:p w14:paraId="0580F750" w14:textId="77777777" w:rsidR="00292B2B" w:rsidRDefault="00757BA4">
      <w:pPr>
        <w:spacing w:after="0" w:line="276" w:lineRule="auto"/>
        <w:ind w:left="360"/>
      </w:pPr>
      <w:r>
        <w:rPr>
          <w:sz w:val="20"/>
        </w:rPr>
        <w:t>• Lecture Room (Chairman)</w:t>
      </w:r>
    </w:p>
    <w:p w14:paraId="3F9C7115" w14:textId="77777777" w:rsidR="00292B2B" w:rsidRDefault="00757BA4">
      <w:pPr>
        <w:spacing w:after="0" w:line="276" w:lineRule="auto"/>
        <w:ind w:left="360"/>
      </w:pPr>
      <w:r>
        <w:rPr>
          <w:sz w:val="20"/>
        </w:rPr>
        <w:t>• Museum (Chairman)</w:t>
      </w:r>
    </w:p>
    <w:p w14:paraId="6FAB153B" w14:textId="77777777" w:rsidR="00292B2B" w:rsidRDefault="00757BA4">
      <w:pPr>
        <w:spacing w:before="80" w:after="20" w:line="276" w:lineRule="auto"/>
      </w:pPr>
      <w:r>
        <w:rPr>
          <w:b/>
        </w:rPr>
        <w:t>2000-01</w:t>
      </w:r>
    </w:p>
    <w:p w14:paraId="115A7A23" w14:textId="77777777" w:rsidR="00292B2B" w:rsidRDefault="00757BA4">
      <w:pPr>
        <w:spacing w:after="0" w:line="276" w:lineRule="auto"/>
        <w:ind w:left="360"/>
      </w:pPr>
      <w:r>
        <w:rPr>
          <w:sz w:val="20"/>
        </w:rPr>
        <w:t>• Public Lecture (Chairman)</w:t>
      </w:r>
    </w:p>
    <w:p w14:paraId="570C5460" w14:textId="77777777" w:rsidR="00292B2B" w:rsidRDefault="00757BA4">
      <w:pPr>
        <w:spacing w:after="0" w:line="276" w:lineRule="auto"/>
        <w:ind w:left="360"/>
      </w:pPr>
      <w:r>
        <w:rPr>
          <w:sz w:val="20"/>
        </w:rPr>
        <w:t>• Museum (Chairman)</w:t>
      </w:r>
    </w:p>
    <w:p w14:paraId="0F0DC18B" w14:textId="77777777" w:rsidR="00292B2B" w:rsidRDefault="00757BA4">
      <w:pPr>
        <w:spacing w:before="80" w:after="20" w:line="276" w:lineRule="auto"/>
      </w:pPr>
      <w:r>
        <w:rPr>
          <w:b/>
        </w:rPr>
        <w:t>2001-02</w:t>
      </w:r>
    </w:p>
    <w:p w14:paraId="1DC69CBB" w14:textId="77777777" w:rsidR="00292B2B" w:rsidRDefault="00757BA4">
      <w:pPr>
        <w:spacing w:after="0" w:line="276" w:lineRule="auto"/>
        <w:ind w:left="360"/>
      </w:pPr>
      <w:r>
        <w:rPr>
          <w:sz w:val="20"/>
        </w:rPr>
        <w:t>• Faculty Senator (alternate)</w:t>
      </w:r>
    </w:p>
    <w:p w14:paraId="6777845A" w14:textId="77777777" w:rsidR="00292B2B" w:rsidRDefault="00757BA4">
      <w:pPr>
        <w:spacing w:after="0" w:line="276" w:lineRule="auto"/>
        <w:ind w:left="360"/>
      </w:pPr>
      <w:r>
        <w:rPr>
          <w:sz w:val="20"/>
        </w:rPr>
        <w:t>• Tours (chairman)</w:t>
      </w:r>
    </w:p>
    <w:p w14:paraId="6F1D6967" w14:textId="77777777" w:rsidR="00292B2B" w:rsidRDefault="00757BA4">
      <w:pPr>
        <w:spacing w:after="0" w:line="276" w:lineRule="auto"/>
        <w:ind w:left="360"/>
      </w:pPr>
      <w:r>
        <w:rPr>
          <w:sz w:val="20"/>
        </w:rPr>
        <w:t>• Public Lecture (Chairman)</w:t>
      </w:r>
    </w:p>
    <w:p w14:paraId="56618628" w14:textId="77777777" w:rsidR="00292B2B" w:rsidRDefault="00757BA4">
      <w:pPr>
        <w:spacing w:after="0" w:line="276" w:lineRule="auto"/>
        <w:ind w:left="360"/>
      </w:pPr>
      <w:r>
        <w:rPr>
          <w:sz w:val="20"/>
        </w:rPr>
        <w:t>• Museum (Chairman)</w:t>
      </w:r>
    </w:p>
    <w:p w14:paraId="7664A28A" w14:textId="77777777" w:rsidR="00292B2B" w:rsidRDefault="00757BA4">
      <w:pPr>
        <w:spacing w:before="80" w:after="20" w:line="276" w:lineRule="auto"/>
      </w:pPr>
      <w:r>
        <w:rPr>
          <w:b/>
        </w:rPr>
        <w:t>2002-03</w:t>
      </w:r>
    </w:p>
    <w:p w14:paraId="0DBC8B8F" w14:textId="77777777" w:rsidR="00292B2B" w:rsidRDefault="00757BA4">
      <w:pPr>
        <w:spacing w:after="0" w:line="276" w:lineRule="auto"/>
        <w:ind w:left="360"/>
      </w:pPr>
      <w:r>
        <w:rPr>
          <w:sz w:val="20"/>
        </w:rPr>
        <w:t>• Faculty Senator</w:t>
      </w:r>
    </w:p>
    <w:p w14:paraId="1542B781" w14:textId="77777777" w:rsidR="00292B2B" w:rsidRDefault="00757BA4">
      <w:pPr>
        <w:spacing w:after="0" w:line="276" w:lineRule="auto"/>
        <w:ind w:left="360"/>
      </w:pPr>
      <w:r>
        <w:rPr>
          <w:sz w:val="20"/>
        </w:rPr>
        <w:t>• Tours (Chairman)</w:t>
      </w:r>
    </w:p>
    <w:p w14:paraId="3B869F70" w14:textId="77777777" w:rsidR="00292B2B" w:rsidRDefault="00757BA4">
      <w:pPr>
        <w:spacing w:after="0" w:line="276" w:lineRule="auto"/>
        <w:ind w:left="360"/>
      </w:pPr>
      <w:r>
        <w:rPr>
          <w:sz w:val="20"/>
        </w:rPr>
        <w:t>• Public Lecture (Chairman)</w:t>
      </w:r>
    </w:p>
    <w:p w14:paraId="369F61C8" w14:textId="77777777" w:rsidR="00292B2B" w:rsidRDefault="00757BA4">
      <w:pPr>
        <w:spacing w:after="0" w:line="276" w:lineRule="auto"/>
        <w:ind w:left="360"/>
      </w:pPr>
      <w:r>
        <w:rPr>
          <w:sz w:val="20"/>
        </w:rPr>
        <w:t>• Museum (Chairman)</w:t>
      </w:r>
    </w:p>
    <w:p w14:paraId="1B77042F" w14:textId="77777777" w:rsidR="00292B2B" w:rsidRDefault="00757BA4">
      <w:pPr>
        <w:spacing w:before="80" w:after="20" w:line="276" w:lineRule="auto"/>
      </w:pPr>
      <w:r>
        <w:rPr>
          <w:b/>
        </w:rPr>
        <w:t>2003-04</w:t>
      </w:r>
    </w:p>
    <w:p w14:paraId="3FE84056" w14:textId="77777777" w:rsidR="00292B2B" w:rsidRDefault="00757BA4">
      <w:pPr>
        <w:spacing w:after="0" w:line="276" w:lineRule="auto"/>
        <w:ind w:left="360"/>
      </w:pPr>
      <w:r>
        <w:rPr>
          <w:sz w:val="20"/>
        </w:rPr>
        <w:t>• Faculty Senator</w:t>
      </w:r>
    </w:p>
    <w:p w14:paraId="4BF90519" w14:textId="77777777" w:rsidR="00292B2B" w:rsidRDefault="00757BA4">
      <w:pPr>
        <w:spacing w:after="0" w:line="276" w:lineRule="auto"/>
        <w:ind w:left="360"/>
      </w:pPr>
      <w:r>
        <w:rPr>
          <w:sz w:val="20"/>
        </w:rPr>
        <w:t>• Museum (Chairman)</w:t>
      </w:r>
    </w:p>
    <w:p w14:paraId="2B457277" w14:textId="77777777" w:rsidR="00292B2B" w:rsidRDefault="00757BA4">
      <w:pPr>
        <w:spacing w:after="0" w:line="276" w:lineRule="auto"/>
        <w:ind w:left="360"/>
      </w:pPr>
      <w:r>
        <w:rPr>
          <w:sz w:val="20"/>
        </w:rPr>
        <w:t>• Outreach Programs (Chairman)</w:t>
      </w:r>
    </w:p>
    <w:p w14:paraId="224505AA" w14:textId="77777777" w:rsidR="00292B2B" w:rsidRDefault="00757BA4">
      <w:pPr>
        <w:spacing w:after="0" w:line="276" w:lineRule="auto"/>
        <w:ind w:left="360"/>
      </w:pPr>
      <w:r>
        <w:rPr>
          <w:sz w:val="20"/>
        </w:rPr>
        <w:t>• Special Lectures</w:t>
      </w:r>
    </w:p>
    <w:p w14:paraId="4CF71AB5" w14:textId="77777777" w:rsidR="00292B2B" w:rsidRDefault="00757BA4">
      <w:pPr>
        <w:spacing w:after="0" w:line="276" w:lineRule="auto"/>
        <w:ind w:left="360"/>
      </w:pPr>
      <w:r>
        <w:rPr>
          <w:sz w:val="20"/>
        </w:rPr>
        <w:t>• Lecture Room</w:t>
      </w:r>
    </w:p>
    <w:p w14:paraId="3EC86453" w14:textId="77777777" w:rsidR="00292B2B" w:rsidRDefault="00757BA4">
      <w:pPr>
        <w:spacing w:before="80" w:after="20" w:line="276" w:lineRule="auto"/>
      </w:pPr>
      <w:r>
        <w:rPr>
          <w:b/>
        </w:rPr>
        <w:t>2004-05</w:t>
      </w:r>
    </w:p>
    <w:p w14:paraId="28BDA470" w14:textId="77777777" w:rsidR="00292B2B" w:rsidRDefault="00757BA4">
      <w:pPr>
        <w:spacing w:after="0" w:line="276" w:lineRule="auto"/>
        <w:ind w:left="360"/>
      </w:pPr>
      <w:r>
        <w:rPr>
          <w:sz w:val="20"/>
        </w:rPr>
        <w:t>• Faculty Senator</w:t>
      </w:r>
    </w:p>
    <w:p w14:paraId="0E5A1FD4" w14:textId="77777777" w:rsidR="00292B2B" w:rsidRDefault="00757BA4">
      <w:pPr>
        <w:spacing w:after="0" w:line="276" w:lineRule="auto"/>
        <w:ind w:left="360"/>
      </w:pPr>
      <w:r>
        <w:rPr>
          <w:sz w:val="20"/>
        </w:rPr>
        <w:t>• Lecture Room (Chairman)</w:t>
      </w:r>
    </w:p>
    <w:p w14:paraId="3283B1E7" w14:textId="77777777" w:rsidR="00292B2B" w:rsidRDefault="00757BA4">
      <w:pPr>
        <w:spacing w:after="0" w:line="276" w:lineRule="auto"/>
        <w:ind w:left="360"/>
      </w:pPr>
      <w:r>
        <w:rPr>
          <w:sz w:val="20"/>
        </w:rPr>
        <w:t>• Introductory Courses</w:t>
      </w:r>
    </w:p>
    <w:p w14:paraId="014CB301" w14:textId="77777777" w:rsidR="00292B2B" w:rsidRDefault="00757BA4">
      <w:pPr>
        <w:spacing w:after="0" w:line="276" w:lineRule="auto"/>
        <w:ind w:left="360"/>
      </w:pPr>
      <w:r>
        <w:rPr>
          <w:sz w:val="20"/>
        </w:rPr>
        <w:t>• Museum (Chairman)</w:t>
      </w:r>
    </w:p>
    <w:p w14:paraId="767BD6CC" w14:textId="77777777" w:rsidR="00292B2B" w:rsidRDefault="00757BA4">
      <w:pPr>
        <w:spacing w:before="80" w:after="20" w:line="276" w:lineRule="auto"/>
      </w:pPr>
      <w:r>
        <w:rPr>
          <w:b/>
        </w:rPr>
        <w:t>2005-06</w:t>
      </w:r>
    </w:p>
    <w:p w14:paraId="07EC3B1D" w14:textId="77777777" w:rsidR="00292B2B" w:rsidRDefault="00757BA4">
      <w:pPr>
        <w:spacing w:after="0" w:line="276" w:lineRule="auto"/>
        <w:ind w:left="360"/>
      </w:pPr>
      <w:r>
        <w:rPr>
          <w:sz w:val="20"/>
        </w:rPr>
        <w:t>• Faculty Senator</w:t>
      </w:r>
    </w:p>
    <w:p w14:paraId="0CA46EE0" w14:textId="77777777" w:rsidR="00292B2B" w:rsidRDefault="00757BA4">
      <w:pPr>
        <w:spacing w:after="0" w:line="276" w:lineRule="auto"/>
        <w:ind w:left="360"/>
      </w:pPr>
      <w:r>
        <w:rPr>
          <w:sz w:val="20"/>
        </w:rPr>
        <w:t>• Special Lectures</w:t>
      </w:r>
    </w:p>
    <w:p w14:paraId="1B3E48B7" w14:textId="77777777" w:rsidR="00292B2B" w:rsidRDefault="00757BA4">
      <w:pPr>
        <w:spacing w:after="0" w:line="276" w:lineRule="auto"/>
        <w:ind w:left="360"/>
      </w:pPr>
      <w:r>
        <w:rPr>
          <w:sz w:val="20"/>
        </w:rPr>
        <w:t>• Introductory Courses</w:t>
      </w:r>
    </w:p>
    <w:p w14:paraId="3F7856F1" w14:textId="77777777" w:rsidR="00292B2B" w:rsidRDefault="00757BA4">
      <w:pPr>
        <w:spacing w:after="0" w:line="276" w:lineRule="auto"/>
        <w:ind w:left="360"/>
      </w:pPr>
      <w:r>
        <w:rPr>
          <w:sz w:val="20"/>
        </w:rPr>
        <w:t>• Lecture Room (Chairman)</w:t>
      </w:r>
    </w:p>
    <w:p w14:paraId="06AC39D0" w14:textId="77777777" w:rsidR="00292B2B" w:rsidRDefault="00757BA4">
      <w:pPr>
        <w:spacing w:before="80" w:after="20" w:line="276" w:lineRule="auto"/>
      </w:pPr>
      <w:r>
        <w:rPr>
          <w:b/>
        </w:rPr>
        <w:t>2006-07</w:t>
      </w:r>
    </w:p>
    <w:p w14:paraId="1832A75F" w14:textId="77777777" w:rsidR="00292B2B" w:rsidRDefault="00757BA4">
      <w:pPr>
        <w:spacing w:after="0" w:line="276" w:lineRule="auto"/>
        <w:ind w:left="360"/>
      </w:pPr>
      <w:r>
        <w:rPr>
          <w:sz w:val="20"/>
        </w:rPr>
        <w:t>• Undergraduate Coordinator</w:t>
      </w:r>
    </w:p>
    <w:p w14:paraId="6A4BB3F0" w14:textId="77777777" w:rsidR="00292B2B" w:rsidRDefault="00757BA4">
      <w:pPr>
        <w:spacing w:after="0" w:line="276" w:lineRule="auto"/>
        <w:ind w:left="360"/>
      </w:pPr>
      <w:r>
        <w:rPr>
          <w:sz w:val="20"/>
        </w:rPr>
        <w:t>• Faculty Senator</w:t>
      </w:r>
    </w:p>
    <w:p w14:paraId="7542E283" w14:textId="77777777" w:rsidR="00292B2B" w:rsidRDefault="00757BA4">
      <w:pPr>
        <w:spacing w:after="0" w:line="276" w:lineRule="auto"/>
        <w:ind w:left="360"/>
      </w:pPr>
      <w:r>
        <w:rPr>
          <w:sz w:val="20"/>
        </w:rPr>
        <w:t>• Outreach &amp; Museum</w:t>
      </w:r>
    </w:p>
    <w:p w14:paraId="21F8C41D" w14:textId="77777777" w:rsidR="00292B2B" w:rsidRDefault="00757BA4">
      <w:pPr>
        <w:spacing w:after="0" w:line="276" w:lineRule="auto"/>
        <w:ind w:left="360"/>
      </w:pPr>
      <w:r>
        <w:rPr>
          <w:sz w:val="20"/>
        </w:rPr>
        <w:t>• Introductory Courses (Chairman)</w:t>
      </w:r>
    </w:p>
    <w:p w14:paraId="5F883E36" w14:textId="77777777" w:rsidR="00292B2B" w:rsidRDefault="00757BA4">
      <w:pPr>
        <w:spacing w:before="80" w:after="20" w:line="276" w:lineRule="auto"/>
      </w:pPr>
      <w:r>
        <w:rPr>
          <w:b/>
        </w:rPr>
        <w:t>2007-08</w:t>
      </w:r>
    </w:p>
    <w:p w14:paraId="08C787DF" w14:textId="77777777" w:rsidR="00292B2B" w:rsidRDefault="00757BA4">
      <w:pPr>
        <w:spacing w:after="0" w:line="276" w:lineRule="auto"/>
        <w:ind w:left="360"/>
      </w:pPr>
      <w:r>
        <w:rPr>
          <w:sz w:val="20"/>
        </w:rPr>
        <w:t>• Faculty Senator</w:t>
      </w:r>
    </w:p>
    <w:p w14:paraId="69B418DA" w14:textId="77777777" w:rsidR="00292B2B" w:rsidRDefault="00757BA4">
      <w:pPr>
        <w:spacing w:after="0" w:line="276" w:lineRule="auto"/>
        <w:ind w:left="360"/>
      </w:pPr>
      <w:r>
        <w:rPr>
          <w:sz w:val="20"/>
        </w:rPr>
        <w:t>• Outreach &amp; Museum</w:t>
      </w:r>
    </w:p>
    <w:p w14:paraId="3D2A4ECB" w14:textId="77777777" w:rsidR="00292B2B" w:rsidRDefault="00757BA4">
      <w:pPr>
        <w:spacing w:after="0" w:line="276" w:lineRule="auto"/>
        <w:ind w:left="360"/>
      </w:pPr>
      <w:r>
        <w:rPr>
          <w:sz w:val="20"/>
        </w:rPr>
        <w:t>• Introductory Courses</w:t>
      </w:r>
    </w:p>
    <w:p w14:paraId="1B1D954B" w14:textId="77777777" w:rsidR="00292B2B" w:rsidRDefault="00757BA4">
      <w:pPr>
        <w:pStyle w:val="Heading1"/>
      </w:pPr>
      <w:r>
        <w:rPr>
          <w:rFonts w:ascii="Times New Roman" w:eastAsia="Times New Roman" w:hAnsi="Times New Roman"/>
        </w:rPr>
        <w:t>Honors</w:t>
      </w:r>
    </w:p>
    <w:p w14:paraId="58F52607" w14:textId="77777777" w:rsidR="00292B2B" w:rsidRDefault="00757BA4">
      <w:pPr>
        <w:spacing w:after="60"/>
        <w:ind w:left="648" w:hanging="648"/>
      </w:pPr>
      <w:r>
        <w:t>1. Election to fellowship in the American Physical Society (1980).</w:t>
      </w:r>
    </w:p>
    <w:p w14:paraId="4FC0B4D5" w14:textId="77777777" w:rsidR="00292B2B" w:rsidRDefault="00757BA4">
      <w:pPr>
        <w:spacing w:after="60"/>
        <w:ind w:left="648" w:hanging="648"/>
      </w:pPr>
      <w:r>
        <w:t>2. Winner of the first annual “Computers in Physics” contest for innovative software in physics education (1990).</w:t>
      </w:r>
    </w:p>
    <w:p w14:paraId="2EE62480" w14:textId="77777777" w:rsidR="00292B2B" w:rsidRDefault="00757BA4">
      <w:pPr>
        <w:spacing w:after="60"/>
        <w:ind w:left="648" w:hanging="648"/>
      </w:pPr>
      <w:r>
        <w:t>3. John Glover award - Dickinson College (1994). “.. In recognition of your outreach efforts in physics education.”</w:t>
      </w:r>
    </w:p>
    <w:p w14:paraId="4E13032A" w14:textId="77777777" w:rsidR="00292B2B" w:rsidRDefault="00757BA4">
      <w:pPr>
        <w:spacing w:after="60"/>
        <w:ind w:left="648" w:hanging="648"/>
      </w:pPr>
      <w:r>
        <w:t>4. Van Hise Outreach Award for Excellence in Teaching - University of Wisconsin-Madison (1997).</w:t>
      </w:r>
    </w:p>
    <w:p w14:paraId="4A6D32BB" w14:textId="77777777" w:rsidR="00292B2B" w:rsidRDefault="00757BA4">
      <w:pPr>
        <w:spacing w:after="60"/>
        <w:ind w:left="648" w:hanging="648"/>
      </w:pPr>
      <w:r>
        <w:t>5. Lifetime Achievement Award for the Long-Term Advancement of Physics and Physics Education — Wisconsin Association of Physics Teachers (1999).</w:t>
      </w:r>
    </w:p>
    <w:p w14:paraId="5A400CEB" w14:textId="77777777" w:rsidR="00292B2B" w:rsidRDefault="00757BA4">
      <w:pPr>
        <w:spacing w:after="60"/>
        <w:ind w:left="648" w:hanging="648"/>
      </w:pPr>
      <w:r>
        <w:t>6. Distinguished Lecturer in Plasma Physics (2011 – 2013).</w:t>
      </w:r>
    </w:p>
    <w:p w14:paraId="663C7D2B" w14:textId="77777777" w:rsidR="00292B2B" w:rsidRDefault="00757BA4">
      <w:pPr>
        <w:spacing w:after="60"/>
        <w:ind w:left="648" w:hanging="648"/>
      </w:pPr>
      <w:r>
        <w:t>7. Distinguished Service Award, UW Department of Physics (2013).</w:t>
      </w:r>
    </w:p>
    <w:p w14:paraId="399AC6BE" w14:textId="77777777" w:rsidR="00292B2B" w:rsidRDefault="00757BA4">
      <w:pPr>
        <w:spacing w:after="60"/>
        <w:ind w:left="648" w:hanging="648"/>
      </w:pPr>
      <w:r>
        <w:t>8. Ian Snook Prize (2014).</w:t>
      </w:r>
    </w:p>
    <w:p w14:paraId="01C744FD" w14:textId="77777777" w:rsidR="00292B2B" w:rsidRDefault="00757BA4">
      <w:pPr>
        <w:spacing w:after="60"/>
        <w:ind w:left="648" w:hanging="648"/>
      </w:pPr>
      <w:r>
        <w:t>9. Clarivate Highly Cited Researchers list (2010 – 2020).</w:t>
      </w:r>
    </w:p>
    <w:p w14:paraId="54AE48D8" w14:textId="77777777" w:rsidR="00292B2B" w:rsidRDefault="00757BA4">
      <w:pPr>
        <w:spacing w:after="60"/>
        <w:ind w:left="648" w:hanging="648"/>
      </w:pPr>
      <w:r>
        <w:t>10. Ian Snook Prize (2025).</w:t>
      </w:r>
    </w:p>
    <w:p w14:paraId="3D2D6362" w14:textId="77777777" w:rsidR="00292B2B" w:rsidRDefault="00757BA4">
      <w:pPr>
        <w:pStyle w:val="Heading1"/>
      </w:pPr>
      <w:r>
        <w:rPr>
          <w:rFonts w:ascii="Times New Roman" w:eastAsia="Times New Roman" w:hAnsi="Times New Roman"/>
        </w:rPr>
        <w:t>Professional Activities</w:t>
      </w:r>
    </w:p>
    <w:p w14:paraId="114A7A13" w14:textId="77777777" w:rsidR="00292B2B" w:rsidRDefault="00757BA4">
      <w:pPr>
        <w:spacing w:after="60" w:line="276" w:lineRule="auto"/>
        <w:ind w:left="576" w:hanging="576"/>
      </w:pPr>
      <w:r>
        <w:t>1. Technical Editor, Physics Academic Software, 1993 – 2011.</w:t>
      </w:r>
    </w:p>
    <w:p w14:paraId="7139EBB6" w14:textId="77777777" w:rsidR="00292B2B" w:rsidRDefault="00757BA4">
      <w:pPr>
        <w:spacing w:after="60" w:line="276" w:lineRule="auto"/>
        <w:ind w:left="576" w:hanging="576"/>
      </w:pPr>
      <w:r>
        <w:t>2. Editorial Board, Physics Academic Software, 1999 – 2011.</w:t>
      </w:r>
    </w:p>
    <w:p w14:paraId="5614A9E4" w14:textId="77777777" w:rsidR="00292B2B" w:rsidRDefault="00757BA4">
      <w:pPr>
        <w:spacing w:after="60" w:line="276" w:lineRule="auto"/>
        <w:ind w:left="576" w:hanging="576"/>
      </w:pPr>
      <w:r>
        <w:t>3. Editorial Board, International Journal of Chaos Theory and Applications, 2000.</w:t>
      </w:r>
    </w:p>
    <w:p w14:paraId="71C66492" w14:textId="77777777" w:rsidR="00292B2B" w:rsidRDefault="00757BA4">
      <w:pPr>
        <w:spacing w:after="60" w:line="276" w:lineRule="auto"/>
        <w:ind w:left="576" w:hanging="576"/>
      </w:pPr>
      <w:r>
        <w:t>4. International Advisory Board, Centre for Complexity Research, University of Liverpool, 2003 – present.</w:t>
      </w:r>
    </w:p>
    <w:p w14:paraId="630D1F96" w14:textId="77777777" w:rsidR="00292B2B" w:rsidRDefault="00757BA4">
      <w:pPr>
        <w:spacing w:after="60" w:line="276" w:lineRule="auto"/>
        <w:ind w:left="576" w:hanging="576"/>
      </w:pPr>
      <w:r>
        <w:t>5. Editorial Board, Nonlinear Dynamics in Psychology and Life Sciences, 2003 – present.</w:t>
      </w:r>
    </w:p>
    <w:p w14:paraId="0981A2B9" w14:textId="77777777" w:rsidR="00292B2B" w:rsidRDefault="00757BA4">
      <w:pPr>
        <w:spacing w:after="60" w:line="276" w:lineRule="auto"/>
        <w:ind w:left="576" w:hanging="576"/>
      </w:pPr>
      <w:r>
        <w:t>6. Editorial Board, Chaotic Modeling and Simulation, 2011 – present.</w:t>
      </w:r>
    </w:p>
    <w:p w14:paraId="4D4C55E5" w14:textId="77777777" w:rsidR="00292B2B" w:rsidRDefault="00757BA4">
      <w:pPr>
        <w:spacing w:after="60" w:line="276" w:lineRule="auto"/>
        <w:ind w:left="576" w:hanging="576"/>
      </w:pPr>
      <w:r>
        <w:t>7. Editorial Board, Fractal Laboratory Journal, 2011 – present.</w:t>
      </w:r>
    </w:p>
    <w:p w14:paraId="0487FEFF" w14:textId="77777777" w:rsidR="00292B2B" w:rsidRDefault="00757BA4">
      <w:pPr>
        <w:spacing w:after="60" w:line="276" w:lineRule="auto"/>
        <w:ind w:left="576" w:hanging="576"/>
      </w:pPr>
      <w:r>
        <w:t>8. Editorial Board, International Journal of Innovative Research and Development, 2012 – present.</w:t>
      </w:r>
    </w:p>
    <w:p w14:paraId="704E3714" w14:textId="77777777" w:rsidR="00292B2B" w:rsidRDefault="00757BA4">
      <w:pPr>
        <w:spacing w:after="60" w:line="276" w:lineRule="auto"/>
        <w:ind w:left="576" w:hanging="576"/>
      </w:pPr>
      <w:r>
        <w:t>9. Editorial Board, The SciTech, Journal of Science &amp; Technology, 2012 – present.</w:t>
      </w:r>
    </w:p>
    <w:p w14:paraId="03A3EE2F" w14:textId="77777777" w:rsidR="00292B2B" w:rsidRDefault="00757BA4">
      <w:pPr>
        <w:spacing w:after="60" w:line="276" w:lineRule="auto"/>
        <w:ind w:left="576" w:hanging="576"/>
      </w:pPr>
      <w:r>
        <w:t>10. Editorial Board, Asia Pacific Journal of Engineering, Science &amp; Technology, 2016 – present.</w:t>
      </w:r>
    </w:p>
    <w:p w14:paraId="42F5348D" w14:textId="77777777" w:rsidR="00292B2B" w:rsidRDefault="00757BA4">
      <w:pPr>
        <w:spacing w:after="60" w:line="276" w:lineRule="auto"/>
        <w:ind w:left="576" w:hanging="576"/>
      </w:pPr>
      <w:r>
        <w:t>11. Editorial Board, SpringerBriefs in Nonlinear Circuits, 2016 – present.</w:t>
      </w:r>
    </w:p>
    <w:p w14:paraId="53EDD6E5" w14:textId="77777777" w:rsidR="00292B2B" w:rsidRDefault="00757BA4">
      <w:pPr>
        <w:spacing w:after="60" w:line="276" w:lineRule="auto"/>
        <w:ind w:left="576" w:hanging="576"/>
      </w:pPr>
      <w:r>
        <w:t>12. Honorary editor, Nonlinear Dynamics and Chaos Control (2026 – present)</w:t>
      </w:r>
    </w:p>
    <w:p w14:paraId="6659E894" w14:textId="77777777" w:rsidR="00292B2B" w:rsidRDefault="00757BA4">
      <w:pPr>
        <w:pStyle w:val="Heading1"/>
      </w:pPr>
      <w:r>
        <w:rPr>
          <w:rFonts w:ascii="Times New Roman" w:eastAsia="Times New Roman" w:hAnsi="Times New Roman"/>
        </w:rPr>
        <w:t>Grants and Contracts (recent)</w:t>
      </w:r>
    </w:p>
    <w:tbl>
      <w:tblPr>
        <w:tblStyle w:val="TableGrid"/>
        <w:tblW w:w="0" w:type="auto"/>
        <w:tblLook w:val="04A0" w:firstRow="1" w:lastRow="0" w:firstColumn="1" w:lastColumn="0" w:noHBand="0" w:noVBand="1"/>
      </w:tblPr>
      <w:tblGrid>
        <w:gridCol w:w="3120"/>
        <w:gridCol w:w="3120"/>
        <w:gridCol w:w="3120"/>
      </w:tblGrid>
      <w:tr w:rsidR="00292B2B" w14:paraId="19B8BA05" w14:textId="77777777">
        <w:tc>
          <w:tcPr>
            <w:tcW w:w="3120" w:type="dxa"/>
          </w:tcPr>
          <w:p w14:paraId="223C6A5B" w14:textId="77777777" w:rsidR="00292B2B" w:rsidRDefault="00757BA4">
            <w:r>
              <w:rPr>
                <w:b/>
                <w:sz w:val="20"/>
              </w:rPr>
              <w:t>Grant</w:t>
            </w:r>
          </w:p>
        </w:tc>
        <w:tc>
          <w:tcPr>
            <w:tcW w:w="3120" w:type="dxa"/>
          </w:tcPr>
          <w:p w14:paraId="02C8F0D1" w14:textId="77777777" w:rsidR="00292B2B" w:rsidRDefault="00757BA4">
            <w:r>
              <w:rPr>
                <w:b/>
                <w:sz w:val="20"/>
              </w:rPr>
              <w:t>Amount</w:t>
            </w:r>
          </w:p>
        </w:tc>
        <w:tc>
          <w:tcPr>
            <w:tcW w:w="3120" w:type="dxa"/>
          </w:tcPr>
          <w:p w14:paraId="71CB2789" w14:textId="77777777" w:rsidR="00292B2B" w:rsidRDefault="00757BA4">
            <w:r>
              <w:rPr>
                <w:b/>
                <w:sz w:val="20"/>
              </w:rPr>
              <w:t>Period</w:t>
            </w:r>
          </w:p>
        </w:tc>
      </w:tr>
      <w:tr w:rsidR="00292B2B" w14:paraId="0753DDEC" w14:textId="77777777">
        <w:tc>
          <w:tcPr>
            <w:tcW w:w="3120" w:type="dxa"/>
          </w:tcPr>
          <w:p w14:paraId="5EC516F9" w14:textId="77777777" w:rsidR="00292B2B" w:rsidRDefault="00757BA4">
            <w:pPr>
              <w:spacing w:after="0"/>
            </w:pPr>
            <w:r>
              <w:rPr>
                <w:sz w:val="18"/>
              </w:rPr>
              <w:t>(DOE) “Reversed Field Pinch”</w:t>
            </w:r>
          </w:p>
        </w:tc>
        <w:tc>
          <w:tcPr>
            <w:tcW w:w="3120" w:type="dxa"/>
          </w:tcPr>
          <w:p w14:paraId="4A0F4166" w14:textId="77777777" w:rsidR="00292B2B" w:rsidRDefault="00757BA4">
            <w:pPr>
              <w:spacing w:after="0"/>
            </w:pPr>
            <w:r>
              <w:rPr>
                <w:sz w:val="18"/>
              </w:rPr>
              <w:t>$1,420,000</w:t>
            </w:r>
          </w:p>
        </w:tc>
        <w:tc>
          <w:tcPr>
            <w:tcW w:w="3120" w:type="dxa"/>
          </w:tcPr>
          <w:p w14:paraId="464CB1F5" w14:textId="77777777" w:rsidR="00292B2B" w:rsidRDefault="00757BA4">
            <w:pPr>
              <w:spacing w:after="0"/>
            </w:pPr>
            <w:r>
              <w:rPr>
                <w:sz w:val="18"/>
              </w:rPr>
              <w:t>11/1/89-10/31/90</w:t>
            </w:r>
          </w:p>
        </w:tc>
      </w:tr>
      <w:tr w:rsidR="00292B2B" w14:paraId="47AF2B69" w14:textId="77777777">
        <w:tc>
          <w:tcPr>
            <w:tcW w:w="3120" w:type="dxa"/>
          </w:tcPr>
          <w:p w14:paraId="37755903" w14:textId="77777777" w:rsidR="00292B2B" w:rsidRDefault="00757BA4">
            <w:pPr>
              <w:spacing w:after="0"/>
            </w:pPr>
            <w:r>
              <w:rPr>
                <w:sz w:val="18"/>
              </w:rPr>
              <w:t>(DOE) “Reversed Field Pinch”</w:t>
            </w:r>
          </w:p>
        </w:tc>
        <w:tc>
          <w:tcPr>
            <w:tcW w:w="3120" w:type="dxa"/>
          </w:tcPr>
          <w:p w14:paraId="2BE49D5C" w14:textId="77777777" w:rsidR="00292B2B" w:rsidRDefault="00757BA4">
            <w:pPr>
              <w:spacing w:after="0"/>
            </w:pPr>
            <w:r>
              <w:rPr>
                <w:sz w:val="18"/>
              </w:rPr>
              <w:t>$2,040,000</w:t>
            </w:r>
          </w:p>
        </w:tc>
        <w:tc>
          <w:tcPr>
            <w:tcW w:w="3120" w:type="dxa"/>
          </w:tcPr>
          <w:p w14:paraId="7C75A105" w14:textId="77777777" w:rsidR="00292B2B" w:rsidRDefault="00757BA4">
            <w:pPr>
              <w:spacing w:after="0"/>
            </w:pPr>
            <w:r>
              <w:rPr>
                <w:sz w:val="18"/>
              </w:rPr>
              <w:t>11/1/90-10/31/91</w:t>
            </w:r>
          </w:p>
        </w:tc>
      </w:tr>
      <w:tr w:rsidR="00292B2B" w14:paraId="2D6C6F11" w14:textId="77777777">
        <w:tc>
          <w:tcPr>
            <w:tcW w:w="3120" w:type="dxa"/>
          </w:tcPr>
          <w:p w14:paraId="262138E2" w14:textId="77777777" w:rsidR="00292B2B" w:rsidRDefault="00757BA4">
            <w:pPr>
              <w:spacing w:after="0"/>
            </w:pPr>
            <w:r>
              <w:rPr>
                <w:sz w:val="18"/>
              </w:rPr>
              <w:t>(DOE) “Reversed Field Pinch”</w:t>
            </w:r>
          </w:p>
        </w:tc>
        <w:tc>
          <w:tcPr>
            <w:tcW w:w="3120" w:type="dxa"/>
          </w:tcPr>
          <w:p w14:paraId="638FF27E" w14:textId="77777777" w:rsidR="00292B2B" w:rsidRDefault="00757BA4">
            <w:pPr>
              <w:spacing w:after="0"/>
            </w:pPr>
            <w:r>
              <w:rPr>
                <w:sz w:val="18"/>
              </w:rPr>
              <w:t>$2,100,000</w:t>
            </w:r>
          </w:p>
        </w:tc>
        <w:tc>
          <w:tcPr>
            <w:tcW w:w="3120" w:type="dxa"/>
          </w:tcPr>
          <w:p w14:paraId="2456B50D" w14:textId="77777777" w:rsidR="00292B2B" w:rsidRDefault="00757BA4">
            <w:pPr>
              <w:spacing w:after="0"/>
            </w:pPr>
            <w:r>
              <w:rPr>
                <w:sz w:val="18"/>
              </w:rPr>
              <w:t>11/1/91-10/31/92</w:t>
            </w:r>
          </w:p>
        </w:tc>
      </w:tr>
      <w:tr w:rsidR="00292B2B" w14:paraId="53326A14" w14:textId="77777777">
        <w:tc>
          <w:tcPr>
            <w:tcW w:w="3120" w:type="dxa"/>
          </w:tcPr>
          <w:p w14:paraId="33EDB39F" w14:textId="77777777" w:rsidR="00292B2B" w:rsidRDefault="00757BA4">
            <w:pPr>
              <w:spacing w:after="0"/>
            </w:pPr>
            <w:r>
              <w:rPr>
                <w:sz w:val="18"/>
              </w:rPr>
              <w:t>(DOE) "Reversed Field Pinch"</w:t>
            </w:r>
          </w:p>
        </w:tc>
        <w:tc>
          <w:tcPr>
            <w:tcW w:w="3120" w:type="dxa"/>
          </w:tcPr>
          <w:p w14:paraId="4110A970" w14:textId="77777777" w:rsidR="00292B2B" w:rsidRDefault="00757BA4">
            <w:pPr>
              <w:spacing w:after="0"/>
            </w:pPr>
            <w:r>
              <w:rPr>
                <w:sz w:val="18"/>
              </w:rPr>
              <w:t>$2,000,000</w:t>
            </w:r>
          </w:p>
        </w:tc>
        <w:tc>
          <w:tcPr>
            <w:tcW w:w="3120" w:type="dxa"/>
          </w:tcPr>
          <w:p w14:paraId="3740FCE3" w14:textId="77777777" w:rsidR="00292B2B" w:rsidRDefault="00757BA4">
            <w:pPr>
              <w:spacing w:after="0"/>
            </w:pPr>
            <w:r>
              <w:rPr>
                <w:sz w:val="18"/>
              </w:rPr>
              <w:t>11/1/92-10/31/93</w:t>
            </w:r>
          </w:p>
        </w:tc>
      </w:tr>
      <w:tr w:rsidR="00292B2B" w14:paraId="021FF459" w14:textId="77777777">
        <w:tc>
          <w:tcPr>
            <w:tcW w:w="3120" w:type="dxa"/>
          </w:tcPr>
          <w:p w14:paraId="501C6465" w14:textId="77777777" w:rsidR="00292B2B" w:rsidRDefault="00757BA4">
            <w:pPr>
              <w:spacing w:after="0"/>
            </w:pPr>
            <w:r>
              <w:rPr>
                <w:sz w:val="18"/>
              </w:rPr>
              <w:t>(DOE) “Reversed Field Pinch”</w:t>
            </w:r>
          </w:p>
        </w:tc>
        <w:tc>
          <w:tcPr>
            <w:tcW w:w="3120" w:type="dxa"/>
          </w:tcPr>
          <w:p w14:paraId="6C445C71" w14:textId="77777777" w:rsidR="00292B2B" w:rsidRDefault="00757BA4">
            <w:pPr>
              <w:spacing w:after="0"/>
            </w:pPr>
            <w:r>
              <w:rPr>
                <w:sz w:val="18"/>
              </w:rPr>
              <w:t>$1,850,000</w:t>
            </w:r>
          </w:p>
        </w:tc>
        <w:tc>
          <w:tcPr>
            <w:tcW w:w="3120" w:type="dxa"/>
          </w:tcPr>
          <w:p w14:paraId="159B4E85" w14:textId="77777777" w:rsidR="00292B2B" w:rsidRDefault="00757BA4">
            <w:pPr>
              <w:spacing w:after="0"/>
            </w:pPr>
            <w:r>
              <w:rPr>
                <w:sz w:val="18"/>
              </w:rPr>
              <w:t>11/1/93-10/31/94</w:t>
            </w:r>
          </w:p>
        </w:tc>
      </w:tr>
      <w:tr w:rsidR="00292B2B" w14:paraId="728C0DC0" w14:textId="77777777">
        <w:tc>
          <w:tcPr>
            <w:tcW w:w="3120" w:type="dxa"/>
          </w:tcPr>
          <w:p w14:paraId="1EEDBE5F" w14:textId="77777777" w:rsidR="00292B2B" w:rsidRDefault="00757BA4">
            <w:pPr>
              <w:spacing w:after="0"/>
            </w:pPr>
            <w:r>
              <w:rPr>
                <w:sz w:val="18"/>
              </w:rPr>
              <w:t>(DOE) “Reversed Field Pinch”</w:t>
            </w:r>
          </w:p>
        </w:tc>
        <w:tc>
          <w:tcPr>
            <w:tcW w:w="3120" w:type="dxa"/>
          </w:tcPr>
          <w:p w14:paraId="21ACF34B" w14:textId="77777777" w:rsidR="00292B2B" w:rsidRDefault="00757BA4">
            <w:pPr>
              <w:spacing w:after="0"/>
            </w:pPr>
            <w:r>
              <w:rPr>
                <w:sz w:val="18"/>
              </w:rPr>
              <w:t>$1,800,000</w:t>
            </w:r>
          </w:p>
        </w:tc>
        <w:tc>
          <w:tcPr>
            <w:tcW w:w="3120" w:type="dxa"/>
          </w:tcPr>
          <w:p w14:paraId="02FE583F" w14:textId="77777777" w:rsidR="00292B2B" w:rsidRDefault="00757BA4">
            <w:pPr>
              <w:spacing w:after="0"/>
            </w:pPr>
            <w:r>
              <w:rPr>
                <w:sz w:val="18"/>
              </w:rPr>
              <w:t>11/1/94-10/31/95</w:t>
            </w:r>
          </w:p>
        </w:tc>
      </w:tr>
      <w:tr w:rsidR="00292B2B" w14:paraId="282DE81C" w14:textId="77777777">
        <w:tc>
          <w:tcPr>
            <w:tcW w:w="3120" w:type="dxa"/>
          </w:tcPr>
          <w:p w14:paraId="01F866AF" w14:textId="77777777" w:rsidR="00292B2B" w:rsidRDefault="00757BA4">
            <w:pPr>
              <w:spacing w:after="0"/>
            </w:pPr>
            <w:r>
              <w:rPr>
                <w:sz w:val="18"/>
              </w:rPr>
              <w:t>(DOE) “Reversed Field Pinch”</w:t>
            </w:r>
          </w:p>
        </w:tc>
        <w:tc>
          <w:tcPr>
            <w:tcW w:w="3120" w:type="dxa"/>
          </w:tcPr>
          <w:p w14:paraId="3187E938" w14:textId="77777777" w:rsidR="00292B2B" w:rsidRDefault="00757BA4">
            <w:pPr>
              <w:spacing w:after="0"/>
            </w:pPr>
            <w:r>
              <w:rPr>
                <w:sz w:val="18"/>
              </w:rPr>
              <w:t>$1,600,000</w:t>
            </w:r>
          </w:p>
        </w:tc>
        <w:tc>
          <w:tcPr>
            <w:tcW w:w="3120" w:type="dxa"/>
          </w:tcPr>
          <w:p w14:paraId="460AD22D" w14:textId="77777777" w:rsidR="00292B2B" w:rsidRDefault="00757BA4">
            <w:pPr>
              <w:spacing w:after="0"/>
            </w:pPr>
            <w:r>
              <w:rPr>
                <w:sz w:val="18"/>
              </w:rPr>
              <w:t>11/1/95-10/31/96</w:t>
            </w:r>
          </w:p>
        </w:tc>
      </w:tr>
      <w:tr w:rsidR="00292B2B" w14:paraId="4D6DBE1C" w14:textId="77777777">
        <w:tc>
          <w:tcPr>
            <w:tcW w:w="3120" w:type="dxa"/>
          </w:tcPr>
          <w:p w14:paraId="042E32E6" w14:textId="77777777" w:rsidR="00292B2B" w:rsidRDefault="00757BA4">
            <w:pPr>
              <w:spacing w:after="0"/>
            </w:pPr>
            <w:r>
              <w:rPr>
                <w:sz w:val="18"/>
              </w:rPr>
              <w:t>(DOE) “Reversed Field Pinch”</w:t>
            </w:r>
          </w:p>
        </w:tc>
        <w:tc>
          <w:tcPr>
            <w:tcW w:w="3120" w:type="dxa"/>
          </w:tcPr>
          <w:p w14:paraId="7B6341EC" w14:textId="77777777" w:rsidR="00292B2B" w:rsidRDefault="00757BA4">
            <w:pPr>
              <w:spacing w:after="0"/>
            </w:pPr>
            <w:r>
              <w:rPr>
                <w:sz w:val="18"/>
              </w:rPr>
              <w:t>$1,750,000</w:t>
            </w:r>
          </w:p>
        </w:tc>
        <w:tc>
          <w:tcPr>
            <w:tcW w:w="3120" w:type="dxa"/>
          </w:tcPr>
          <w:p w14:paraId="29E4E68F" w14:textId="77777777" w:rsidR="00292B2B" w:rsidRDefault="00757BA4">
            <w:pPr>
              <w:spacing w:after="0"/>
            </w:pPr>
            <w:r>
              <w:rPr>
                <w:sz w:val="18"/>
              </w:rPr>
              <w:t>11/1/96-10/31/97</w:t>
            </w:r>
          </w:p>
        </w:tc>
      </w:tr>
      <w:tr w:rsidR="00292B2B" w14:paraId="67BA4602" w14:textId="77777777">
        <w:tc>
          <w:tcPr>
            <w:tcW w:w="3120" w:type="dxa"/>
          </w:tcPr>
          <w:p w14:paraId="062320ED" w14:textId="77777777" w:rsidR="00292B2B" w:rsidRDefault="00757BA4">
            <w:pPr>
              <w:spacing w:after="0"/>
            </w:pPr>
            <w:r>
              <w:rPr>
                <w:sz w:val="18"/>
              </w:rPr>
              <w:t>(DOE) “Reversed Field Pinch”</w:t>
            </w:r>
          </w:p>
        </w:tc>
        <w:tc>
          <w:tcPr>
            <w:tcW w:w="3120" w:type="dxa"/>
          </w:tcPr>
          <w:p w14:paraId="0CB2D507" w14:textId="77777777" w:rsidR="00292B2B" w:rsidRDefault="00757BA4">
            <w:pPr>
              <w:spacing w:after="0"/>
            </w:pPr>
            <w:r>
              <w:rPr>
                <w:sz w:val="18"/>
              </w:rPr>
              <w:t>$2,250,000</w:t>
            </w:r>
          </w:p>
        </w:tc>
        <w:tc>
          <w:tcPr>
            <w:tcW w:w="3120" w:type="dxa"/>
          </w:tcPr>
          <w:p w14:paraId="43A33879" w14:textId="77777777" w:rsidR="00292B2B" w:rsidRDefault="00757BA4">
            <w:pPr>
              <w:spacing w:after="0"/>
            </w:pPr>
            <w:r>
              <w:rPr>
                <w:sz w:val="18"/>
              </w:rPr>
              <w:t>11/1/97-10/31/98</w:t>
            </w:r>
          </w:p>
        </w:tc>
      </w:tr>
      <w:tr w:rsidR="00292B2B" w14:paraId="0311E039" w14:textId="77777777">
        <w:tc>
          <w:tcPr>
            <w:tcW w:w="3120" w:type="dxa"/>
          </w:tcPr>
          <w:p w14:paraId="701CA293" w14:textId="77777777" w:rsidR="00292B2B" w:rsidRDefault="00757BA4">
            <w:pPr>
              <w:spacing w:after="0"/>
            </w:pPr>
            <w:r>
              <w:rPr>
                <w:sz w:val="18"/>
              </w:rPr>
              <w:t>(DOE) “Reversed Field Pinch”</w:t>
            </w:r>
          </w:p>
        </w:tc>
        <w:tc>
          <w:tcPr>
            <w:tcW w:w="3120" w:type="dxa"/>
          </w:tcPr>
          <w:p w14:paraId="1595D82B" w14:textId="77777777" w:rsidR="00292B2B" w:rsidRDefault="00757BA4">
            <w:pPr>
              <w:spacing w:after="0"/>
            </w:pPr>
            <w:r>
              <w:rPr>
                <w:sz w:val="18"/>
              </w:rPr>
              <w:t>$2,840,611</w:t>
            </w:r>
          </w:p>
        </w:tc>
        <w:tc>
          <w:tcPr>
            <w:tcW w:w="3120" w:type="dxa"/>
          </w:tcPr>
          <w:p w14:paraId="3092995A" w14:textId="77777777" w:rsidR="00292B2B" w:rsidRDefault="00757BA4">
            <w:pPr>
              <w:spacing w:after="0"/>
            </w:pPr>
            <w:r>
              <w:rPr>
                <w:sz w:val="18"/>
              </w:rPr>
              <w:t>11/1/98-10/31/99</w:t>
            </w:r>
          </w:p>
        </w:tc>
      </w:tr>
      <w:tr w:rsidR="00292B2B" w14:paraId="7FED281F" w14:textId="77777777">
        <w:tc>
          <w:tcPr>
            <w:tcW w:w="3120" w:type="dxa"/>
          </w:tcPr>
          <w:p w14:paraId="5FD3ABF8" w14:textId="77777777" w:rsidR="00292B2B" w:rsidRDefault="00757BA4">
            <w:pPr>
              <w:spacing w:after="0"/>
            </w:pPr>
            <w:r>
              <w:rPr>
                <w:sz w:val="18"/>
              </w:rPr>
              <w:t>(DOE) “Reversed Field Pinch”</w:t>
            </w:r>
          </w:p>
        </w:tc>
        <w:tc>
          <w:tcPr>
            <w:tcW w:w="3120" w:type="dxa"/>
          </w:tcPr>
          <w:p w14:paraId="56792AF4" w14:textId="77777777" w:rsidR="00292B2B" w:rsidRDefault="00757BA4">
            <w:pPr>
              <w:spacing w:after="0"/>
            </w:pPr>
            <w:r>
              <w:rPr>
                <w:sz w:val="18"/>
              </w:rPr>
              <w:t>$4,659,220</w:t>
            </w:r>
          </w:p>
        </w:tc>
        <w:tc>
          <w:tcPr>
            <w:tcW w:w="3120" w:type="dxa"/>
          </w:tcPr>
          <w:p w14:paraId="0171A5AA" w14:textId="77777777" w:rsidR="00292B2B" w:rsidRDefault="00757BA4">
            <w:pPr>
              <w:spacing w:after="0"/>
            </w:pPr>
            <w:r>
              <w:rPr>
                <w:sz w:val="18"/>
              </w:rPr>
              <w:t>11/1/99-10/31/00</w:t>
            </w:r>
          </w:p>
        </w:tc>
      </w:tr>
      <w:tr w:rsidR="00292B2B" w14:paraId="3EDEE1B4" w14:textId="77777777">
        <w:tc>
          <w:tcPr>
            <w:tcW w:w="3120" w:type="dxa"/>
          </w:tcPr>
          <w:p w14:paraId="48292466" w14:textId="77777777" w:rsidR="00292B2B" w:rsidRDefault="00757BA4">
            <w:pPr>
              <w:spacing w:after="0"/>
            </w:pPr>
            <w:r>
              <w:rPr>
                <w:sz w:val="18"/>
              </w:rPr>
              <w:t>(DOE) “Reversed Field Pinch”</w:t>
            </w:r>
          </w:p>
        </w:tc>
        <w:tc>
          <w:tcPr>
            <w:tcW w:w="3120" w:type="dxa"/>
          </w:tcPr>
          <w:p w14:paraId="6D663B16" w14:textId="77777777" w:rsidR="00292B2B" w:rsidRDefault="00757BA4">
            <w:pPr>
              <w:spacing w:after="0"/>
            </w:pPr>
            <w:r>
              <w:rPr>
                <w:sz w:val="18"/>
              </w:rPr>
              <w:t>$4,120,264</w:t>
            </w:r>
          </w:p>
        </w:tc>
        <w:tc>
          <w:tcPr>
            <w:tcW w:w="3120" w:type="dxa"/>
          </w:tcPr>
          <w:p w14:paraId="05F5B9A0" w14:textId="77777777" w:rsidR="00292B2B" w:rsidRDefault="00757BA4">
            <w:pPr>
              <w:spacing w:after="0"/>
            </w:pPr>
            <w:r>
              <w:rPr>
                <w:sz w:val="18"/>
              </w:rPr>
              <w:t>11/1/00-12/31/00</w:t>
            </w:r>
          </w:p>
        </w:tc>
      </w:tr>
      <w:tr w:rsidR="00292B2B" w14:paraId="622D2BFF" w14:textId="77777777">
        <w:tc>
          <w:tcPr>
            <w:tcW w:w="3120" w:type="dxa"/>
          </w:tcPr>
          <w:p w14:paraId="0785812C" w14:textId="77777777" w:rsidR="00292B2B" w:rsidRDefault="00757BA4">
            <w:pPr>
              <w:spacing w:after="0"/>
            </w:pPr>
            <w:r>
              <w:rPr>
                <w:sz w:val="18"/>
              </w:rPr>
              <w:t>(DOE) “Reversed Field Pinch”</w:t>
            </w:r>
          </w:p>
        </w:tc>
        <w:tc>
          <w:tcPr>
            <w:tcW w:w="3120" w:type="dxa"/>
          </w:tcPr>
          <w:p w14:paraId="27B9331A" w14:textId="77777777" w:rsidR="00292B2B" w:rsidRDefault="00757BA4">
            <w:pPr>
              <w:spacing w:after="0"/>
            </w:pPr>
            <w:r>
              <w:rPr>
                <w:sz w:val="18"/>
              </w:rPr>
              <w:t>$4,011,000</w:t>
            </w:r>
          </w:p>
        </w:tc>
        <w:tc>
          <w:tcPr>
            <w:tcW w:w="3120" w:type="dxa"/>
          </w:tcPr>
          <w:p w14:paraId="06EA362E" w14:textId="77777777" w:rsidR="00292B2B" w:rsidRDefault="00757BA4">
            <w:pPr>
              <w:spacing w:after="0"/>
            </w:pPr>
            <w:r>
              <w:rPr>
                <w:sz w:val="18"/>
              </w:rPr>
              <w:t>11/1/02-11/30/02</w:t>
            </w:r>
          </w:p>
        </w:tc>
      </w:tr>
      <w:tr w:rsidR="00292B2B" w14:paraId="509B5192" w14:textId="77777777">
        <w:tc>
          <w:tcPr>
            <w:tcW w:w="3120" w:type="dxa"/>
          </w:tcPr>
          <w:p w14:paraId="79FDB2B2" w14:textId="77777777" w:rsidR="00292B2B" w:rsidRDefault="00757BA4">
            <w:pPr>
              <w:spacing w:after="0"/>
            </w:pPr>
            <w:r>
              <w:rPr>
                <w:sz w:val="18"/>
              </w:rPr>
              <w:t>(DOE) “Reversed Field Pinch”</w:t>
            </w:r>
          </w:p>
        </w:tc>
        <w:tc>
          <w:tcPr>
            <w:tcW w:w="3120" w:type="dxa"/>
          </w:tcPr>
          <w:p w14:paraId="14BD476F" w14:textId="77777777" w:rsidR="00292B2B" w:rsidRDefault="00757BA4">
            <w:pPr>
              <w:spacing w:after="0"/>
            </w:pPr>
            <w:r>
              <w:rPr>
                <w:sz w:val="18"/>
              </w:rPr>
              <w:t>$4,816,000</w:t>
            </w:r>
          </w:p>
        </w:tc>
        <w:tc>
          <w:tcPr>
            <w:tcW w:w="3120" w:type="dxa"/>
          </w:tcPr>
          <w:p w14:paraId="3C6A2F09" w14:textId="77777777" w:rsidR="00292B2B" w:rsidRDefault="00757BA4">
            <w:pPr>
              <w:spacing w:after="0"/>
            </w:pPr>
            <w:r>
              <w:rPr>
                <w:sz w:val="18"/>
              </w:rPr>
              <w:t>12/1/02–10/31/03</w:t>
            </w:r>
          </w:p>
        </w:tc>
      </w:tr>
      <w:tr w:rsidR="00292B2B" w14:paraId="4FF446C1" w14:textId="77777777">
        <w:tc>
          <w:tcPr>
            <w:tcW w:w="3120" w:type="dxa"/>
          </w:tcPr>
          <w:p w14:paraId="71953E0E" w14:textId="77777777" w:rsidR="00292B2B" w:rsidRDefault="00757BA4">
            <w:pPr>
              <w:spacing w:after="0"/>
            </w:pPr>
            <w:r>
              <w:rPr>
                <w:sz w:val="18"/>
              </w:rPr>
              <w:t>(DOE) “Reversed Field Pinch”</w:t>
            </w:r>
          </w:p>
        </w:tc>
        <w:tc>
          <w:tcPr>
            <w:tcW w:w="3120" w:type="dxa"/>
          </w:tcPr>
          <w:p w14:paraId="057A8E22" w14:textId="77777777" w:rsidR="00292B2B" w:rsidRDefault="00757BA4">
            <w:pPr>
              <w:spacing w:after="0"/>
            </w:pPr>
            <w:r>
              <w:rPr>
                <w:sz w:val="18"/>
              </w:rPr>
              <w:t>$4,815,000</w:t>
            </w:r>
          </w:p>
        </w:tc>
        <w:tc>
          <w:tcPr>
            <w:tcW w:w="3120" w:type="dxa"/>
          </w:tcPr>
          <w:p w14:paraId="49AB6952" w14:textId="77777777" w:rsidR="00292B2B" w:rsidRDefault="00757BA4">
            <w:pPr>
              <w:spacing w:after="0"/>
            </w:pPr>
            <w:r>
              <w:rPr>
                <w:sz w:val="18"/>
              </w:rPr>
              <w:t>11/1/03-3/31/05</w:t>
            </w:r>
          </w:p>
        </w:tc>
      </w:tr>
      <w:tr w:rsidR="00292B2B" w14:paraId="06E758EB" w14:textId="77777777">
        <w:tc>
          <w:tcPr>
            <w:tcW w:w="3120" w:type="dxa"/>
          </w:tcPr>
          <w:p w14:paraId="694B3D64" w14:textId="77777777" w:rsidR="00292B2B" w:rsidRDefault="00757BA4">
            <w:pPr>
              <w:spacing w:after="0"/>
            </w:pPr>
            <w:r>
              <w:rPr>
                <w:sz w:val="18"/>
              </w:rPr>
              <w:t>(DOE) “Reversed Field Pinch”</w:t>
            </w:r>
          </w:p>
        </w:tc>
        <w:tc>
          <w:tcPr>
            <w:tcW w:w="3120" w:type="dxa"/>
          </w:tcPr>
          <w:p w14:paraId="067F1905" w14:textId="77777777" w:rsidR="00292B2B" w:rsidRDefault="00757BA4">
            <w:pPr>
              <w:spacing w:after="0"/>
            </w:pPr>
            <w:r>
              <w:rPr>
                <w:sz w:val="18"/>
              </w:rPr>
              <w:t>$5,820,000</w:t>
            </w:r>
          </w:p>
        </w:tc>
        <w:tc>
          <w:tcPr>
            <w:tcW w:w="3120" w:type="dxa"/>
          </w:tcPr>
          <w:p w14:paraId="54EF99AD" w14:textId="77777777" w:rsidR="00292B2B" w:rsidRDefault="00757BA4">
            <w:pPr>
              <w:spacing w:after="0"/>
            </w:pPr>
            <w:r>
              <w:rPr>
                <w:sz w:val="18"/>
              </w:rPr>
              <w:t>4/1/05-1/14/06</w:t>
            </w:r>
          </w:p>
        </w:tc>
      </w:tr>
      <w:tr w:rsidR="00292B2B" w14:paraId="31DAD8CF" w14:textId="77777777">
        <w:tc>
          <w:tcPr>
            <w:tcW w:w="3120" w:type="dxa"/>
          </w:tcPr>
          <w:p w14:paraId="744AE564" w14:textId="77777777" w:rsidR="00292B2B" w:rsidRDefault="00757BA4">
            <w:pPr>
              <w:spacing w:after="0"/>
            </w:pPr>
            <w:r>
              <w:rPr>
                <w:sz w:val="18"/>
              </w:rPr>
              <w:t>(DOE) “Reversed Field Pinch”</w:t>
            </w:r>
          </w:p>
        </w:tc>
        <w:tc>
          <w:tcPr>
            <w:tcW w:w="3120" w:type="dxa"/>
          </w:tcPr>
          <w:p w14:paraId="784F2C1B" w14:textId="77777777" w:rsidR="00292B2B" w:rsidRDefault="00757BA4">
            <w:pPr>
              <w:spacing w:after="0"/>
            </w:pPr>
            <w:r>
              <w:rPr>
                <w:sz w:val="18"/>
              </w:rPr>
              <w:t>$5,835,000</w:t>
            </w:r>
          </w:p>
        </w:tc>
        <w:tc>
          <w:tcPr>
            <w:tcW w:w="3120" w:type="dxa"/>
          </w:tcPr>
          <w:p w14:paraId="105BEE8A" w14:textId="77777777" w:rsidR="00292B2B" w:rsidRDefault="00757BA4">
            <w:pPr>
              <w:spacing w:after="0"/>
            </w:pPr>
            <w:r>
              <w:rPr>
                <w:sz w:val="18"/>
              </w:rPr>
              <w:t>1/15/06-1/14/07</w:t>
            </w:r>
          </w:p>
        </w:tc>
      </w:tr>
      <w:tr w:rsidR="00292B2B" w14:paraId="2C4B8EF6" w14:textId="77777777">
        <w:tc>
          <w:tcPr>
            <w:tcW w:w="3120" w:type="dxa"/>
          </w:tcPr>
          <w:p w14:paraId="33BC4B47" w14:textId="77777777" w:rsidR="00292B2B" w:rsidRDefault="00757BA4">
            <w:pPr>
              <w:spacing w:after="0"/>
            </w:pPr>
            <w:r>
              <w:rPr>
                <w:sz w:val="18"/>
              </w:rPr>
              <w:t>(DOE) “Reversed Field Pinch”</w:t>
            </w:r>
          </w:p>
        </w:tc>
        <w:tc>
          <w:tcPr>
            <w:tcW w:w="3120" w:type="dxa"/>
          </w:tcPr>
          <w:p w14:paraId="59A0A09C" w14:textId="77777777" w:rsidR="00292B2B" w:rsidRDefault="00757BA4">
            <w:pPr>
              <w:spacing w:after="0"/>
            </w:pPr>
            <w:r>
              <w:rPr>
                <w:sz w:val="18"/>
              </w:rPr>
              <w:t>$6,116,000</w:t>
            </w:r>
          </w:p>
        </w:tc>
        <w:tc>
          <w:tcPr>
            <w:tcW w:w="3120" w:type="dxa"/>
          </w:tcPr>
          <w:p w14:paraId="023E54E5" w14:textId="77777777" w:rsidR="00292B2B" w:rsidRDefault="00757BA4">
            <w:pPr>
              <w:spacing w:after="0"/>
            </w:pPr>
            <w:r>
              <w:rPr>
                <w:sz w:val="18"/>
              </w:rPr>
              <w:t>1/15/07-1/14/08</w:t>
            </w:r>
          </w:p>
        </w:tc>
      </w:tr>
      <w:tr w:rsidR="00292B2B" w14:paraId="0C1356BC" w14:textId="77777777">
        <w:tc>
          <w:tcPr>
            <w:tcW w:w="3120" w:type="dxa"/>
          </w:tcPr>
          <w:p w14:paraId="69B84EEE" w14:textId="77777777" w:rsidR="00292B2B" w:rsidRDefault="00757BA4">
            <w:pPr>
              <w:spacing w:after="0"/>
            </w:pPr>
            <w:r>
              <w:rPr>
                <w:sz w:val="18"/>
              </w:rPr>
              <w:t>(NSF) “The Wonders of Physics”</w:t>
            </w:r>
          </w:p>
        </w:tc>
        <w:tc>
          <w:tcPr>
            <w:tcW w:w="3120" w:type="dxa"/>
          </w:tcPr>
          <w:p w14:paraId="5EB8EFF4" w14:textId="77777777" w:rsidR="00292B2B" w:rsidRDefault="00757BA4">
            <w:pPr>
              <w:spacing w:after="0"/>
            </w:pPr>
            <w:r>
              <w:rPr>
                <w:sz w:val="18"/>
              </w:rPr>
              <w:t>$15,840</w:t>
            </w:r>
          </w:p>
        </w:tc>
        <w:tc>
          <w:tcPr>
            <w:tcW w:w="3120" w:type="dxa"/>
          </w:tcPr>
          <w:p w14:paraId="77DA4844" w14:textId="77777777" w:rsidR="00292B2B" w:rsidRDefault="00757BA4">
            <w:pPr>
              <w:spacing w:after="0"/>
            </w:pPr>
            <w:r>
              <w:rPr>
                <w:sz w:val="18"/>
              </w:rPr>
              <w:t>10/15/89-9/30/90</w:t>
            </w:r>
          </w:p>
        </w:tc>
      </w:tr>
      <w:tr w:rsidR="00292B2B" w14:paraId="5C4576E2" w14:textId="77777777">
        <w:tc>
          <w:tcPr>
            <w:tcW w:w="3120" w:type="dxa"/>
          </w:tcPr>
          <w:p w14:paraId="5CF331DA" w14:textId="77777777" w:rsidR="00292B2B" w:rsidRDefault="00757BA4">
            <w:pPr>
              <w:spacing w:after="0"/>
            </w:pPr>
            <w:r>
              <w:rPr>
                <w:sz w:val="18"/>
              </w:rPr>
              <w:t>(Brittingham Fund) “The Wonders of Physics” Videotape</w:t>
            </w:r>
          </w:p>
        </w:tc>
        <w:tc>
          <w:tcPr>
            <w:tcW w:w="3120" w:type="dxa"/>
          </w:tcPr>
          <w:p w14:paraId="78CC63F0" w14:textId="77777777" w:rsidR="00292B2B" w:rsidRDefault="00757BA4">
            <w:pPr>
              <w:spacing w:after="0"/>
            </w:pPr>
            <w:r>
              <w:rPr>
                <w:sz w:val="18"/>
              </w:rPr>
              <w:t>$5,000</w:t>
            </w:r>
          </w:p>
        </w:tc>
        <w:tc>
          <w:tcPr>
            <w:tcW w:w="3120" w:type="dxa"/>
          </w:tcPr>
          <w:p w14:paraId="5422F608" w14:textId="77777777" w:rsidR="00292B2B" w:rsidRDefault="00757BA4">
            <w:pPr>
              <w:spacing w:after="0"/>
            </w:pPr>
            <w:r>
              <w:rPr>
                <w:sz w:val="18"/>
              </w:rPr>
              <w:t>1/1/90-12/31/90</w:t>
            </w:r>
          </w:p>
        </w:tc>
      </w:tr>
      <w:tr w:rsidR="00292B2B" w14:paraId="341E7748" w14:textId="77777777">
        <w:tc>
          <w:tcPr>
            <w:tcW w:w="3120" w:type="dxa"/>
          </w:tcPr>
          <w:p w14:paraId="6FEE9E1B" w14:textId="77777777" w:rsidR="00292B2B" w:rsidRDefault="00757BA4">
            <w:pPr>
              <w:spacing w:after="0"/>
            </w:pPr>
            <w:r>
              <w:rPr>
                <w:sz w:val="18"/>
              </w:rPr>
              <w:t>(Outreach Development) “The Wonders of Physics”</w:t>
            </w:r>
          </w:p>
        </w:tc>
        <w:tc>
          <w:tcPr>
            <w:tcW w:w="3120" w:type="dxa"/>
          </w:tcPr>
          <w:p w14:paraId="30346221" w14:textId="77777777" w:rsidR="00292B2B" w:rsidRDefault="00757BA4">
            <w:pPr>
              <w:spacing w:after="0"/>
            </w:pPr>
            <w:r>
              <w:rPr>
                <w:sz w:val="18"/>
              </w:rPr>
              <w:t>$7,000</w:t>
            </w:r>
          </w:p>
        </w:tc>
        <w:tc>
          <w:tcPr>
            <w:tcW w:w="3120" w:type="dxa"/>
          </w:tcPr>
          <w:p w14:paraId="64A54A40" w14:textId="77777777" w:rsidR="00292B2B" w:rsidRDefault="00757BA4">
            <w:pPr>
              <w:spacing w:after="0"/>
            </w:pPr>
            <w:r>
              <w:rPr>
                <w:sz w:val="18"/>
              </w:rPr>
              <w:t>7/1/89-6/30/90</w:t>
            </w:r>
          </w:p>
        </w:tc>
      </w:tr>
      <w:tr w:rsidR="00292B2B" w14:paraId="785ABCB2" w14:textId="77777777">
        <w:tc>
          <w:tcPr>
            <w:tcW w:w="3120" w:type="dxa"/>
          </w:tcPr>
          <w:p w14:paraId="0FD2CC91" w14:textId="77777777" w:rsidR="00292B2B" w:rsidRDefault="00757BA4">
            <w:pPr>
              <w:spacing w:after="0"/>
            </w:pPr>
            <w:r>
              <w:rPr>
                <w:sz w:val="18"/>
              </w:rPr>
              <w:t>(Outreach Development) “Physics Traveling Shows”</w:t>
            </w:r>
          </w:p>
        </w:tc>
        <w:tc>
          <w:tcPr>
            <w:tcW w:w="3120" w:type="dxa"/>
          </w:tcPr>
          <w:p w14:paraId="24FE8E20" w14:textId="77777777" w:rsidR="00292B2B" w:rsidRDefault="00757BA4">
            <w:pPr>
              <w:spacing w:after="0"/>
            </w:pPr>
            <w:r>
              <w:rPr>
                <w:sz w:val="18"/>
              </w:rPr>
              <w:t>$15,000</w:t>
            </w:r>
          </w:p>
        </w:tc>
        <w:tc>
          <w:tcPr>
            <w:tcW w:w="3120" w:type="dxa"/>
          </w:tcPr>
          <w:p w14:paraId="549F24FC" w14:textId="77777777" w:rsidR="00292B2B" w:rsidRDefault="00757BA4">
            <w:pPr>
              <w:spacing w:after="0"/>
            </w:pPr>
            <w:r>
              <w:rPr>
                <w:sz w:val="18"/>
              </w:rPr>
              <w:t>7/1/89-6/30/90</w:t>
            </w:r>
          </w:p>
        </w:tc>
      </w:tr>
      <w:tr w:rsidR="00292B2B" w14:paraId="5CC36821" w14:textId="77777777">
        <w:tc>
          <w:tcPr>
            <w:tcW w:w="3120" w:type="dxa"/>
          </w:tcPr>
          <w:p w14:paraId="4C06011C" w14:textId="77777777" w:rsidR="00292B2B" w:rsidRDefault="00757BA4">
            <w:pPr>
              <w:spacing w:after="0"/>
            </w:pPr>
            <w:r>
              <w:rPr>
                <w:sz w:val="18"/>
              </w:rPr>
              <w:t>Hilldale Research Award (for Brian Melloon)</w:t>
            </w:r>
          </w:p>
        </w:tc>
        <w:tc>
          <w:tcPr>
            <w:tcW w:w="3120" w:type="dxa"/>
          </w:tcPr>
          <w:p w14:paraId="1D65602C" w14:textId="77777777" w:rsidR="00292B2B" w:rsidRDefault="00757BA4">
            <w:pPr>
              <w:spacing w:after="0"/>
            </w:pPr>
            <w:r>
              <w:rPr>
                <w:sz w:val="18"/>
              </w:rPr>
              <w:t>$1,000</w:t>
            </w:r>
          </w:p>
        </w:tc>
        <w:tc>
          <w:tcPr>
            <w:tcW w:w="3120" w:type="dxa"/>
          </w:tcPr>
          <w:p w14:paraId="55273905" w14:textId="77777777" w:rsidR="00292B2B" w:rsidRDefault="00757BA4">
            <w:pPr>
              <w:spacing w:after="0"/>
            </w:pPr>
            <w:r>
              <w:rPr>
                <w:sz w:val="18"/>
              </w:rPr>
              <w:t>7/1/93-6/30/94</w:t>
            </w:r>
          </w:p>
        </w:tc>
      </w:tr>
      <w:tr w:rsidR="00292B2B" w14:paraId="270B2750" w14:textId="77777777">
        <w:tc>
          <w:tcPr>
            <w:tcW w:w="3120" w:type="dxa"/>
          </w:tcPr>
          <w:p w14:paraId="4F7EA8BB" w14:textId="77777777" w:rsidR="00292B2B" w:rsidRDefault="00757BA4">
            <w:pPr>
              <w:spacing w:after="0"/>
            </w:pPr>
            <w:r>
              <w:rPr>
                <w:sz w:val="18"/>
              </w:rPr>
              <w:t>(Medical Physics Foundation) “The Wonders of Physics” Videotape</w:t>
            </w:r>
          </w:p>
        </w:tc>
        <w:tc>
          <w:tcPr>
            <w:tcW w:w="3120" w:type="dxa"/>
          </w:tcPr>
          <w:p w14:paraId="491BF99B" w14:textId="77777777" w:rsidR="00292B2B" w:rsidRDefault="00757BA4">
            <w:pPr>
              <w:spacing w:after="0"/>
            </w:pPr>
            <w:r>
              <w:rPr>
                <w:sz w:val="18"/>
              </w:rPr>
              <w:t>$6,000</w:t>
            </w:r>
          </w:p>
        </w:tc>
        <w:tc>
          <w:tcPr>
            <w:tcW w:w="3120" w:type="dxa"/>
          </w:tcPr>
          <w:p w14:paraId="514389D2" w14:textId="77777777" w:rsidR="00292B2B" w:rsidRDefault="00757BA4">
            <w:pPr>
              <w:spacing w:after="0"/>
            </w:pPr>
            <w:r>
              <w:rPr>
                <w:sz w:val="18"/>
              </w:rPr>
              <w:t>7/1/93-6/30/94</w:t>
            </w:r>
          </w:p>
        </w:tc>
      </w:tr>
      <w:tr w:rsidR="00292B2B" w14:paraId="1B090F37" w14:textId="77777777">
        <w:tc>
          <w:tcPr>
            <w:tcW w:w="3120" w:type="dxa"/>
          </w:tcPr>
          <w:p w14:paraId="71F002B9" w14:textId="77777777" w:rsidR="00292B2B" w:rsidRDefault="00757BA4">
            <w:pPr>
              <w:spacing w:after="0"/>
            </w:pPr>
            <w:r>
              <w:rPr>
                <w:sz w:val="18"/>
              </w:rPr>
              <w:t>(Anonymous Fund) “The Wonders of Physics” Videotape</w:t>
            </w:r>
          </w:p>
        </w:tc>
        <w:tc>
          <w:tcPr>
            <w:tcW w:w="3120" w:type="dxa"/>
          </w:tcPr>
          <w:p w14:paraId="1FA56B2B" w14:textId="77777777" w:rsidR="00292B2B" w:rsidRDefault="00757BA4">
            <w:pPr>
              <w:spacing w:after="0"/>
            </w:pPr>
            <w:r>
              <w:rPr>
                <w:sz w:val="18"/>
              </w:rPr>
              <w:t>$7,000</w:t>
            </w:r>
          </w:p>
        </w:tc>
        <w:tc>
          <w:tcPr>
            <w:tcW w:w="3120" w:type="dxa"/>
          </w:tcPr>
          <w:p w14:paraId="280D231E" w14:textId="77777777" w:rsidR="00292B2B" w:rsidRDefault="00757BA4">
            <w:pPr>
              <w:spacing w:after="0"/>
            </w:pPr>
            <w:r>
              <w:rPr>
                <w:sz w:val="18"/>
              </w:rPr>
              <w:t>7/1/94-6/30/95</w:t>
            </w:r>
          </w:p>
        </w:tc>
      </w:tr>
      <w:tr w:rsidR="00292B2B" w14:paraId="37C94F6B" w14:textId="77777777">
        <w:tc>
          <w:tcPr>
            <w:tcW w:w="3120" w:type="dxa"/>
          </w:tcPr>
          <w:p w14:paraId="4599783D" w14:textId="77777777" w:rsidR="00292B2B" w:rsidRDefault="00757BA4">
            <w:pPr>
              <w:spacing w:after="0"/>
            </w:pPr>
            <w:r>
              <w:rPr>
                <w:sz w:val="18"/>
              </w:rPr>
              <w:t>Hilldale Research Award (for David Albers)</w:t>
            </w:r>
          </w:p>
        </w:tc>
        <w:tc>
          <w:tcPr>
            <w:tcW w:w="3120" w:type="dxa"/>
          </w:tcPr>
          <w:p w14:paraId="2BA68C09" w14:textId="77777777" w:rsidR="00292B2B" w:rsidRDefault="00757BA4">
            <w:pPr>
              <w:spacing w:after="0"/>
            </w:pPr>
            <w:r>
              <w:rPr>
                <w:sz w:val="18"/>
              </w:rPr>
              <w:t>$1,000</w:t>
            </w:r>
          </w:p>
        </w:tc>
        <w:tc>
          <w:tcPr>
            <w:tcW w:w="3120" w:type="dxa"/>
          </w:tcPr>
          <w:p w14:paraId="2F5700E0" w14:textId="77777777" w:rsidR="00292B2B" w:rsidRDefault="00757BA4">
            <w:pPr>
              <w:spacing w:after="0"/>
            </w:pPr>
            <w:r>
              <w:rPr>
                <w:sz w:val="18"/>
              </w:rPr>
              <w:t>7/1/98-6/30/99</w:t>
            </w:r>
          </w:p>
        </w:tc>
      </w:tr>
      <w:tr w:rsidR="00292B2B" w14:paraId="452FD9B4" w14:textId="77777777">
        <w:tc>
          <w:tcPr>
            <w:tcW w:w="3120" w:type="dxa"/>
          </w:tcPr>
          <w:p w14:paraId="40F87EA2" w14:textId="77777777" w:rsidR="00292B2B" w:rsidRDefault="00757BA4">
            <w:pPr>
              <w:spacing w:after="0"/>
            </w:pPr>
            <w:r>
              <w:rPr>
                <w:sz w:val="18"/>
              </w:rPr>
              <w:t>(NSF) Center for Magnetic Self-Organization</w:t>
            </w:r>
          </w:p>
        </w:tc>
        <w:tc>
          <w:tcPr>
            <w:tcW w:w="3120" w:type="dxa"/>
          </w:tcPr>
          <w:p w14:paraId="181EE0A0" w14:textId="77777777" w:rsidR="00292B2B" w:rsidRDefault="00757BA4">
            <w:pPr>
              <w:spacing w:after="0"/>
            </w:pPr>
            <w:r>
              <w:rPr>
                <w:sz w:val="18"/>
              </w:rPr>
              <w:t>$11,250,000</w:t>
            </w:r>
          </w:p>
        </w:tc>
        <w:tc>
          <w:tcPr>
            <w:tcW w:w="3120" w:type="dxa"/>
          </w:tcPr>
          <w:p w14:paraId="739C1072" w14:textId="77777777" w:rsidR="00292B2B" w:rsidRDefault="00757BA4">
            <w:pPr>
              <w:spacing w:after="0"/>
            </w:pPr>
            <w:r>
              <w:rPr>
                <w:sz w:val="18"/>
              </w:rPr>
              <w:t>9/1/03-8/31/08</w:t>
            </w:r>
          </w:p>
        </w:tc>
      </w:tr>
      <w:tr w:rsidR="00292B2B" w14:paraId="16AB9319" w14:textId="77777777">
        <w:tc>
          <w:tcPr>
            <w:tcW w:w="3120" w:type="dxa"/>
          </w:tcPr>
          <w:p w14:paraId="57BFA4A2" w14:textId="77777777" w:rsidR="00292B2B" w:rsidRDefault="00757BA4">
            <w:pPr>
              <w:spacing w:after="0"/>
            </w:pPr>
            <w:r>
              <w:rPr>
                <w:sz w:val="18"/>
              </w:rPr>
              <w:t>(APS) Physics on the Road</w:t>
            </w:r>
          </w:p>
        </w:tc>
        <w:tc>
          <w:tcPr>
            <w:tcW w:w="3120" w:type="dxa"/>
          </w:tcPr>
          <w:p w14:paraId="6E1BB750" w14:textId="77777777" w:rsidR="00292B2B" w:rsidRDefault="00757BA4">
            <w:pPr>
              <w:spacing w:after="0"/>
            </w:pPr>
            <w:r>
              <w:rPr>
                <w:sz w:val="18"/>
              </w:rPr>
              <w:t>$10,000</w:t>
            </w:r>
          </w:p>
        </w:tc>
        <w:tc>
          <w:tcPr>
            <w:tcW w:w="3120" w:type="dxa"/>
          </w:tcPr>
          <w:p w14:paraId="38545772" w14:textId="77777777" w:rsidR="00292B2B" w:rsidRDefault="00757BA4">
            <w:pPr>
              <w:spacing w:after="0"/>
            </w:pPr>
            <w:r>
              <w:rPr>
                <w:sz w:val="18"/>
              </w:rPr>
              <w:t>01/01/05-12/31/05</w:t>
            </w:r>
          </w:p>
        </w:tc>
      </w:tr>
    </w:tbl>
    <w:p w14:paraId="4F36E206" w14:textId="77777777" w:rsidR="00292B2B" w:rsidRDefault="00757BA4">
      <w:pPr>
        <w:pStyle w:val="Heading2"/>
      </w:pPr>
      <w:r>
        <w:rPr>
          <w:rFonts w:ascii="Times New Roman" w:eastAsia="Times New Roman" w:hAnsi="Times New Roman"/>
        </w:rPr>
        <w:t>Gifts</w:t>
      </w:r>
    </w:p>
    <w:p w14:paraId="0789E603" w14:textId="77777777" w:rsidR="00292B2B" w:rsidRDefault="00757BA4">
      <w:pPr>
        <w:spacing w:line="276" w:lineRule="auto"/>
      </w:pPr>
      <w:r>
        <w:rPr>
          <w:sz w:val="20"/>
        </w:rPr>
        <w:t>(IBM) Gift of two IBM PS/2 series computers to develop Physics Demonstrations courseware to run under the Microsoft Windows environment, February 1988.</w:t>
      </w:r>
    </w:p>
    <w:p w14:paraId="5049AECC" w14:textId="77777777" w:rsidR="00292B2B" w:rsidRDefault="00757BA4">
      <w:pPr>
        <w:spacing w:line="276" w:lineRule="auto"/>
      </w:pPr>
      <w:r>
        <w:rPr>
          <w:sz w:val="20"/>
        </w:rPr>
        <w:t>(Apple) Gift of two Macintosh computers as part of Project Rota to develop Physics Demonstration software for museum and lecture demonstration use, March 1990.</w:t>
      </w:r>
    </w:p>
    <w:p w14:paraId="35C39A4F" w14:textId="77777777" w:rsidR="00292B2B" w:rsidRDefault="00757BA4">
      <w:pPr>
        <w:spacing w:before="360" w:after="0" w:line="276" w:lineRule="auto"/>
      </w:pPr>
      <w:r>
        <w:rPr>
          <w:i/>
          <w:sz w:val="16"/>
        </w:rPr>
        <w:t>Formatting cleaned for consistency; substantive content preserved from the original vita.doc.</w:t>
      </w:r>
    </w:p>
    <w:sectPr w:rsidR="00292B2B" w:rsidSect="00034616">
      <w:pgSz w:w="12240" w:h="15840"/>
      <w:pgMar w:top="1224" w:right="1440" w:bottom="122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2B2B"/>
    <w:rsid w:val="0029639D"/>
    <w:rsid w:val="00326F90"/>
    <w:rsid w:val="00757BA4"/>
    <w:rsid w:val="008D3C6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FE7B73"/>
  <w14:defaultImageDpi w14:val="300"/>
  <w15:docId w15:val="{20304D1C-FD01-48F3-850E-8BFB175B0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line="264" w:lineRule="auto"/>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2F549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2FC22-4AE5-459F-8F19-749CF706B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51</Pages>
  <Words>21902</Words>
  <Characters>124843</Characters>
  <Application>Microsoft Office Word</Application>
  <DocSecurity>0</DocSecurity>
  <Lines>1040</Lines>
  <Paragraphs>292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146453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csprott</cp:lastModifiedBy>
  <cp:revision>2</cp:revision>
  <dcterms:created xsi:type="dcterms:W3CDTF">2013-12-23T23:15:00Z</dcterms:created>
  <dcterms:modified xsi:type="dcterms:W3CDTF">2026-09-22T16:33:00Z</dcterms:modified>
  <cp:category/>
</cp:coreProperties>
</file>